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1021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021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429767</wp:posOffset>
                </wp:positionH>
                <wp:positionV relativeFrom="page">
                  <wp:posOffset>621792</wp:posOffset>
                </wp:positionV>
                <wp:extent cx="2282730" cy="228600"/>
                <wp:effectExtent l="0" t="0" r="0" b="0"/>
                <wp:wrapNone/>
                <wp:docPr id="1022" name="Text 102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273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5F5FF"/>
                                <w:sz w:val="32"/>
                                <w:szCs w:val="32"/>
                              </w:rPr>
                              <w:t xml:space="preserve">DEBATE SOCIETY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6086703</wp:posOffset>
                </wp:positionH>
                <wp:positionV relativeFrom="page">
                  <wp:posOffset>621792</wp:posOffset>
                </wp:positionV>
                <wp:extent cx="798728" cy="228600"/>
                <wp:effectExtent l="0" t="0" r="0" b="0"/>
                <wp:wrapNone/>
                <wp:docPr id="1023" name="Text 102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8728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5F5FF"/>
                                <w:sz w:val="32"/>
                                <w:szCs w:val="32"/>
                              </w:rPr>
                              <w:t xml:space="preserve">#01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429767</wp:posOffset>
                </wp:positionH>
                <wp:positionV relativeFrom="page">
                  <wp:posOffset>755294</wp:posOffset>
                </wp:positionV>
                <wp:extent cx="5653085" cy="2340864"/>
                <wp:effectExtent l="0" t="0" r="0" b="0"/>
                <wp:wrapNone/>
                <wp:docPr id="1024" name="Text 102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53085" cy="23408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86" w:lineRule="exact"/>
                              <w:jc w:val="left"/>
                            </w:pPr>
                            <w:r>
                              <w:rPr>
                                <w:rFonts w:ascii="Anton" w:hAnsi="Anton" w:cs="Anton" w:eastAsia="Anton"/>
                                <w:b/>
                                <w:bCs/>
                                <w:color w:val="F5F5FF"/>
                                <w:spacing w:val="98"/>
                                <w:sz w:val="245"/>
                                <w:szCs w:val="245"/>
                              </w:rPr>
                              <w:t xml:space="preserve">SPEAK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429767</wp:posOffset>
                </wp:positionH>
                <wp:positionV relativeFrom="page">
                  <wp:posOffset>2232050</wp:posOffset>
                </wp:positionV>
                <wp:extent cx="2443028" cy="2340864"/>
                <wp:effectExtent l="0" t="0" r="0" b="0"/>
                <wp:wrapNone/>
                <wp:docPr id="1025" name="Text 102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3028" cy="23408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86" w:lineRule="exact"/>
                              <w:jc w:val="left"/>
                            </w:pPr>
                            <w:r>
                              <w:rPr>
                                <w:rFonts w:ascii="Anton" w:hAnsi="Anton" w:cs="Anton" w:eastAsia="Anton"/>
                                <w:b/>
                                <w:bCs/>
                                <w:color w:val="F5F5FF"/>
                                <w:sz w:val="245"/>
                                <w:szCs w:val="245"/>
                              </w:rPr>
                              <w:t xml:space="preserve">UP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4837176</wp:posOffset>
                </wp:positionH>
                <wp:positionV relativeFrom="page">
                  <wp:posOffset>4545482</wp:posOffset>
                </wp:positionV>
                <wp:extent cx="2377454" cy="858621"/>
                <wp:effectExtent l="0" t="0" r="0" b="0"/>
                <wp:wrapNone/>
                <wp:docPr id="1026" name="Text 102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7454" cy="8586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02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F5F5FF"/>
                                <w:sz w:val="26"/>
                                <w:szCs w:val="26"/>
                              </w:rPr>
                              <w:t xml:space="preserve">Open trials for</w:t>
                            </w:r>
                          </w:p>
                          <w:p>
                            <w:pPr>
                              <w:spacing w:before="0" w:after="0" w:line="349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F5F5FF"/>
                                <w:sz w:val="26"/>
                                <w:szCs w:val="26"/>
                              </w:rPr>
                              <w:t xml:space="preserve">the inter-college</w:t>
                            </w:r>
                          </w:p>
                          <w:p>
                            <w:pPr>
                              <w:spacing w:before="0" w:after="0" w:line="349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F5F5FF"/>
                                <w:sz w:val="26"/>
                                <w:szCs w:val="26"/>
                              </w:rPr>
                              <w:t xml:space="preserve">debate team. No</w:t>
                            </w:r>
                          </w:p>
                          <w:p>
                            <w:pPr>
                              <w:spacing w:before="0" w:after="0" w:line="349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F5F5FF"/>
                                <w:sz w:val="26"/>
                                <w:szCs w:val="26"/>
                              </w:rPr>
                              <w:t xml:space="preserve">experience needed.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429767</wp:posOffset>
                </wp:positionH>
                <wp:positionV relativeFrom="page">
                  <wp:posOffset>7653528</wp:posOffset>
                </wp:positionV>
                <wp:extent cx="875795" cy="146304"/>
                <wp:effectExtent l="0" t="0" r="0" b="0"/>
                <wp:wrapNone/>
                <wp:docPr id="1027" name="Text 102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5795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5F5FF"/>
                                <w:sz w:val="20"/>
                                <w:szCs w:val="20"/>
                              </w:rPr>
                              <w:t xml:space="preserve">TRIALS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429767</wp:posOffset>
                </wp:positionH>
                <wp:positionV relativeFrom="page">
                  <wp:posOffset>7955280</wp:posOffset>
                </wp:positionV>
                <wp:extent cx="1459284" cy="228600"/>
                <wp:effectExtent l="0" t="0" r="0" b="0"/>
                <wp:wrapNone/>
                <wp:docPr id="1028" name="Text 102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9284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5F5FF"/>
                                <w:sz w:val="32"/>
                                <w:szCs w:val="32"/>
                              </w:rPr>
                              <w:t xml:space="preserve">Mon 3 Nov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" behindDoc="0" locked="0" layoutInCell="1" allowOverlap="1">
                <wp:simplePos x="0" y="0"/>
                <wp:positionH relativeFrom="page">
                  <wp:posOffset>2715768</wp:posOffset>
                </wp:positionH>
                <wp:positionV relativeFrom="page">
                  <wp:posOffset>7653528</wp:posOffset>
                </wp:positionV>
                <wp:extent cx="721633" cy="146304"/>
                <wp:effectExtent l="0" t="0" r="0" b="0"/>
                <wp:wrapNone/>
                <wp:docPr id="1029" name="Text 102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1633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5F5FF"/>
                                <w:sz w:val="20"/>
                                <w:szCs w:val="20"/>
                              </w:rPr>
                              <w:t xml:space="preserve">TIME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8" behindDoc="0" locked="0" layoutInCell="1" allowOverlap="1">
                <wp:simplePos x="0" y="0"/>
                <wp:positionH relativeFrom="page">
                  <wp:posOffset>2715768</wp:posOffset>
                </wp:positionH>
                <wp:positionV relativeFrom="page">
                  <wp:posOffset>7955280</wp:posOffset>
                </wp:positionV>
                <wp:extent cx="1195635" cy="228600"/>
                <wp:effectExtent l="0" t="0" r="0" b="0"/>
                <wp:wrapNone/>
                <wp:docPr id="1030" name="Text 103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563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5F5FF"/>
                                <w:sz w:val="32"/>
                                <w:szCs w:val="32"/>
                              </w:rPr>
                              <w:t xml:space="preserve">3:30 PM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9" behindDoc="0" locked="0" layoutInCell="1" allowOverlap="1">
                <wp:simplePos x="0" y="0"/>
                <wp:positionH relativeFrom="page">
                  <wp:posOffset>5001768</wp:posOffset>
                </wp:positionH>
                <wp:positionV relativeFrom="page">
                  <wp:posOffset>7653528</wp:posOffset>
                </wp:positionV>
                <wp:extent cx="798785" cy="146304"/>
                <wp:effectExtent l="0" t="0" r="0" b="0"/>
                <wp:wrapNone/>
                <wp:docPr id="1031" name="Text 103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8785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5F5FF"/>
                                <w:sz w:val="20"/>
                                <w:szCs w:val="20"/>
                              </w:rPr>
                              <w:t xml:space="preserve">WHERE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0" behindDoc="0" locked="0" layoutInCell="1" allowOverlap="1">
                <wp:simplePos x="0" y="0"/>
                <wp:positionH relativeFrom="page">
                  <wp:posOffset>5001768</wp:posOffset>
                </wp:positionH>
                <wp:positionV relativeFrom="page">
                  <wp:posOffset>7955280</wp:posOffset>
                </wp:positionV>
                <wp:extent cx="1631689" cy="228600"/>
                <wp:effectExtent l="0" t="0" r="0" b="0"/>
                <wp:wrapNone/>
                <wp:docPr id="1032" name="Text 103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1689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5F5FF"/>
                                <w:sz w:val="32"/>
                                <w:szCs w:val="32"/>
                              </w:rPr>
                              <w:t xml:space="preserve">Seminar hall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Speak Up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