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1033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033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4895697</wp:posOffset>
                </wp:positionV>
                <wp:extent cx="5178032" cy="1453895"/>
                <wp:effectExtent l="0" t="0" r="0" b="0"/>
                <wp:wrapNone/>
                <wp:docPr id="1034" name="Text 103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8032" cy="145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6EC"/>
                                <w:spacing w:val="37"/>
                                <w:sz w:val="187"/>
                                <w:szCs w:val="187"/>
                              </w:rPr>
                              <w:t xml:space="preserve">CODE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5989320</wp:posOffset>
                </wp:positionV>
                <wp:extent cx="6922008" cy="1453895"/>
                <wp:effectExtent l="0" t="0" r="0" b="0"/>
                <wp:wrapNone/>
                <wp:docPr id="1035" name="Text 103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2008" cy="145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289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6EC"/>
                                <w:spacing w:val="166"/>
                                <w:sz w:val="187"/>
                                <w:szCs w:val="187"/>
                              </w:rPr>
                              <w:t xml:space="preserve">CIRCLE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356616</wp:posOffset>
                </wp:positionH>
                <wp:positionV relativeFrom="page">
                  <wp:posOffset>7388352</wp:posOffset>
                </wp:positionV>
                <wp:extent cx="3573332" cy="749808"/>
                <wp:effectExtent l="0" t="0" r="0" b="0"/>
                <wp:wrapNone/>
                <wp:docPr id="1036" name="Text 103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3332" cy="7498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45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6EC"/>
                                <w:sz w:val="29"/>
                                <w:szCs w:val="29"/>
                              </w:rPr>
                              <w:t xml:space="preserve">Beginner-friendly sessions on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6EC"/>
                                <w:sz w:val="29"/>
                                <w:szCs w:val="29"/>
                              </w:rPr>
                              <w:t xml:space="preserve">Python, web and competitive</w:t>
                            </w:r>
                          </w:p>
                          <w:p>
                            <w:pPr>
                              <w:spacing w:before="0" w:after="0" w:line="417" w:lineRule="exact"/>
                              <w:jc w:val="left"/>
                            </w:pPr>
                            <w:r>
                              <w:rPr>
                                <w:rFonts w:ascii="Montserrat" w:hAnsi="Montserrat" w:cs="Montserrat" w:eastAsia="Montserrat"/>
                                <w:color w:val="FFF6EC"/>
                                <w:sz w:val="29"/>
                                <w:szCs w:val="29"/>
                              </w:rPr>
                              <w:t xml:space="preserve">programming.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7589520</wp:posOffset>
                </wp:positionV>
                <wp:extent cx="750465" cy="109728"/>
                <wp:effectExtent l="0" t="0" r="0" b="0"/>
                <wp:wrapNone/>
                <wp:docPr id="1037" name="Text 103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0465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6"/>
                                <w:sz w:val="15"/>
                                <w:szCs w:val="15"/>
                              </w:rPr>
                              <w:t xml:space="preserve">EVERY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5910167</wp:posOffset>
                </wp:positionH>
                <wp:positionV relativeFrom="page">
                  <wp:posOffset>7543800</wp:posOffset>
                </wp:positionV>
                <wp:extent cx="1051343" cy="173736"/>
                <wp:effectExtent l="0" t="0" r="0" b="0"/>
                <wp:wrapNone/>
                <wp:docPr id="1038" name="Text 103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34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Saturday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7955280</wp:posOffset>
                </wp:positionV>
                <wp:extent cx="681027" cy="109728"/>
                <wp:effectExtent l="0" t="0" r="0" b="0"/>
                <wp:wrapNone/>
                <wp:docPr id="1039" name="Text 103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027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8"/>
                                <w:sz w:val="15"/>
                                <w:szCs w:val="15"/>
                              </w:rPr>
                              <w:t xml:space="preserve">TIME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6166342</wp:posOffset>
                </wp:positionH>
                <wp:positionV relativeFrom="page">
                  <wp:posOffset>7909559</wp:posOffset>
                </wp:positionV>
                <wp:extent cx="792241" cy="173736"/>
                <wp:effectExtent l="0" t="0" r="0" b="0"/>
                <wp:wrapNone/>
                <wp:docPr id="1040" name="Text 104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92241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11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4562856</wp:posOffset>
                </wp:positionH>
                <wp:positionV relativeFrom="page">
                  <wp:posOffset>8321039</wp:posOffset>
                </wp:positionV>
                <wp:extent cx="611733" cy="109728"/>
                <wp:effectExtent l="0" t="0" r="0" b="0"/>
                <wp:wrapNone/>
                <wp:docPr id="1041" name="Text 104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733" cy="109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172" w:lineRule="exact"/>
                              <w:jc w:val="left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color w:val="FFFFFF"/>
                                <w:spacing w:val="18"/>
                                <w:sz w:val="15"/>
                                <w:szCs w:val="15"/>
                              </w:rPr>
                              <w:t xml:space="preserve">LAB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6225206</wp:posOffset>
                </wp:positionH>
                <wp:positionV relativeFrom="page">
                  <wp:posOffset>8275320</wp:posOffset>
                </wp:positionV>
                <wp:extent cx="735793" cy="173736"/>
                <wp:effectExtent l="0" t="0" r="0" b="0"/>
                <wp:wrapNone/>
                <wp:docPr id="1042" name="Text 10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793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right"/>
                            </w:pPr>
                            <w:r>
                              <w:rPr>
                                <w:rFonts w:ascii="Montserrat" w:hAnsi="Montserrat" w:cs="Montserrat" w:eastAsia="Montserrat"/>
                                <w:b/>
                                <w:bCs/>
                                <w:color w:val="FFF6EC"/>
                                <w:sz w:val="22"/>
                                <w:szCs w:val="22"/>
                              </w:rPr>
                              <w:t xml:space="preserve">CS-2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Code Circle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