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052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052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2252853</wp:posOffset>
                </wp:positionH>
                <wp:positionV relativeFrom="page">
                  <wp:posOffset>2340864</wp:posOffset>
                </wp:positionV>
                <wp:extent cx="2809494" cy="347472"/>
                <wp:effectExtent l="0" t="0" r="0" b="0"/>
                <wp:wrapNone/>
                <wp:docPr id="1053" name="Text 10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494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pacing w:val="20"/>
                                <w:sz w:val="49"/>
                                <w:szCs w:val="49"/>
                              </w:rPr>
                              <w:t xml:space="preserve">Solar Cooker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2596896</wp:posOffset>
                </wp:positionH>
                <wp:positionV relativeFrom="page">
                  <wp:posOffset>5376671</wp:posOffset>
                </wp:positionV>
                <wp:extent cx="1078077" cy="137160"/>
                <wp:effectExtent l="0" t="0" r="0" b="0"/>
                <wp:wrapNone/>
                <wp:docPr id="1054" name="Text 10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8077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D2B22"/>
                                <w:spacing w:val="37"/>
                                <w:sz w:val="19"/>
                                <w:szCs w:val="19"/>
                              </w:rPr>
                              <w:t xml:space="preserve">RESULTS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919514</wp:posOffset>
                </wp:positionH>
                <wp:positionV relativeFrom="page">
                  <wp:posOffset>2487168</wp:posOffset>
                </wp:positionV>
                <wp:extent cx="629850" cy="128016"/>
                <wp:effectExtent l="0" t="0" r="0" b="0"/>
                <wp:wrapNone/>
                <wp:docPr id="1055" name="Text 10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850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17"/>
                                <w:sz w:val="17"/>
                                <w:szCs w:val="17"/>
                              </w:rPr>
                              <w:t xml:space="preserve">AIM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688414</wp:posOffset>
                </wp:positionH>
                <wp:positionV relativeFrom="page">
                  <wp:posOffset>4956048</wp:posOffset>
                </wp:positionV>
                <wp:extent cx="1092050" cy="128016"/>
                <wp:effectExtent l="0" t="0" r="0" b="0"/>
                <wp:wrapNone/>
                <wp:docPr id="1056" name="Text 10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050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17"/>
                                <w:sz w:val="17"/>
                                <w:szCs w:val="17"/>
                              </w:rPr>
                              <w:t xml:space="preserve">MATERIALS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5534734</wp:posOffset>
                </wp:positionH>
                <wp:positionV relativeFrom="page">
                  <wp:posOffset>2487168</wp:posOffset>
                </wp:positionV>
                <wp:extent cx="1092050" cy="128016"/>
                <wp:effectExtent l="0" t="0" r="0" b="0"/>
                <wp:wrapNone/>
                <wp:docPr id="1057" name="Text 10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050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17"/>
                                <w:sz w:val="17"/>
                                <w:szCs w:val="17"/>
                              </w:rPr>
                              <w:t xml:space="preserve">PROCEDURE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5573239</wp:posOffset>
                </wp:positionH>
                <wp:positionV relativeFrom="page">
                  <wp:posOffset>4956048</wp:posOffset>
                </wp:positionV>
                <wp:extent cx="1015041" cy="128016"/>
                <wp:effectExtent l="0" t="0" r="0" b="0"/>
                <wp:wrapNone/>
                <wp:docPr id="1058" name="Text 10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504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17"/>
                                <w:sz w:val="17"/>
                                <w:szCs w:val="17"/>
                              </w:rPr>
                              <w:t xml:space="preserve">FINDINGS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1884842</wp:posOffset>
                </wp:positionH>
                <wp:positionV relativeFrom="page">
                  <wp:posOffset>8266176</wp:posOffset>
                </wp:positionV>
                <wp:extent cx="3545514" cy="182879"/>
                <wp:effectExtent l="0" t="0" r="0" b="0"/>
                <wp:wrapNone/>
                <wp:docPr id="1059" name="Text 105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5514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 xml:space="preserve">Solar Cooker — science fair board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2755844</wp:posOffset>
                </wp:positionH>
                <wp:positionV relativeFrom="page">
                  <wp:posOffset>8558784</wp:posOffset>
                </wp:positionV>
                <wp:extent cx="1803511" cy="137160"/>
                <wp:effectExtent l="0" t="0" r="0" b="0"/>
                <wp:wrapNone/>
                <wp:docPr id="1060" name="Text 10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511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D1D4D2"/>
                                <w:sz w:val="19"/>
                                <w:szCs w:val="19"/>
                              </w:rPr>
                              <w:t xml:space="preserve">Tri-fold 36 × 48 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fair board — Solar Cooker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