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06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06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990609</wp:posOffset>
                </wp:positionH>
                <wp:positionV relativeFrom="page">
                  <wp:posOffset>3136391</wp:posOffset>
                </wp:positionV>
                <wp:extent cx="5333980" cy="192024"/>
                <wp:effectExtent l="0" t="0" r="0" b="0"/>
                <wp:wrapNone/>
                <wp:docPr id="1062" name="Text 10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3980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84682E"/>
                                <w:spacing w:val="72"/>
                                <w:sz w:val="26"/>
                                <w:szCs w:val="26"/>
                              </w:rPr>
                              <w:t xml:space="preserve">CERTIFICATE OF PARTICIPATION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36576</wp:posOffset>
                </wp:positionH>
                <wp:positionV relativeFrom="page">
                  <wp:posOffset>3383279</wp:posOffset>
                </wp:positionV>
                <wp:extent cx="7242048" cy="896112"/>
                <wp:effectExtent l="0" t="0" r="0" b="0"/>
                <wp:wrapNone/>
                <wp:docPr id="1063" name="Text 10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2048" cy="8961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411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2A2118"/>
                                <w:spacing w:val="13"/>
                                <w:sz w:val="106"/>
                                <w:szCs w:val="106"/>
                              </w:rPr>
                              <w:t xml:space="preserve">Inter-school Quiz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2801735</wp:posOffset>
                </wp:positionH>
                <wp:positionV relativeFrom="page">
                  <wp:posOffset>4608576</wp:posOffset>
                </wp:positionV>
                <wp:extent cx="1711728" cy="182879"/>
                <wp:effectExtent l="0" t="0" r="0" b="0"/>
                <wp:wrapNone/>
                <wp:docPr id="1064" name="Text 10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1728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726A5C"/>
                                <w:sz w:val="26"/>
                                <w:szCs w:val="26"/>
                              </w:rPr>
                              <w:t xml:space="preserve">This is presented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1436171</wp:posOffset>
                </wp:positionH>
                <wp:positionV relativeFrom="page">
                  <wp:posOffset>4928616</wp:posOffset>
                </wp:positionV>
                <wp:extent cx="4504938" cy="960119"/>
                <wp:effectExtent l="0" t="0" r="0" b="0"/>
                <wp:wrapNone/>
                <wp:docPr id="1065" name="Text 10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4938" cy="9601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12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2A2118"/>
                                <w:spacing w:val="14"/>
                                <w:sz w:val="121"/>
                                <w:szCs w:val="121"/>
                              </w:rPr>
                              <w:t xml:space="preserve">Aditya Rao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1299955</wp:posOffset>
                </wp:positionH>
                <wp:positionV relativeFrom="page">
                  <wp:posOffset>6071616</wp:posOffset>
                </wp:positionV>
                <wp:extent cx="4715289" cy="421538"/>
                <wp:effectExtent l="0" t="0" r="0" b="0"/>
                <wp:wrapNone/>
                <wp:docPr id="1066" name="Text 10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5289" cy="4215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color w:val="2A2118"/>
                                <w:sz w:val="26"/>
                                <w:szCs w:val="26"/>
                              </w:rPr>
                              <w:t xml:space="preserve">for participating in the inter-school general knowledge</w:t>
                            </w:r>
                          </w:p>
                          <w:p>
                            <w:pPr>
                              <w:spacing w:before="0" w:after="0" w:line="37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color w:val="2A2118"/>
                                <w:sz w:val="26"/>
                                <w:szCs w:val="26"/>
                              </w:rPr>
                              <w:t xml:space="preserve">quiz.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1233382</wp:posOffset>
                </wp:positionH>
                <wp:positionV relativeFrom="page">
                  <wp:posOffset>7973568</wp:posOffset>
                </wp:positionV>
                <wp:extent cx="1559648" cy="146304"/>
                <wp:effectExtent l="0" t="0" r="0" b="0"/>
                <wp:wrapNone/>
                <wp:docPr id="1067" name="Text 10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964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z w:val="20"/>
                                <w:szCs w:val="20"/>
                              </w:rPr>
                              <w:t xml:space="preserve">Programme Director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4581872</wp:posOffset>
                </wp:positionH>
                <wp:positionV relativeFrom="page">
                  <wp:posOffset>7973568</wp:posOffset>
                </wp:positionV>
                <wp:extent cx="1445125" cy="146304"/>
                <wp:effectExtent l="0" t="0" r="0" b="0"/>
                <wp:wrapNone/>
                <wp:docPr id="1068" name="Text 10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12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z w:val="20"/>
                                <w:szCs w:val="20"/>
                              </w:rPr>
                              <w:t xml:space="preserve">Date: 14 Oct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1524476</wp:posOffset>
                </wp:positionH>
                <wp:positionV relativeFrom="page">
                  <wp:posOffset>8842248</wp:posOffset>
                </wp:positionV>
                <wp:extent cx="4266247" cy="128016"/>
                <wp:effectExtent l="0" t="0" r="0" b="0"/>
                <wp:wrapNone/>
                <wp:docPr id="1069" name="Text 10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624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32"/>
                                <w:sz w:val="17"/>
                                <w:szCs w:val="17"/>
                              </w:rPr>
                              <w:t xml:space="preserve">YOUR SCHOOL NAME  ·  SAMPLE CERTIFICATE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Inter-school Quiz — participation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