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07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07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1485071</wp:posOffset>
                </wp:positionH>
                <wp:positionV relativeFrom="page">
                  <wp:posOffset>2798064</wp:posOffset>
                </wp:positionV>
                <wp:extent cx="4345057" cy="164592"/>
                <wp:effectExtent l="0" t="0" r="0" b="0"/>
                <wp:wrapNone/>
                <wp:docPr id="1071" name="Text 10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5057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86CB8"/>
                                <w:spacing w:val="56"/>
                                <w:sz w:val="22"/>
                                <w:szCs w:val="22"/>
                              </w:rPr>
                              <w:t xml:space="preserve">CERTIFICATE OF PARTICIPATION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753922</wp:posOffset>
                </wp:positionH>
                <wp:positionV relativeFrom="page">
                  <wp:posOffset>3145535</wp:posOffset>
                </wp:positionV>
                <wp:extent cx="5807354" cy="411480"/>
                <wp:effectExtent l="0" t="0" r="0" b="0"/>
                <wp:wrapNone/>
                <wp:docPr id="1072" name="Text 10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7354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48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0F2233"/>
                                <w:spacing w:val="57"/>
                                <w:sz w:val="53"/>
                                <w:szCs w:val="53"/>
                              </w:rPr>
                              <w:t xml:space="preserve">SCIENCE EXHIBITION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3110388</wp:posOffset>
                </wp:positionH>
                <wp:positionV relativeFrom="page">
                  <wp:posOffset>3767328</wp:posOffset>
                </wp:positionV>
                <wp:extent cx="1089747" cy="146304"/>
                <wp:effectExtent l="0" t="0" r="0" b="0"/>
                <wp:wrapNone/>
                <wp:docPr id="1073" name="Text 10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747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5A6975"/>
                                <w:sz w:val="22"/>
                                <w:szCs w:val="22"/>
                              </w:rPr>
                              <w:t xml:space="preserve">presented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1921470</wp:posOffset>
                </wp:positionH>
                <wp:positionV relativeFrom="page">
                  <wp:posOffset>4014216</wp:posOffset>
                </wp:positionV>
                <wp:extent cx="3514043" cy="704088"/>
                <wp:effectExtent l="0" t="0" r="0" b="0"/>
                <wp:wrapNone/>
                <wp:docPr id="1074" name="Text 10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043" cy="704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108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0F2233"/>
                                <w:spacing w:val="-44"/>
                                <w:sz w:val="86"/>
                                <w:szCs w:val="86"/>
                              </w:rPr>
                              <w:t xml:space="preserve">Kavya Reddy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1877698</wp:posOffset>
                </wp:positionH>
                <wp:positionV relativeFrom="page">
                  <wp:posOffset>4846320</wp:posOffset>
                </wp:positionV>
                <wp:extent cx="3559802" cy="322783"/>
                <wp:effectExtent l="0" t="0" r="0" b="0"/>
                <wp:wrapNone/>
                <wp:docPr id="1075" name="Text 10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9802" cy="3227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color w:val="0F2233"/>
                                <w:sz w:val="20"/>
                                <w:szCs w:val="20"/>
                              </w:rPr>
                              <w:t xml:space="preserve">for presenting a working model at the annual science</w:t>
                            </w:r>
                          </w:p>
                          <w:p>
                            <w:pPr>
                              <w:spacing w:before="0" w:after="0" w:line="292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color w:val="0F2233"/>
                                <w:sz w:val="20"/>
                                <w:szCs w:val="20"/>
                              </w:rPr>
                              <w:t xml:space="preserve">exhibition.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1494086</wp:posOffset>
                </wp:positionH>
                <wp:positionV relativeFrom="page">
                  <wp:posOffset>5925312</wp:posOffset>
                </wp:positionV>
                <wp:extent cx="853002" cy="137160"/>
                <wp:effectExtent l="0" t="0" r="0" b="0"/>
                <wp:wrapNone/>
                <wp:docPr id="1076" name="Text 10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002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0F2233"/>
                                <w:sz w:val="17"/>
                                <w:szCs w:val="17"/>
                              </w:rPr>
                              <w:t xml:space="preserve">Director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4747921</wp:posOffset>
                </wp:positionH>
                <wp:positionV relativeFrom="page">
                  <wp:posOffset>5925312</wp:posOffset>
                </wp:positionV>
                <wp:extent cx="1299496" cy="137160"/>
                <wp:effectExtent l="0" t="0" r="0" b="0"/>
                <wp:wrapNone/>
                <wp:docPr id="1077" name="Text 10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949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0F2233"/>
                                <w:sz w:val="17"/>
                                <w:szCs w:val="17"/>
                              </w:rPr>
                              <w:t xml:space="preserve">14 October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3360185</wp:posOffset>
                </wp:positionH>
                <wp:positionV relativeFrom="page">
                  <wp:posOffset>5706770</wp:posOffset>
                </wp:positionV>
                <wp:extent cx="599900" cy="109728"/>
                <wp:effectExtent l="0" t="0" r="0" b="0"/>
                <wp:wrapNone/>
                <wp:docPr id="1078" name="Text 10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900" cy="109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2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F7FD8"/>
                                <w:sz w:val="16"/>
                                <w:szCs w:val="16"/>
                              </w:rPr>
                              <w:t xml:space="preserve"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530352</wp:posOffset>
                </wp:positionH>
                <wp:positionV relativeFrom="page">
                  <wp:posOffset>1014984</wp:posOffset>
                </wp:positionV>
                <wp:extent cx="3477806" cy="338328"/>
                <wp:effectExtent l="0" t="0" r="0" b="0"/>
                <wp:wrapNone/>
                <wp:docPr id="1079" name="Text 10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7806" cy="338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3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43"/>
                                <w:szCs w:val="43"/>
                              </w:rPr>
                              <w:t xml:space="preserve">Your School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539496</wp:posOffset>
                </wp:positionH>
                <wp:positionV relativeFrom="page">
                  <wp:posOffset>1481328</wp:posOffset>
                </wp:positionV>
                <wp:extent cx="3903273" cy="146304"/>
                <wp:effectExtent l="0" t="0" r="0" b="0"/>
                <wp:wrapNone/>
                <wp:docPr id="1080" name="Text 10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3273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E1E1E2"/>
                                <w:spacing w:val="20"/>
                                <w:sz w:val="20"/>
                                <w:szCs w:val="20"/>
                              </w:rPr>
                              <w:t xml:space="preserve">Certificate design · A4 landscape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539496</wp:posOffset>
                </wp:positionH>
                <wp:positionV relativeFrom="page">
                  <wp:posOffset>7196328</wp:posOffset>
                </wp:positionV>
                <wp:extent cx="4109070" cy="146304"/>
                <wp:effectExtent l="0" t="0" r="0" b="0"/>
                <wp:wrapNone/>
                <wp:docPr id="1081" name="Text 10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9070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1E1E2"/>
                                <w:sz w:val="20"/>
                                <w:szCs w:val="20"/>
                              </w:rPr>
                              <w:t xml:space="preserve">Replace the name, date and signatures before printing.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Exhibition — participation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