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8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8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1116396</wp:posOffset>
                </wp:positionH>
                <wp:positionV relativeFrom="page">
                  <wp:posOffset>2633472</wp:posOffset>
                </wp:positionV>
                <wp:extent cx="2156326" cy="155448"/>
                <wp:effectExtent l="0" t="0" r="0" b="0"/>
                <wp:wrapNone/>
                <wp:docPr id="1083" name="Text 108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6326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pacing w:val="17"/>
                                <w:sz w:val="22"/>
                                <w:szCs w:val="22"/>
                              </w:rPr>
                              <w:t xml:space="preserve">RIVERSIDE COLLEGE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1160609</wp:posOffset>
                </wp:positionH>
                <wp:positionV relativeFrom="page">
                  <wp:posOffset>2926079</wp:posOffset>
                </wp:positionV>
                <wp:extent cx="2067901" cy="118872"/>
                <wp:effectExtent l="0" t="0" r="0" b="0"/>
                <wp:wrapNone/>
                <wp:docPr id="1084" name="Text 108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7901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21"/>
                                <w:sz w:val="16"/>
                                <w:szCs w:val="16"/>
                              </w:rPr>
                              <w:t xml:space="preserve">STUDENT IDENTITY CARD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1424149</wp:posOffset>
                </wp:positionH>
                <wp:positionV relativeFrom="page">
                  <wp:posOffset>5029200</wp:posOffset>
                </wp:positionV>
                <wp:extent cx="1544696" cy="228600"/>
                <wp:effectExtent l="0" t="0" r="0" b="0"/>
                <wp:wrapNone/>
                <wp:docPr id="1085" name="Text 108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69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111111"/>
                                <w:sz w:val="32"/>
                                <w:szCs w:val="32"/>
                              </w:rPr>
                              <w:t xml:space="preserve">Vikram Nair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1050628</wp:posOffset>
                </wp:positionH>
                <wp:positionV relativeFrom="page">
                  <wp:posOffset>5340095</wp:posOffset>
                </wp:positionV>
                <wp:extent cx="2293881" cy="137160"/>
                <wp:effectExtent l="0" t="0" r="0" b="0"/>
                <wp:wrapNone/>
                <wp:docPr id="1086" name="Text 108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3881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555555"/>
                                <w:sz w:val="19"/>
                                <w:szCs w:val="19"/>
                              </w:rPr>
                              <w:t xml:space="preserve">B.Sc. Computer Science · 2nd yr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1088136</wp:posOffset>
                </wp:positionH>
                <wp:positionV relativeFrom="page">
                  <wp:posOffset>5696712</wp:posOffset>
                </wp:positionV>
                <wp:extent cx="1398803" cy="530352"/>
                <wp:effectExtent l="0" t="0" r="0" b="0"/>
                <wp:wrapNone/>
                <wp:docPr id="1087" name="Text 108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803" cy="5303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222222"/>
                                <w:sz w:val="17"/>
                                <w:szCs w:val="17"/>
                              </w:rPr>
                              <w:t xml:space="preserve">ID  2025CS0412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222222"/>
                                <w:sz w:val="17"/>
                                <w:szCs w:val="17"/>
                              </w:rPr>
                              <w:t xml:space="preserve">VALID  2025–2028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222222"/>
                                <w:sz w:val="17"/>
                                <w:szCs w:val="17"/>
                              </w:rPr>
                              <w:t xml:space="preserve">BLOOD  B+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4014216</wp:posOffset>
                </wp:positionH>
                <wp:positionV relativeFrom="page">
                  <wp:posOffset>2743200</wp:posOffset>
                </wp:positionV>
                <wp:extent cx="2426231" cy="118872"/>
                <wp:effectExtent l="0" t="0" r="0" b="0"/>
                <wp:wrapNone/>
                <wp:docPr id="1088" name="Text 108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6231" cy="1188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333333"/>
                                <w:spacing w:val="15"/>
                                <w:sz w:val="16"/>
                                <w:szCs w:val="16"/>
                              </w:rPr>
                              <w:t xml:space="preserve">IF FOUND, PLEASE RETURN TO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4014216</wp:posOffset>
                </wp:positionH>
                <wp:positionV relativeFrom="page">
                  <wp:posOffset>2990088</wp:posOffset>
                </wp:positionV>
                <wp:extent cx="2064100" cy="331927"/>
                <wp:effectExtent l="0" t="0" r="0" b="0"/>
                <wp:wrapNone/>
                <wp:docPr id="1089" name="Text 10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4100" cy="33192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11111"/>
                                <w:sz w:val="20"/>
                                <w:szCs w:val="20"/>
                              </w:rPr>
                              <w:t xml:space="preserve">Riverside College, Campus</w:t>
                            </w:r>
                          </w:p>
                          <w:p>
                            <w:pPr>
                              <w:spacing w:before="0" w:after="0" w:line="29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11111"/>
                                <w:sz w:val="20"/>
                                <w:szCs w:val="20"/>
                              </w:rPr>
                              <w:t xml:space="preserve">Road, City — 000000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4481245</wp:posOffset>
                </wp:positionH>
                <wp:positionV relativeFrom="page">
                  <wp:posOffset>5797295</wp:posOffset>
                </wp:positionV>
                <wp:extent cx="1278788" cy="128016"/>
                <wp:effectExtent l="0" t="0" r="0" b="0"/>
                <wp:wrapNone/>
                <wp:docPr id="1090" name="Text 10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878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pacing w:val="34"/>
                                <w:sz w:val="17"/>
                                <w:szCs w:val="17"/>
                              </w:rPr>
                              <w:t xml:space="preserve">2025CS0412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5267286</wp:posOffset>
                </wp:positionH>
                <wp:positionV relativeFrom="page">
                  <wp:posOffset>6473952</wp:posOffset>
                </wp:positionV>
                <wp:extent cx="807049" cy="109728"/>
                <wp:effectExtent l="0" t="0" r="0" b="0"/>
                <wp:wrapNone/>
                <wp:docPr id="1091" name="Text 10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049" cy="109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333333"/>
                                <w:sz w:val="16"/>
                                <w:szCs w:val="16"/>
                              </w:rPr>
                              <w:t xml:space="preserve">Registrar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1389670</wp:posOffset>
                </wp:positionH>
                <wp:positionV relativeFrom="page">
                  <wp:posOffset>7735824</wp:posOffset>
                </wp:positionV>
                <wp:extent cx="4536788" cy="155448"/>
                <wp:effectExtent l="0" t="0" r="0" b="0"/>
                <wp:wrapNone/>
                <wp:docPr id="1092" name="Text 10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36788" cy="1554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44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23"/>
                                <w:szCs w:val="23"/>
                              </w:rPr>
                              <w:t xml:space="preserve">Riverside College — student ID card, front &amp; back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1825485</wp:posOffset>
                </wp:positionH>
                <wp:positionV relativeFrom="page">
                  <wp:posOffset>8010144</wp:posOffset>
                </wp:positionV>
                <wp:extent cx="3664229" cy="137160"/>
                <wp:effectExtent l="0" t="0" r="0" b="0"/>
                <wp:wrapNone/>
                <wp:docPr id="1093" name="Text 10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4229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BABBBD"/>
                                <w:sz w:val="19"/>
                                <w:szCs w:val="19"/>
                              </w:rPr>
                              <w:t xml:space="preserve">CR80 vertical · replace photo &amp; details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ID card — Riverside College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