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9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9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1539035</wp:posOffset>
                </wp:positionH>
                <wp:positionV relativeFrom="page">
                  <wp:posOffset>1636776</wp:posOffset>
                </wp:positionV>
                <wp:extent cx="683971" cy="374904"/>
                <wp:effectExtent l="0" t="0" r="0" b="0"/>
                <wp:wrapNone/>
                <wp:docPr id="1095" name="Text 10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971" cy="374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9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B1B1B"/>
                                <w:spacing w:val="0"/>
                                <w:sz w:val="52"/>
                                <w:szCs w:val="52"/>
                              </w:rPr>
                              <w:t xml:space="preserve">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1268244</wp:posOffset>
                </wp:positionH>
                <wp:positionV relativeFrom="page">
                  <wp:posOffset>3721607</wp:posOffset>
                </wp:positionV>
                <wp:extent cx="1212551" cy="146304"/>
                <wp:effectExtent l="0" t="0" r="0" b="0"/>
                <wp:wrapNone/>
                <wp:docPr id="1096" name="Text 10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55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0"/>
                                <w:sz w:val="20"/>
                                <w:szCs w:val="20"/>
                              </w:rPr>
                              <w:t xml:space="preserve">STUDENT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4105655</wp:posOffset>
                </wp:positionH>
                <wp:positionV relativeFrom="page">
                  <wp:posOffset>1609344</wp:posOffset>
                </wp:positionV>
                <wp:extent cx="1686082" cy="155448"/>
                <wp:effectExtent l="0" t="0" r="0" b="0"/>
                <wp:wrapNone/>
                <wp:docPr id="1097" name="Text 10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082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pacing w:val="12"/>
                                <w:sz w:val="22"/>
                                <w:szCs w:val="22"/>
                              </w:rPr>
                              <w:t xml:space="preserve">YOUR INSTITUTE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4105655</wp:posOffset>
                </wp:positionH>
                <wp:positionV relativeFrom="page">
                  <wp:posOffset>1975103</wp:posOffset>
                </wp:positionV>
                <wp:extent cx="2261582" cy="274320"/>
                <wp:effectExtent l="0" t="0" r="0" b="0"/>
                <wp:wrapNone/>
                <wp:docPr id="1098" name="Text 10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158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37"/>
                                <w:szCs w:val="37"/>
                              </w:rPr>
                              <w:t xml:space="preserve">Ananya Ghosh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4105655</wp:posOffset>
                </wp:positionH>
                <wp:positionV relativeFrom="page">
                  <wp:posOffset>2331720</wp:posOffset>
                </wp:positionV>
                <wp:extent cx="1845627" cy="146304"/>
                <wp:effectExtent l="0" t="0" r="0" b="0"/>
                <wp:wrapNone/>
                <wp:docPr id="1099" name="Text 10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62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555555"/>
                                <w:sz w:val="20"/>
                                <w:szCs w:val="20"/>
                              </w:rPr>
                              <w:t xml:space="preserve">B.Com (Hons) · 1st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2916935</wp:posOffset>
                </wp:positionH>
                <wp:positionV relativeFrom="page">
                  <wp:posOffset>3108960</wp:posOffset>
                </wp:positionV>
                <wp:extent cx="828846" cy="118872"/>
                <wp:effectExtent l="0" t="0" r="0" b="0"/>
                <wp:wrapNone/>
                <wp:docPr id="1100" name="Text 11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846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77777"/>
                                <w:spacing w:val="15"/>
                                <w:sz w:val="16"/>
                                <w:szCs w:val="16"/>
                              </w:rPr>
                              <w:t xml:space="preserve">ID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2916935</wp:posOffset>
                </wp:positionH>
                <wp:positionV relativeFrom="page">
                  <wp:posOffset>3255264</wp:posOffset>
                </wp:positionV>
                <wp:extent cx="1224438" cy="155448"/>
                <wp:effectExtent l="0" t="0" r="0" b="0"/>
                <wp:wrapNone/>
                <wp:docPr id="1101" name="Text 11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438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2"/>
                                <w:szCs w:val="22"/>
                              </w:rPr>
                              <w:t xml:space="preserve">2026BC0187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3108960</wp:posOffset>
                </wp:positionV>
                <wp:extent cx="1111310" cy="118872"/>
                <wp:effectExtent l="0" t="0" r="0" b="0"/>
                <wp:wrapNone/>
                <wp:docPr id="1102" name="Text 11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310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77777"/>
                                <w:spacing w:val="15"/>
                                <w:sz w:val="16"/>
                                <w:szCs w:val="16"/>
                              </w:rPr>
                              <w:t xml:space="preserve">VALID TILL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3255264</wp:posOffset>
                </wp:positionV>
                <wp:extent cx="1003268" cy="155448"/>
                <wp:effectExtent l="0" t="0" r="0" b="0"/>
                <wp:wrapNone/>
                <wp:docPr id="1103" name="Text 11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268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2"/>
                                <w:szCs w:val="22"/>
                              </w:rPr>
                              <w:t xml:space="preserve">Jun 2029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2916935</wp:posOffset>
                </wp:positionH>
                <wp:positionV relativeFrom="page">
                  <wp:posOffset>3474719</wp:posOffset>
                </wp:positionV>
                <wp:extent cx="758266" cy="118872"/>
                <wp:effectExtent l="0" t="0" r="0" b="0"/>
                <wp:wrapNone/>
                <wp:docPr id="1104" name="Text 11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266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77777"/>
                                <w:spacing w:val="14"/>
                                <w:sz w:val="16"/>
                                <w:szCs w:val="16"/>
                              </w:rPr>
                              <w:t xml:space="preserve">BLOOD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2916935</wp:posOffset>
                </wp:positionH>
                <wp:positionV relativeFrom="page">
                  <wp:posOffset>3621024</wp:posOffset>
                </wp:positionV>
                <wp:extent cx="605035" cy="155448"/>
                <wp:effectExtent l="0" t="0" r="0" b="0"/>
                <wp:wrapNone/>
                <wp:docPr id="1105" name="Text 11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035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2"/>
                                <w:szCs w:val="22"/>
                              </w:rPr>
                              <w:t xml:space="preserve">O+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3474719</wp:posOffset>
                </wp:positionV>
                <wp:extent cx="758266" cy="118872"/>
                <wp:effectExtent l="0" t="0" r="0" b="0"/>
                <wp:wrapNone/>
                <wp:docPr id="1106" name="Text 11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266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77777"/>
                                <w:spacing w:val="15"/>
                                <w:sz w:val="16"/>
                                <w:szCs w:val="16"/>
                              </w:rPr>
                              <w:t xml:space="preserve">PHONE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3621024</wp:posOffset>
                </wp:positionV>
                <wp:extent cx="1487757" cy="155448"/>
                <wp:effectExtent l="0" t="0" r="0" b="0"/>
                <wp:wrapNone/>
                <wp:docPr id="1107" name="Text 11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757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2"/>
                                <w:szCs w:val="22"/>
                              </w:rPr>
                              <w:t xml:space="preserve">+91 98765 43210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1362456</wp:posOffset>
                </wp:positionH>
                <wp:positionV relativeFrom="page">
                  <wp:posOffset>6007608</wp:posOffset>
                </wp:positionV>
                <wp:extent cx="3190041" cy="374904"/>
                <wp:effectExtent l="0" t="0" r="0" b="0"/>
                <wp:wrapNone/>
                <wp:docPr id="1108" name="Text 11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041" cy="374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20"/>
                                <w:szCs w:val="20"/>
                              </w:rPr>
                              <w:t xml:space="preserve">This card is the property of Your Institute.</w:t>
                            </w:r>
                          </w:p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20"/>
                                <w:szCs w:val="20"/>
                              </w:rPr>
                              <w:t xml:space="preserve">If found, please return to the college office.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4802285</wp:posOffset>
                </wp:positionH>
                <wp:positionV relativeFrom="page">
                  <wp:posOffset>7397496</wp:posOffset>
                </wp:positionV>
                <wp:extent cx="819588" cy="128016"/>
                <wp:effectExtent l="0" t="0" r="0" b="0"/>
                <wp:wrapNone/>
                <wp:docPr id="1109" name="Text 11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58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333333"/>
                                <w:sz w:val="17"/>
                                <w:szCs w:val="17"/>
                              </w:rPr>
                              <w:t xml:space="preserve">Principal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1317696</wp:posOffset>
                </wp:positionH>
                <wp:positionV relativeFrom="page">
                  <wp:posOffset>8375904</wp:posOffset>
                </wp:positionV>
                <wp:extent cx="4680735" cy="155448"/>
                <wp:effectExtent l="0" t="0" r="0" b="0"/>
                <wp:wrapNone/>
                <wp:docPr id="1110" name="Text 11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735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Your Institute — student ID, landscape front &amp; back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ID card — lanyard set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