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11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11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576072</wp:posOffset>
                </wp:positionV>
                <wp:extent cx="1729830" cy="301752"/>
                <wp:effectExtent l="0" t="0" r="0" b="0"/>
                <wp:wrapNone/>
                <wp:docPr id="1112" name="Text 11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830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43"/>
                                <w:szCs w:val="43"/>
                              </w:rPr>
                              <w:t xml:space="preserve">Title slide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969263</wp:posOffset>
                </wp:positionV>
                <wp:extent cx="4451713" cy="164592"/>
                <wp:effectExtent l="0" t="0" r="0" b="0"/>
                <wp:wrapNone/>
                <wp:docPr id="1113" name="Text 11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171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D6D5D3"/>
                                <w:sz w:val="22"/>
                                <w:szCs w:val="22"/>
                              </w:rPr>
                              <w:t xml:space="preserve">For school &amp; college presentations · 16:9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1636776</wp:posOffset>
                </wp:positionH>
                <wp:positionV relativeFrom="page">
                  <wp:posOffset>1117599</wp:posOffset>
                </wp:positionV>
                <wp:extent cx="1405381" cy="211327"/>
                <wp:effectExtent l="0" t="0" r="0" b="0"/>
                <wp:wrapNone/>
                <wp:docPr id="1114" name="Text 11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381" cy="2113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B54023"/>
                                <w:spacing w:val="45"/>
                                <w:sz w:val="29"/>
                                <w:szCs w:val="29"/>
                              </w:rPr>
                              <w:t xml:space="preserve">COLLEGE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1636776</wp:posOffset>
                </wp:positionH>
                <wp:positionV relativeFrom="page">
                  <wp:posOffset>1605280</wp:posOffset>
                </wp:positionV>
                <wp:extent cx="5641848" cy="1495552"/>
                <wp:effectExtent l="0" t="0" r="0" b="0"/>
                <wp:wrapNone/>
                <wp:docPr id="1115" name="Text 11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1848" cy="1495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5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F1C12"/>
                                <w:sz w:val="187"/>
                                <w:szCs w:val="187"/>
                              </w:rPr>
                              <w:t xml:space="preserve">Solar Water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1636776</wp:posOffset>
                </wp:positionH>
                <wp:positionV relativeFrom="page">
                  <wp:posOffset>2748280</wp:posOffset>
                </wp:positionV>
                <wp:extent cx="4416846" cy="1495552"/>
                <wp:effectExtent l="0" t="0" r="0" b="0"/>
                <wp:wrapNone/>
                <wp:docPr id="1116" name="Text 11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6846" cy="1495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5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F1C12"/>
                                <w:sz w:val="187"/>
                                <w:szCs w:val="187"/>
                              </w:rPr>
                              <w:t xml:space="preserve">Purifier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1636776</wp:posOffset>
                </wp:positionH>
                <wp:positionV relativeFrom="page">
                  <wp:posOffset>4860543</wp:posOffset>
                </wp:positionV>
                <wp:extent cx="5129504" cy="325120"/>
                <wp:effectExtent l="0" t="0" r="0" b="0"/>
                <wp:wrapNone/>
                <wp:docPr id="1117" name="Text 11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9504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1C12"/>
                                <w:sz w:val="46"/>
                                <w:szCs w:val="46"/>
                              </w:rPr>
                              <w:t xml:space="preserve">Final-year engineering project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1636776</wp:posOffset>
                </wp:positionH>
                <wp:positionV relativeFrom="page">
                  <wp:posOffset>5689600</wp:posOffset>
                </wp:positionV>
                <wp:extent cx="5507894" cy="211327"/>
                <wp:effectExtent l="0" t="0" r="0" b="0"/>
                <wp:wrapNone/>
                <wp:docPr id="1118" name="Text 11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7894" cy="2113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B6446"/>
                                <w:sz w:val="29"/>
                                <w:szCs w:val="29"/>
                              </w:rPr>
                              <w:t xml:space="preserve">Presented by Meera Iyer  ·  October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10487461</wp:posOffset>
                </wp:positionH>
                <wp:positionV relativeFrom="page">
                  <wp:posOffset>6018414</wp:posOffset>
                </wp:positionV>
                <wp:extent cx="689309" cy="232756"/>
                <wp:effectExtent l="0" t="0" r="0" b="0"/>
                <wp:wrapNone/>
                <wp:docPr id="1119" name="Text 11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309" cy="232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6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B6446"/>
                                <w:sz w:val="32"/>
                                <w:szCs w:val="32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1636776</wp:posOffset>
                </wp:positionH>
                <wp:positionV relativeFrom="page">
                  <wp:posOffset>839585</wp:posOffset>
                </wp:positionV>
                <wp:extent cx="1266236" cy="199505"/>
                <wp:effectExtent l="0" t="0" r="0" b="0"/>
                <wp:wrapNone/>
                <wp:docPr id="1120" name="Text 11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236" cy="199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B54023"/>
                                <w:spacing w:val="40"/>
                                <w:sz w:val="29"/>
                                <w:szCs w:val="29"/>
                              </w:rPr>
                              <w:t xml:space="preserve">AGENDA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1636776</wp:posOffset>
                </wp:positionH>
                <wp:positionV relativeFrom="page">
                  <wp:posOffset>1030778</wp:posOffset>
                </wp:positionV>
                <wp:extent cx="2381225" cy="1064029"/>
                <wp:effectExtent l="0" t="0" r="0" b="0"/>
                <wp:wrapNone/>
                <wp:docPr id="1121" name="Text 11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25" cy="10640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67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F1C12"/>
                                <w:sz w:val="130"/>
                                <w:szCs w:val="130"/>
                              </w:rPr>
                              <w:t xml:space="preserve">Today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1636776</wp:posOffset>
                </wp:positionH>
                <wp:positionV relativeFrom="page">
                  <wp:posOffset>2709948</wp:posOffset>
                </wp:positionV>
                <wp:extent cx="909319" cy="532014"/>
                <wp:effectExtent l="0" t="0" r="0" b="0"/>
                <wp:wrapNone/>
                <wp:docPr id="1122" name="Text 11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9319" cy="5320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37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E2502C"/>
                                <w:sz w:val="63"/>
                                <w:szCs w:val="63"/>
                              </w:rPr>
                              <w:t xml:space="preserve"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2642616</wp:posOffset>
                </wp:positionH>
                <wp:positionV relativeFrom="page">
                  <wp:posOffset>2743200</wp:posOffset>
                </wp:positionV>
                <wp:extent cx="2495161" cy="465512"/>
                <wp:effectExtent l="0" t="0" r="0" b="0"/>
                <wp:wrapNone/>
                <wp:docPr id="1123" name="Text 11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161" cy="4655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1C12"/>
                                <w:sz w:val="63"/>
                                <w:szCs w:val="63"/>
                              </w:rPr>
                              <w:t xml:space="preserve">Objective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1636776</wp:posOffset>
                </wp:positionH>
                <wp:positionV relativeFrom="page">
                  <wp:posOffset>3551197</wp:posOffset>
                </wp:positionV>
                <wp:extent cx="909319" cy="532014"/>
                <wp:effectExtent l="0" t="0" r="0" b="0"/>
                <wp:wrapNone/>
                <wp:docPr id="1124" name="Text 11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9319" cy="5320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37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E2502C"/>
                                <w:sz w:val="63"/>
                                <w:szCs w:val="63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2642616</wp:posOffset>
                </wp:positionH>
                <wp:positionV relativeFrom="page">
                  <wp:posOffset>3584448</wp:posOffset>
                </wp:positionV>
                <wp:extent cx="1873075" cy="465512"/>
                <wp:effectExtent l="0" t="0" r="0" b="0"/>
                <wp:wrapNone/>
                <wp:docPr id="1125" name="Text 11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075" cy="4655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1C12"/>
                                <w:sz w:val="63"/>
                                <w:szCs w:val="63"/>
                              </w:rPr>
                              <w:t xml:space="preserve">Design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1636776</wp:posOffset>
                </wp:positionH>
                <wp:positionV relativeFrom="page">
                  <wp:posOffset>4392445</wp:posOffset>
                </wp:positionV>
                <wp:extent cx="909319" cy="532014"/>
                <wp:effectExtent l="0" t="0" r="0" b="0"/>
                <wp:wrapNone/>
                <wp:docPr id="1126" name="Text 11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9319" cy="5320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37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E2502C"/>
                                <w:sz w:val="63"/>
                                <w:szCs w:val="63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2642616</wp:posOffset>
                </wp:positionH>
                <wp:positionV relativeFrom="page">
                  <wp:posOffset>4425695</wp:posOffset>
                </wp:positionV>
                <wp:extent cx="1950072" cy="465512"/>
                <wp:effectExtent l="0" t="0" r="0" b="0"/>
                <wp:wrapNone/>
                <wp:docPr id="1127" name="Text 11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0072" cy="4655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1C12"/>
                                <w:sz w:val="63"/>
                                <w:szCs w:val="63"/>
                              </w:rPr>
                              <w:t xml:space="preserve">Testing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1636776</wp:posOffset>
                </wp:positionH>
                <wp:positionV relativeFrom="page">
                  <wp:posOffset>5233693</wp:posOffset>
                </wp:positionV>
                <wp:extent cx="909319" cy="532014"/>
                <wp:effectExtent l="0" t="0" r="0" b="0"/>
                <wp:wrapNone/>
                <wp:docPr id="1128" name="Text 11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9319" cy="5320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37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E2502C"/>
                                <w:sz w:val="63"/>
                                <w:szCs w:val="63"/>
                              </w:rPr>
                              <w:t xml:space="preserve">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2642616</wp:posOffset>
                </wp:positionH>
                <wp:positionV relativeFrom="page">
                  <wp:posOffset>5266944</wp:posOffset>
                </wp:positionV>
                <wp:extent cx="2030082" cy="465512"/>
                <wp:effectExtent l="0" t="0" r="0" b="0"/>
                <wp:wrapNone/>
                <wp:docPr id="1129" name="Text 11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0082" cy="4655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1C12"/>
                                <w:sz w:val="63"/>
                                <w:szCs w:val="63"/>
                              </w:rPr>
                              <w:t xml:space="preserve">Results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10487461</wp:posOffset>
                </wp:positionH>
                <wp:positionV relativeFrom="page">
                  <wp:posOffset>6018414</wp:posOffset>
                </wp:positionV>
                <wp:extent cx="689309" cy="232756"/>
                <wp:effectExtent l="0" t="0" r="0" b="0"/>
                <wp:wrapNone/>
                <wp:docPr id="1130" name="Text 11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309" cy="232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6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B6446"/>
                                <w:sz w:val="32"/>
                                <w:szCs w:val="32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1645920</wp:posOffset>
                </wp:positionH>
                <wp:positionV relativeFrom="page">
                  <wp:posOffset>1878676</wp:posOffset>
                </wp:positionV>
                <wp:extent cx="6067792" cy="2094807"/>
                <wp:effectExtent l="0" t="0" r="0" b="0"/>
                <wp:wrapNone/>
                <wp:docPr id="1131" name="Text 11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792" cy="20948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98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F1C12"/>
                                <w:spacing w:val="16"/>
                                <w:sz w:val="259"/>
                                <w:szCs w:val="259"/>
                              </w:rPr>
                              <w:t xml:space="preserve">Thank you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1636776</wp:posOffset>
                </wp:positionH>
                <wp:positionV relativeFrom="page">
                  <wp:posOffset>3998421</wp:posOffset>
                </wp:positionV>
                <wp:extent cx="4188045" cy="365759"/>
                <wp:effectExtent l="0" t="0" r="0" b="0"/>
                <wp:wrapNone/>
                <wp:docPr id="1132" name="Text 11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8045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1C12"/>
                                <w:sz w:val="52"/>
                                <w:szCs w:val="52"/>
                              </w:rPr>
                              <w:t xml:space="preserve">Questions? Let’s talk.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1636776</wp:posOffset>
                </wp:positionH>
                <wp:positionV relativeFrom="page">
                  <wp:posOffset>4921134</wp:posOffset>
                </wp:positionV>
                <wp:extent cx="5641848" cy="266007"/>
                <wp:effectExtent l="0" t="0" r="0" b="0"/>
                <wp:wrapNone/>
                <wp:docPr id="1133" name="Text 11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1848" cy="2660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B6446"/>
                                <w:sz w:val="35"/>
                                <w:szCs w:val="35"/>
                              </w:rPr>
                              <w:t xml:space="preserve">yourname@yourdomain.com  ·  +91 98765 43210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slide — Solar Water Purifier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