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13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13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576072</wp:posOffset>
                </wp:positionV>
                <wp:extent cx="1729830" cy="301752"/>
                <wp:effectExtent l="0" t="0" r="0" b="0"/>
                <wp:wrapNone/>
                <wp:docPr id="1135" name="Text 11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9830" cy="3017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7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43"/>
                                <w:szCs w:val="43"/>
                              </w:rPr>
                              <w:t xml:space="preserve">Title slide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969263</wp:posOffset>
                </wp:positionV>
                <wp:extent cx="4451713" cy="164592"/>
                <wp:effectExtent l="0" t="0" r="0" b="0"/>
                <wp:wrapNone/>
                <wp:docPr id="1136" name="Text 11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171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D5D5D6"/>
                                <w:sz w:val="22"/>
                                <w:szCs w:val="22"/>
                              </w:rPr>
                              <w:t xml:space="preserve">For school &amp; college presentations · 16:9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905256</wp:posOffset>
                </wp:positionH>
                <wp:positionV relativeFrom="page">
                  <wp:posOffset>1117599</wp:posOffset>
                </wp:positionV>
                <wp:extent cx="1266189" cy="211327"/>
                <wp:effectExtent l="0" t="0" r="0" b="0"/>
                <wp:wrapNone/>
                <wp:docPr id="1137" name="Text 11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189" cy="2113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A4CD6"/>
                                <w:spacing w:val="45"/>
                                <w:sz w:val="29"/>
                                <w:szCs w:val="29"/>
                              </w:rPr>
                              <w:t xml:space="preserve">SCHOOL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1930400</wp:posOffset>
                </wp:positionV>
                <wp:extent cx="9710928" cy="1024128"/>
                <wp:effectExtent l="0" t="0" r="0" b="0"/>
                <wp:wrapNone/>
                <wp:docPr id="1138" name="Text 11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0928" cy="10241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612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51B45"/>
                                <w:spacing w:val="69"/>
                                <w:sz w:val="132"/>
                                <w:szCs w:val="132"/>
                              </w:rPr>
                              <w:t xml:space="preserve">OUR SOLAR SYSTEM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905256</wp:posOffset>
                </wp:positionH>
                <wp:positionV relativeFrom="page">
                  <wp:posOffset>3701287</wp:posOffset>
                </wp:positionV>
                <wp:extent cx="4614447" cy="357631"/>
                <wp:effectExtent l="0" t="0" r="0" b="0"/>
                <wp:wrapNone/>
                <wp:docPr id="1139" name="Text 11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47" cy="3576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63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251B45"/>
                                <w:sz w:val="46"/>
                                <w:szCs w:val="46"/>
                              </w:rPr>
                              <w:t xml:space="preserve">Science project · Class 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905256</wp:posOffset>
                </wp:positionH>
                <wp:positionV relativeFrom="page">
                  <wp:posOffset>5689600</wp:posOffset>
                </wp:positionV>
                <wp:extent cx="5651028" cy="211327"/>
                <wp:effectExtent l="0" t="0" r="0" b="0"/>
                <wp:wrapNone/>
                <wp:docPr id="1140" name="Text 11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1028" cy="2113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5607C"/>
                                <w:sz w:val="29"/>
                                <w:szCs w:val="29"/>
                              </w:rPr>
                              <w:t xml:space="preserve">Presented by Naina Joshi  ·  October 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10487461</wp:posOffset>
                </wp:positionH>
                <wp:positionV relativeFrom="page">
                  <wp:posOffset>6018414</wp:posOffset>
                </wp:positionV>
                <wp:extent cx="689309" cy="232756"/>
                <wp:effectExtent l="0" t="0" r="0" b="0"/>
                <wp:wrapNone/>
                <wp:docPr id="1141" name="Text 11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309" cy="232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6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5607C"/>
                                <w:sz w:val="32"/>
                                <w:szCs w:val="32"/>
                              </w:rPr>
                              <w:t xml:space="preserve">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905256</wp:posOffset>
                </wp:positionH>
                <wp:positionV relativeFrom="page">
                  <wp:posOffset>839585</wp:posOffset>
                </wp:positionV>
                <wp:extent cx="1266236" cy="199505"/>
                <wp:effectExtent l="0" t="0" r="0" b="0"/>
                <wp:wrapNone/>
                <wp:docPr id="1142" name="Text 11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236" cy="199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A4CD6"/>
                                <w:spacing w:val="40"/>
                                <w:sz w:val="29"/>
                                <w:szCs w:val="29"/>
                              </w:rPr>
                              <w:t xml:space="preserve">AGENDA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905256</wp:posOffset>
                </wp:positionH>
                <wp:positionV relativeFrom="page">
                  <wp:posOffset>1030778</wp:posOffset>
                </wp:positionV>
                <wp:extent cx="4308703" cy="997527"/>
                <wp:effectExtent l="0" t="0" r="0" b="0"/>
                <wp:wrapNone/>
                <wp:docPr id="1143" name="Text 11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8703" cy="9975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570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51B45"/>
                                <w:spacing w:val="20"/>
                                <w:sz w:val="130"/>
                                <w:szCs w:val="130"/>
                              </w:rPr>
                              <w:t xml:space="preserve">TODAY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905256</wp:posOffset>
                </wp:positionH>
                <wp:positionV relativeFrom="page">
                  <wp:posOffset>2709948</wp:posOffset>
                </wp:positionV>
                <wp:extent cx="924749" cy="498763"/>
                <wp:effectExtent l="0" t="0" r="0" b="0"/>
                <wp:wrapNone/>
                <wp:docPr id="1144" name="Text 11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4749" cy="4987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8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6A4CD6"/>
                                <w:sz w:val="63"/>
                                <w:szCs w:val="63"/>
                              </w:rPr>
                              <w:t xml:space="preserve"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1911095</wp:posOffset>
                </wp:positionH>
                <wp:positionV relativeFrom="page">
                  <wp:posOffset>2709948</wp:posOffset>
                </wp:positionV>
                <wp:extent cx="2316143" cy="498763"/>
                <wp:effectExtent l="0" t="0" r="0" b="0"/>
                <wp:wrapNone/>
                <wp:docPr id="1145" name="Text 114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143" cy="4987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8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51B45"/>
                                <w:sz w:val="63"/>
                                <w:szCs w:val="63"/>
                              </w:rPr>
                              <w:t xml:space="preserve">The Sun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905256</wp:posOffset>
                </wp:positionH>
                <wp:positionV relativeFrom="page">
                  <wp:posOffset>3551197</wp:posOffset>
                </wp:positionV>
                <wp:extent cx="1004759" cy="498763"/>
                <wp:effectExtent l="0" t="0" r="0" b="0"/>
                <wp:wrapNone/>
                <wp:docPr id="1146" name="Text 11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4759" cy="4987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8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6A4CD6"/>
                                <w:sz w:val="63"/>
                                <w:szCs w:val="63"/>
                              </w:rPr>
                              <w:t xml:space="preserve">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1911095</wp:posOffset>
                </wp:positionH>
                <wp:positionV relativeFrom="page">
                  <wp:posOffset>3551197</wp:posOffset>
                </wp:positionV>
                <wp:extent cx="2152695" cy="498763"/>
                <wp:effectExtent l="0" t="0" r="0" b="0"/>
                <wp:wrapNone/>
                <wp:docPr id="1147" name="Text 11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95" cy="4987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8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51B45"/>
                                <w:sz w:val="63"/>
                                <w:szCs w:val="63"/>
                              </w:rPr>
                              <w:t xml:space="preserve">Planets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905256</wp:posOffset>
                </wp:positionH>
                <wp:positionV relativeFrom="page">
                  <wp:posOffset>4392445</wp:posOffset>
                </wp:positionV>
                <wp:extent cx="1003200" cy="498763"/>
                <wp:effectExtent l="0" t="0" r="0" b="0"/>
                <wp:wrapNone/>
                <wp:docPr id="1148" name="Text 11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200" cy="4987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8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6A4CD6"/>
                                <w:sz w:val="63"/>
                                <w:szCs w:val="63"/>
                              </w:rPr>
                              <w:t xml:space="preserve">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1911095</wp:posOffset>
                </wp:positionH>
                <wp:positionV relativeFrom="page">
                  <wp:posOffset>4392445</wp:posOffset>
                </wp:positionV>
                <wp:extent cx="1931160" cy="498763"/>
                <wp:effectExtent l="0" t="0" r="0" b="0"/>
                <wp:wrapNone/>
                <wp:docPr id="1149" name="Text 11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1160" cy="4987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8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51B45"/>
                                <w:sz w:val="63"/>
                                <w:szCs w:val="63"/>
                              </w:rPr>
                              <w:t xml:space="preserve">Moons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905256</wp:posOffset>
                </wp:positionH>
                <wp:positionV relativeFrom="page">
                  <wp:posOffset>5233693</wp:posOffset>
                </wp:positionV>
                <wp:extent cx="1067908" cy="498763"/>
                <wp:effectExtent l="0" t="0" r="0" b="0"/>
                <wp:wrapNone/>
                <wp:docPr id="1150" name="Text 11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7908" cy="4987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8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6A4CD6"/>
                                <w:sz w:val="63"/>
                                <w:szCs w:val="63"/>
                              </w:rPr>
                              <w:t xml:space="preserve">04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1911095</wp:posOffset>
                </wp:positionH>
                <wp:positionV relativeFrom="page">
                  <wp:posOffset>5233693</wp:posOffset>
                </wp:positionV>
                <wp:extent cx="2618051" cy="498763"/>
                <wp:effectExtent l="0" t="0" r="0" b="0"/>
                <wp:wrapNone/>
                <wp:docPr id="1151" name="Text 11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8051" cy="4987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8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51B45"/>
                                <w:sz w:val="63"/>
                                <w:szCs w:val="63"/>
                              </w:rPr>
                              <w:t xml:space="preserve">Fun facts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10487461</wp:posOffset>
                </wp:positionH>
                <wp:positionV relativeFrom="page">
                  <wp:posOffset>6018414</wp:posOffset>
                </wp:positionV>
                <wp:extent cx="689309" cy="232756"/>
                <wp:effectExtent l="0" t="0" r="0" b="0"/>
                <wp:wrapNone/>
                <wp:docPr id="1152" name="Text 11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309" cy="232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6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65607C"/>
                                <w:sz w:val="32"/>
                                <w:szCs w:val="32"/>
                              </w:rPr>
                              <w:t xml:space="preserve">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2111432</wp:posOffset>
                </wp:positionV>
                <wp:extent cx="9162287" cy="1729047"/>
                <wp:effectExtent l="0" t="0" r="0" b="0"/>
                <wp:wrapNone/>
                <wp:docPr id="1153" name="Text 11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62287" cy="17290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22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251B45"/>
                                <w:spacing w:val="44"/>
                                <w:sz w:val="222"/>
                                <w:szCs w:val="222"/>
                              </w:rPr>
                              <w:t xml:space="preserve">THANK YOU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905256</wp:posOffset>
                </wp:positionH>
                <wp:positionV relativeFrom="page">
                  <wp:posOffset>3965170</wp:posOffset>
                </wp:positionV>
                <wp:extent cx="4589913" cy="399010"/>
                <wp:effectExtent l="0" t="0" r="0" b="0"/>
                <wp:wrapNone/>
                <wp:docPr id="1154" name="Text 11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9913" cy="399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28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251B45"/>
                                <w:sz w:val="52"/>
                                <w:szCs w:val="52"/>
                              </w:rPr>
                              <w:t xml:space="preserve">Questions? Let’s talk.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page">
                  <wp:posOffset>905256</wp:posOffset>
                </wp:positionH>
                <wp:positionV relativeFrom="page">
                  <wp:posOffset>4921134</wp:posOffset>
                </wp:positionV>
                <wp:extent cx="6373368" cy="266007"/>
                <wp:effectExtent l="0" t="0" r="0" b="0"/>
                <wp:wrapNone/>
                <wp:docPr id="1155" name="Text 11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3368" cy="2660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5607C"/>
                                <w:sz w:val="35"/>
                                <w:szCs w:val="35"/>
                              </w:rPr>
                              <w:t xml:space="preserve">yourname@yourdomain.com  ·  +91 98765 43210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slide — Our Solar System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