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thinThickThinMediumGap" w:sz="24" w:space="0" w:color="166534"/>
          <w:left w:val="thinThickThinMediumGap" w:sz="24" w:space="0" w:color="166534"/>
          <w:bottom w:val="thinThickThinMediumGap" w:sz="24" w:space="0" w:color="166534"/>
          <w:right w:val="thinThickThinMediumGap" w:sz="24" w:space="0" w:color="166534"/>
        </w:tblBorders>
        <w:tblCellMar>
          <w:top w:w="360" w:type="dxa"/>
          <w:left w:w="500" w:type="dxa"/>
          <w:bottom w:w="300" w:type="dxa"/>
          <w:right w:w="500" w:type="dxa"/>
        </w:tblCellMar>
      </w:tblPr>
      <w:tblGrid>
        <w:gridCol w:w="9412"/>
      </w:tblGrid>
      <w:tr>
        <w:trPr>
          <w:trHeight w:val="14071" w:hRule="exact"/>
        </w:trPr>
        <w:tc>
          <w:tcPr>
            <w:tcW w:type="dxa" w:w="9411"/>
          </w:tcPr>
          <w:p>
            <w:pPr>
              <w:spacing w:after="200"/>
              <w:jc w:val="center"/>
            </w:pPr>
            <w:r>
              <w:rPr>
                <w:b/>
                <w:i w:val="0"/>
                <w:color w:val="72706F"/>
                <w:sz w:val="22"/>
              </w:rPr>
              <w:t>ASSIGNMENT ON</w:t>
            </w:r>
          </w:p>
          <w:p>
            <w:pPr>
              <w:pStyle w:val="Title"/>
              <w:jc w:val="center"/>
            </w:pPr>
            <w:r>
              <w:rPr>
                <w:color w:val="166534"/>
                <w:sz w:val="56"/>
              </w:rPr>
              <w:t>Artificial Intelligence in Daily Life</w:t>
            </w:r>
          </w:p>
          <w:p>
            <w:pPr>
              <w:spacing w:after="280"/>
              <w:jc w:val="center"/>
            </w:pPr>
            <w:r>
              <w:rPr>
                <w:b w:val="0"/>
                <w:i/>
                <w:color w:val="1C1917"/>
                <w:sz w:val="24"/>
              </w:rPr>
              <w:t>Uses, benefits and responsible use</w:t>
            </w:r>
          </w:p>
          <w:p>
            <w:pPr>
              <w:spacing w:after="80"/>
              <w:jc w:val="center"/>
            </w:pPr>
            <w:r>
              <w:rPr>
                <w:b w:val="0"/>
                <w:i w:val="0"/>
                <w:color w:val="72706F"/>
                <w:sz w:val="21"/>
              </w:rPr>
              <w:t>Submitted in partial fulfilment of the requirements for the award of the degree of</w:t>
            </w:r>
          </w:p>
          <w:p>
            <w:pPr>
              <w:spacing w:after="40"/>
              <w:jc w:val="center"/>
            </w:pPr>
            <w:r>
              <w:rPr>
                <w:b/>
                <w:i w:val="0"/>
                <w:color w:val="1C1917"/>
                <w:sz w:val="26"/>
              </w:rPr>
              <w:t>BACHELOR OF TECHNOLOGY</w:t>
            </w:r>
          </w:p>
          <w:p>
            <w:pPr>
              <w:spacing w:after="40"/>
              <w:jc w:val="center"/>
            </w:pPr>
            <w:r>
              <w:rPr>
                <w:b w:val="0"/>
                <w:i/>
                <w:color w:val="72706F"/>
                <w:sz w:val="21"/>
              </w:rPr>
              <w:t>in</w:t>
            </w:r>
          </w:p>
          <w:p>
            <w:pPr>
              <w:spacing w:after="280"/>
              <w:jc w:val="center"/>
            </w:pPr>
            <w:r>
              <w:rPr>
                <w:b/>
                <w:i w:val="0"/>
                <w:color w:val="1C1917"/>
                <w:sz w:val="24"/>
              </w:rPr>
              <w:t>Computer Science</w:t>
            </w:r>
          </w:p>
          <w:tbl>
            <w:tblPr>
              <w:jc w:val="center"/>
              <w:tblLayout w:type="fixed"/>
              <w:tblLook w:firstColumn="1" w:firstRow="1" w:lastColumn="0" w:lastRow="0" w:noHBand="0" w:noVBand="1" w:val="04A0"/>
              <w:tblW w:w="1462" w:type="dxa"/>
              <w:tblLayout w:type="fixed"/>
              <w:tblCellMar>
                <w:top w:w="289" w:type="dxa"/>
                <w:left w:w="289" w:type="dxa"/>
                <w:bottom w:w="0" w:type="dxa"/>
                <w:right w:w="0" w:type="dxa"/>
              </w:tblCellMar>
              <w:tblBorders>
                <w:top w:val="thinThickThinMediumGap" w:sz="24" w:space="0" w:color="166534"/>
                <w:left w:val="thinThickThinMediumGap" w:sz="24" w:space="0" w:color="166534"/>
                <w:bottom w:val="thinThickThinMediumGap" w:sz="24" w:space="0" w:color="166534"/>
                <w:right w:val="thinThickThinMediumGap" w:sz="24" w:space="0" w:color="166534"/>
              </w:tblBorders>
            </w:tblPr>
            <w:tblGrid>
              <w:gridCol w:w="1462"/>
            </w:tblGrid>
            <w:tr>
              <w:trPr>
                <w:trHeight w:val="1463" w:hRule="exact"/>
              </w:trPr>
              <w:tc>
                <w:tcPr>
                  <w:tcW w:type="dxa" w:w="1463"/>
                  <w:shd w:val="clear" w:color="auto" w:fill="E8F0EB"/>
                </w:tcPr>
                <w:tbl>
                  <w:tblPr>
                    <w:jc w:val="left"/>
                    <w:tblLayout w:type="fixed"/>
                    <w:tblLook w:firstColumn="1" w:firstRow="1" w:lastColumn="0" w:lastRow="0" w:noHBand="0" w:noVBand="1" w:val="04A0"/>
                    <w:tblW w:w="884" w:type="dxa"/>
                    <w:tblLayout w:type="fixed"/>
                    <w:tblCellMar>
                      <w:top w:w="255" w:type="dxa"/>
                      <w:left w:w="255" w:type="dxa"/>
                      <w:bottom w:w="0" w:type="dxa"/>
                      <w:right w:w="0" w:type="dxa"/>
                    </w:tblCellMar>
                    <w:tblBorders>
                      <w:top w:val="single" w:sz="8" w:space="0" w:color="166534"/>
                      <w:left w:val="single" w:sz="8" w:space="0" w:color="166534"/>
                      <w:bottom w:val="single" w:sz="8" w:space="0" w:color="166534"/>
                      <w:right w:val="single" w:sz="8" w:space="0" w:color="166534"/>
                    </w:tblBorders>
                  </w:tblPr>
                  <w:tblGrid>
                    <w:gridCol w:w="884"/>
                  </w:tblGrid>
                  <w:tr>
                    <w:trPr>
                      <w:trHeight w:val="884" w:hRule="exact"/>
                    </w:trPr>
                    <w:tc>
                      <w:tcPr>
                        <w:tcW w:type="dxa" w:w="884"/>
                        <w:shd w:val="clear" w:color="auto" w:fill="CCDDD2"/>
                      </w:tcPr>
                      <w:tbl>
                        <w:tblPr>
                          <w:jc w:val="left"/>
                          <w:tblLayout w:type="fixed"/>
                          <w:tblLook w:firstColumn="1" w:firstRow="1" w:lastColumn="0" w:lastRow="0" w:noHBand="0" w:noVBand="1" w:val="04A0"/>
                          <w:tblW w:w="374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</w:tblPr>
                        <w:tblGrid>
                          <w:gridCol w:w="374"/>
                        </w:tblGrid>
                        <w:tr>
                          <w:trPr>
                            <w:trHeight w:val="374" w:hRule="exact"/>
                          </w:trPr>
                          <w:tc>
                            <w:tcPr>
                              <w:tcW w:type="dxa" w:w="374"/>
                              <w:shd w:val="clear" w:color="auto" w:fill="166534"/>
                            </w:tcPr>
                            <w:p>
                              <w:pPr>
                                <w:spacing w:after="0" w:before="0" w:line="20" w:lineRule="exact"/>
                              </w:pPr>
                            </w:p>
                          </w:tc>
                        </w:tr>
                      </w:tbl>
                      <w:p/>
                      <w:p>
                        <w:pPr>
                          <w:spacing w:after="0" w:line="20" w:lineRule="exact"/>
                        </w:pPr>
                      </w:p>
                    </w:tc>
                  </w:tr>
                </w:tbl>
                <w:p/>
                <w:p>
                  <w:pPr>
                    <w:spacing w:after="0" w:line="20" w:lineRule="exact"/>
                  </w:pPr>
                </w:p>
              </w:tc>
            </w:tr>
          </w:tbl>
          <w:p/>
          <w:p>
            <w:pPr>
              <w:spacing w:after="120"/>
              <w:jc w:val="center"/>
            </w:pPr>
            <w:r>
              <w:rPr>
                <w:b w:val="0"/>
                <w:i w:val="0"/>
                <w:color w:val="1C1917"/>
                <w:sz w:val="12"/>
              </w:rPr>
            </w:r>
          </w:p>
          <w:tbl>
            <w:tblPr>
              <w:tblLayout w:type="fixed"/>
              <w:tblLook w:firstColumn="1" w:firstRow="1" w:lastColumn="0" w:lastRow="0" w:noHBand="0" w:noVBand="1" w:val="04A0"/>
              <w:tblW w:w="8278" w:type="dxa"/>
              <w:tblLayout w:type="fixed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139"/>
              <w:gridCol w:w="4139"/>
            </w:tblGrid>
            <w:tr>
              <w:tc>
                <w:tcPr>
                  <w:tcW w:type="dxa" w:w="4139"/>
                </w:tcPr>
                <w:p>
                  <w:pPr>
                    <w:jc w:val="center"/>
                  </w:pPr>
                  <w:r>
                    <w:rPr>
                      <w:b/>
                      <w:i w:val="0"/>
                      <w:caps/>
                      <w:color w:val="72706F"/>
                      <w:sz w:val="19"/>
                      <w:spacing w:val="20"/>
                    </w:rPr>
                    <w:t>Submitted by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b/>
                      <w:i w:val="0"/>
                      <w:color w:val="1C1917"/>
                      <w:sz w:val="22"/>
                    </w:rPr>
                    <w:t>Riya Singh · Roll No. 23</w:t>
                  </w:r>
                </w:p>
              </w:tc>
              <w:tc>
                <w:tcPr>
                  <w:tcW w:type="dxa" w:w="4139"/>
                </w:tcPr>
                <w:p>
                  <w:pPr>
                    <w:jc w:val="center"/>
                  </w:pPr>
                  <w:r>
                    <w:rPr>
                      <w:b/>
                      <w:i w:val="0"/>
                      <w:caps/>
                      <w:color w:val="72706F"/>
                      <w:sz w:val="19"/>
                      <w:spacing w:val="20"/>
                    </w:rPr>
                    <w:t>Subject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b/>
                      <w:i w:val="0"/>
                      <w:color w:val="1C1917"/>
                      <w:sz w:val="22"/>
                    </w:rPr>
                    <w:t>Computer Science</w:t>
                  </w:r>
                </w:p>
              </w:tc>
            </w:tr>
          </w:tbl>
          <w:p/>
          <w:p>
            <w:pPr>
              <w:spacing w:after="200"/>
              <w:jc w:val="center"/>
            </w:pPr>
            <w:r>
              <w:rPr>
                <w:b w:val="0"/>
                <w:i w:val="0"/>
                <w:color w:val="1C1917"/>
                <w:sz w:val="12"/>
              </w:rPr>
            </w:r>
          </w:p>
          <w:p>
            <w:pPr>
              <w:spacing w:after="40"/>
              <w:jc w:val="center"/>
            </w:pPr>
            <w:r>
              <w:rPr>
                <w:b/>
                <w:i w:val="0"/>
                <w:color w:val="1C1917"/>
                <w:sz w:val="22"/>
              </w:rPr>
              <w:t>Computer Science</w:t>
            </w:r>
          </w:p>
          <w:p>
            <w:pPr>
              <w:spacing w:after="40"/>
              <w:jc w:val="center"/>
            </w:pPr>
            <w:r>
              <w:rPr>
                <w:b/>
                <w:i w:val="0"/>
                <w:caps/>
                <w:color w:val="166534"/>
                <w:sz w:val="26"/>
              </w:rPr>
              <w:t>Your School / College Name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color w:val="72706F"/>
                <w:sz w:val="21"/>
              </w:rPr>
              <w:t>Submission date: 15 March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Introduction</w:t>
      </w:r>
      <w:r>
        <w:tab/>
        <w:t>2</w:t>
      </w:r>
    </w:p>
    <w:p>
      <w:pPr>
        <w:pStyle w:val="TOC1"/>
      </w:pPr>
      <w:r>
        <w:t>2. Everyday Uses of AI</w:t>
      </w:r>
      <w:r>
        <w:tab/>
        <w:t>2</w:t>
      </w:r>
    </w:p>
    <w:p>
      <w:pPr>
        <w:pStyle w:val="TOC1"/>
      </w:pPr>
      <w:r>
        <w:t>3. AI in Education, Health and Farming</w:t>
      </w:r>
      <w:r>
        <w:tab/>
        <w:t>3</w:t>
      </w:r>
    </w:p>
    <w:p>
      <w:pPr>
        <w:pStyle w:val="TOC1"/>
      </w:pPr>
      <w:r>
        <w:t>4. Responsible Use</w:t>
      </w:r>
      <w:r>
        <w:tab/>
        <w:t>3</w:t>
      </w:r>
    </w:p>
    <w:p>
      <w:pPr>
        <w:pStyle w:val="TOC1"/>
      </w:pPr>
      <w:r>
        <w:t>5. Conclusion</w:t>
      </w:r>
      <w:r>
        <w:tab/>
        <w:t>3</w:t>
      </w:r>
    </w:p>
    <w:p>
      <w:pPr>
        <w:pStyle w:val="TOC1"/>
      </w:pPr>
      <w:r>
        <w:t>6.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Introduction</w:t>
      </w:r>
    </w:p>
    <w:p>
      <w:pPr>
        <w:jc w:val="both"/>
      </w:pPr>
      <w:r>
        <w:t>Artificial intelligence (AI) is the ability of computers to perform tasks that normally need human intelligence, such as recognising speech, translating languages or recommending products.</w:t>
      </w:r>
    </w:p>
    <w:p>
      <w:pPr>
        <w:pStyle w:val="Heading1"/>
      </w:pPr>
      <w:r>
        <w:t>2. Everyday Uses of AI</w:t>
      </w:r>
    </w:p>
    <w:p>
      <w:pPr>
        <w:jc w:val="both"/>
      </w:pPr>
      <w:r>
        <w:t>Many apps we use daily rely on AI.</w:t>
      </w:r>
    </w:p>
    <w:p>
      <w:pPr>
        <w:pStyle w:val="ListBullet"/>
      </w:pPr>
      <w:r>
        <w:t>Voice assistants and speech-to-text</w:t>
      </w:r>
    </w:p>
    <w:p>
      <w:pPr>
        <w:pStyle w:val="ListBullet"/>
      </w:pPr>
      <w:r>
        <w:t>Map apps predicting traffic</w:t>
      </w:r>
    </w:p>
    <w:p>
      <w:pPr>
        <w:pStyle w:val="ListBullet"/>
      </w:pPr>
      <w:r>
        <w:t>Recommendations on shopping and video apps</w:t>
      </w:r>
    </w:p>
    <w:p>
      <w:pPr>
        <w:pStyle w:val="ListBullet"/>
      </w:pPr>
      <w:r>
        <w:t>Spam filters in email</w:t>
      </w:r>
    </w:p>
    <w:p>
      <w:pPr>
        <w:pStyle w:val="ListBullet"/>
      </w:pPr>
      <w:r>
        <w:t>Language translation tools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3137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AI application</w:t>
            </w:r>
          </w:p>
        </w:tc>
        <w:tc>
          <w:tcPr>
            <w:tcW w:type="dxa" w:w="3137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Benefit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Education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Adaptive practice apps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Personalised learning</w:t>
            </w:r>
          </w:p>
        </w:tc>
      </w:tr>
      <w:tr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Health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Scan analysis support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Faster diagnosis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Farming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Crop disease detection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Early action</w:t>
            </w:r>
          </w:p>
        </w:tc>
      </w:tr>
      <w:tr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Transport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Traffic prediction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Shorter travel time</w:t>
            </w:r>
          </w:p>
        </w:tc>
      </w:tr>
    </w:tbl>
    <w:p>
      <w:pPr>
        <w:spacing w:after="80"/>
      </w:pPr>
    </w:p>
    <w:p>
      <w:pPr>
        <w:pStyle w:val="Heading1"/>
      </w:pPr>
      <w:r>
        <w:t>3. AI in Education, Health and Farming</w:t>
      </w:r>
    </w:p>
    <w:p>
      <w:pPr>
        <w:jc w:val="both"/>
      </w:pPr>
      <w:r>
        <w:t>AI helps personalise learning, supports doctors in reading scans, and helps farmers predict weather and detect crop disease from photos.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Remember</w:t>
            </w:r>
          </w:p>
          <w:p>
            <w:pPr>
              <w:spacing w:after="0"/>
            </w:pPr>
            <w:r>
              <w:t>AI systems learn patterns from data; they are tools that support, not replace, human judgement.</w:t>
            </w:r>
          </w:p>
        </w:tc>
      </w:tr>
    </w:tbl>
    <w:p>
      <w:pPr>
        <w:spacing w:after="40"/>
      </w:pPr>
    </w:p>
    <w:p>
      <w:pPr>
        <w:pStyle w:val="Heading1"/>
      </w:pPr>
      <w:r>
        <w:t>4. Responsible Use</w:t>
      </w:r>
    </w:p>
    <w:p>
      <w:pPr>
        <w:jc w:val="both"/>
      </w:pPr>
      <w:r>
        <w:t>AI can make mistakes or reflect bias in its data. Users should verify important information, protect personal data and use AI ethically.</w:t>
      </w:r>
    </w:p>
    <w:p>
      <w:pPr>
        <w:pStyle w:val="ListBullet"/>
      </w:pPr>
      <w:r>
        <w:t>Check facts from reliable sources</w:t>
      </w:r>
    </w:p>
    <w:p>
      <w:pPr>
        <w:pStyle w:val="ListBullet"/>
      </w:pPr>
      <w:r>
        <w:t>Protect passwords and personal data</w:t>
      </w:r>
    </w:p>
    <w:p>
      <w:pPr>
        <w:pStyle w:val="ListBullet"/>
      </w:pPr>
      <w:r>
        <w:t>Do not use AI to cheat or mislead</w:t>
      </w:r>
    </w:p>
    <w:p>
      <w:pPr>
        <w:pStyle w:val="Heading1"/>
      </w:pPr>
      <w:r>
        <w:t>5. Conclusion</w:t>
      </w:r>
    </w:p>
    <w:p>
      <w:pPr>
        <w:jc w:val="both"/>
      </w:pPr>
      <w:r>
        <w:t>AI is a powerful tool. Used wisely and responsibly, it can make life easier and help solve big problems.</w:t>
      </w:r>
    </w:p>
    <w:p>
      <w:pPr>
        <w:pStyle w:val="Heading1"/>
      </w:pPr>
      <w:r>
        <w:t>6.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Artificial Intelligence in Daily Life</w:t>
    </w:r>
    <w:r>
      <w:rPr>
        <w:color w:val="72706F"/>
        <w:sz w:val="17"/>
      </w:rPr>
      <w:tab/>
      <w:t>Computer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166534"/>
      </w:pBdr>
    </w:pPr>
    <w:rPr>
      <w:rFonts w:ascii="Libre Baskerville" w:hAnsi="Libre Baskerville" w:cs="Libre Baskerville" w:eastAsia="Libre Baskerville"/>
      <w:b/>
      <w:bCs/>
      <w:i w:val="0"/>
      <w:caps/>
      <w:color w:val="1C1917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Libre Baskerville" w:hAnsi="Libre Baskerville" w:cs="Libre Baskerville" w:eastAsia="Libre Baskerville"/>
      <w:b/>
      <w:bCs/>
      <w:i w:val="0"/>
      <w:color w:val="16653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Libre Baskerville" w:hAnsi="Libre Baskerville" w:cs="Libre Baskerville" w:eastAsia="Libre Baskerville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Libre Baskerville" w:hAnsi="Libre Baskerville" w:cs="Libre Baskerville" w:eastAsia="Libre Baskerville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Libre Baskerville" w:hAnsi="Libre Baskerville" w:cs="Libre Baskerville" w:eastAsia="Libre Baskerville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