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16" w:lineRule="auto"/>
      </w:pPr>
      <w:r>
        <w:rPr>
          <w:rFonts w:ascii="Times New Roman" w:hAnsi="Times New Roman" w:cs="Times New Roman" w:eastAsia="Times New Roman"/>
          <w:b/>
          <w:i w:val="0"/>
          <w:color w:val="F2D5CA"/>
          <w:sz w:val="192"/>
        </w:rPr>
        <w:t>2026</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24" w:space="0" w:color="1C1917"/>
          <w:bottom w:val="single" w:sz="6" w:space="0" w:color="1C1917"/>
        </w:tblBorders>
        <w:tblCellMar>
          <w:top w:w="300" w:type="dxa"/>
          <w:left w:w="0" w:type="dxa"/>
          <w:bottom w:w="300" w:type="dxa"/>
          <w:right w:w="0" w:type="dxa"/>
        </w:tblCellMar>
      </w:tblPr>
      <w:tblGrid>
        <w:gridCol w:w="9412"/>
      </w:tblGrid>
      <w:tr>
        <w:tc>
          <w:tcPr>
            <w:tcW w:type="dxa" w:w="9411"/>
          </w:tcPr>
          <w:p>
            <w:pPr>
              <w:spacing w:after="320"/>
            </w:pPr>
            <w:r>
              <w:rPr>
                <w:b/>
                <w:i w:val="0"/>
                <w:caps/>
                <w:color w:val="C2410C"/>
                <w:sz w:val="20"/>
                <w:spacing w:val="60"/>
              </w:rPr>
              <w:t>Assignment 03</w:t>
            </w:r>
          </w:p>
          <w:p>
            <w:pPr>
              <w:pStyle w:val="Title"/>
            </w:pPr>
            <w:r>
              <w:rPr>
                <w:sz w:val="104"/>
              </w:rPr>
              <w:t>Climate Change and Its Effects</w:t>
            </w:r>
          </w:p>
          <w:p>
            <w:r>
              <w:rPr>
                <w:b w:val="0"/>
                <w:i/>
                <w:color w:val="72706F"/>
                <w:sz w:val="30"/>
              </w:rPr>
              <w:t>Causes, impacts and what we can do</w:t>
            </w:r>
          </w:p>
        </w:tc>
      </w:tr>
    </w:tbl>
    <w:p>
      <w:pPr>
        <w:spacing w:after="400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DCCCC"/>
        </w:tblBorders>
        <w:tblCellMar>
          <w:top w:w="120" w:type="dxa"/>
          <w:left w:w="0" w:type="dxa"/>
          <w:bottom w:w="40" w:type="dxa"/>
          <w:right w:w="120" w:type="dxa"/>
        </w:tblCellMar>
      </w:tblPr>
      <w:tblGrid>
        <w:gridCol w:w="3137"/>
        <w:gridCol w:w="3137"/>
        <w:gridCol w:w="3137"/>
      </w:tblGrid>
      <w:tr>
        <w:tc>
          <w:tcPr>
            <w:tcW w:type="dxa" w:w="3137"/>
          </w:tcPr>
          <w:p>
            <w:pPr>
              <w:spacing w:after="0"/>
              <w:jc w:val="left"/>
            </w:pPr>
            <w:r>
              <w:rPr>
                <w:b/>
                <w:color w:val="72706F"/>
                <w:sz w:val="16"/>
              </w:rPr>
              <w:t>SUBMITTED BY</w:t>
            </w:r>
          </w:p>
        </w:tc>
        <w:tc>
          <w:tcPr>
            <w:tcW w:type="dxa" w:w="3137"/>
          </w:tcPr>
          <w:p>
            <w:pPr>
              <w:spacing w:after="0"/>
              <w:jc w:val="left"/>
            </w:pPr>
            <w:r>
              <w:rPr>
                <w:b/>
                <w:color w:val="72706F"/>
                <w:sz w:val="16"/>
              </w:rPr>
              <w:t>SUBJECT</w:t>
            </w:r>
          </w:p>
        </w:tc>
        <w:tc>
          <w:tcPr>
            <w:tcW w:type="dxa" w:w="3137"/>
          </w:tcPr>
          <w:p>
            <w:pPr>
              <w:spacing w:after="0"/>
              <w:jc w:val="left"/>
            </w:pPr>
            <w:r>
              <w:rPr>
                <w:b/>
                <w:color w:val="72706F"/>
                <w:sz w:val="16"/>
              </w:rPr>
              <w:t>SUBMITTED TO</w:t>
            </w:r>
          </w:p>
        </w:tc>
      </w:tr>
      <w:tr>
        <w:tc>
          <w:tcPr>
            <w:tcW w:type="dxa" w:w="3137"/>
          </w:tcPr>
          <w:p>
            <w:pPr>
              <w:spacing w:after="0"/>
              <w:jc w:val="left"/>
            </w:pPr>
            <w:r>
              <w:rPr>
                <w:color w:val="1C1917"/>
                <w:sz w:val="21"/>
              </w:rPr>
              <w:t>Riya Singh · Roll No. 23</w:t>
            </w:r>
          </w:p>
        </w:tc>
        <w:tc>
          <w:tcPr>
            <w:tcW w:type="dxa" w:w="3137"/>
          </w:tcPr>
          <w:p>
            <w:pPr>
              <w:spacing w:after="0"/>
              <w:jc w:val="left"/>
            </w:pPr>
            <w:r>
              <w:rPr>
                <w:color w:val="1C1917"/>
                <w:sz w:val="21"/>
              </w:rPr>
              <w:t>Environmental Studies</w:t>
            </w:r>
          </w:p>
        </w:tc>
        <w:tc>
          <w:tcPr>
            <w:tcW w:type="dxa" w:w="3137"/>
          </w:tcPr>
          <w:p>
            <w:pPr>
              <w:spacing w:after="0"/>
              <w:jc w:val="left"/>
            </w:pPr>
            <w:r>
              <w:rPr>
                <w:color w:val="1C1917"/>
                <w:sz w:val="21"/>
              </w:rPr>
              <w:t>Mrs. A. Kapoor</w:t>
            </w:r>
          </w:p>
        </w:tc>
      </w:tr>
    </w:tbl>
    <w:p>
      <w:pPr>
        <w:spacing w:after="0" w:before="0" w:line="20" w:lineRule="exact"/>
      </w:pPr>
      <w:r>
        <w:rPr>
          <w:sz w:val="2"/>
        </w:rPr>
        <w:br w:type="page"/>
      </w:r>
    </w:p>
    <w:p>
      <w:pPr>
        <w:pStyle w:val="Heading1"/>
      </w:pPr>
      <w:r>
        <w:t>Contents</w:t>
      </w:r>
    </w:p>
    <w:p>
      <w:pPr>
        <w:spacing w:after="0"/>
      </w:pPr>
      <w:r>
        <w:fldChar w:fldCharType="begin" w:dirty="false"/>
      </w:r>
      <w:r>
        <w:instrText xml:space="preserve"> TOC \o "1-2" \h \z \u </w:instrText>
      </w:r>
      <w:r>
        <w:fldChar w:fldCharType="separate"/>
      </w:r>
    </w:p>
    <w:p>
      <w:pPr>
        <w:pStyle w:val="TOC1"/>
      </w:pPr>
      <w:r>
        <w:t>1. Introduction</w:t>
      </w:r>
      <w:r>
        <w:tab/>
        <w:t>2</w:t>
      </w:r>
    </w:p>
    <w:p>
      <w:pPr>
        <w:pStyle w:val="TOC1"/>
      </w:pPr>
      <w:r>
        <w:t>2. Causes of Climate Change</w:t>
      </w:r>
      <w:r>
        <w:tab/>
        <w:t>2</w:t>
      </w:r>
    </w:p>
    <w:p>
      <w:pPr>
        <w:pStyle w:val="TOC1"/>
      </w:pPr>
      <w:r>
        <w:t>3. Effects on India</w:t>
      </w:r>
      <w:r>
        <w:tab/>
        <w:t>3</w:t>
      </w:r>
    </w:p>
    <w:p>
      <w:pPr>
        <w:pStyle w:val="TOC1"/>
      </w:pPr>
      <w:r>
        <w:t>4. Solutions</w:t>
      </w:r>
      <w:r>
        <w:tab/>
        <w:t>3</w:t>
      </w:r>
    </w:p>
    <w:p>
      <w:pPr>
        <w:pStyle w:val="TOC1"/>
      </w:pPr>
      <w:r>
        <w:t>5. Conclusion</w:t>
      </w:r>
      <w:r>
        <w:tab/>
        <w:t>3</w:t>
      </w:r>
    </w:p>
    <w:p>
      <w:pPr>
        <w:pStyle w:val="TOC1"/>
      </w:pPr>
      <w:r>
        <w:t>6. Bibliography</w:t>
      </w:r>
      <w:r>
        <w:tab/>
        <w:t>3</w:t>
      </w:r>
    </w:p>
    <w:p>
      <w:pPr>
        <w:spacing w:after="0"/>
      </w:pPr>
      <w:r>
        <w:fldChar w:fldCharType="end"/>
      </w:r>
    </w:p>
    <w:p>
      <w:pPr>
        <w:pStyle w:val="Heading1"/>
      </w:pPr>
      <w:r>
        <w:t>1. Introduction</w:t>
      </w:r>
    </w:p>
    <w:p>
      <w:pPr>
        <w:jc w:val="both"/>
      </w:pPr>
      <w:r>
        <w:t>Climate change refers to long-term shifts in temperatures and weather patterns. While some changes are natural, human activities since the industrial revolution have become the main driver, mainly through burning fossil fuels such as coal, oil and gas.</w:t>
      </w:r>
    </w:p>
    <w:p>
      <w:pPr>
        <w:jc w:val="both"/>
      </w:pPr>
      <w:r>
        <w:t>Burning fossil fuels releases greenhouse gases that trap heat in the atmosphere, raising the average temperature of the planet.</w:t>
      </w:r>
    </w:p>
    <w:p>
      <w:pPr>
        <w:pStyle w:val="Heading1"/>
      </w:pPr>
      <w:r>
        <w:t>2. Causes of Climate Change</w:t>
      </w:r>
    </w:p>
    <w:p>
      <w:pPr>
        <w:jc w:val="both"/>
      </w:pPr>
      <w:r>
        <w:t>The main causes are linked to how we produce energy, grow food and use land.</w:t>
      </w:r>
    </w:p>
    <w:p>
      <w:pPr>
        <w:pStyle w:val="ListBullet"/>
      </w:pPr>
      <w:r>
        <w:t>Burning coal, oil and gas for electricity and transport</w:t>
      </w:r>
    </w:p>
    <w:p>
      <w:pPr>
        <w:pStyle w:val="ListBullet"/>
      </w:pPr>
      <w:r>
        <w:t>Cutting down forests that absorb carbon dioxide</w:t>
      </w:r>
    </w:p>
    <w:p>
      <w:pPr>
        <w:pStyle w:val="ListBullet"/>
      </w:pPr>
      <w:r>
        <w:t>Agriculture, especially rice paddies and livestock</w:t>
      </w:r>
    </w:p>
    <w:p>
      <w:pPr>
        <w:pStyle w:val="ListBullet"/>
      </w:pPr>
      <w:r>
        <w:t>Industrial processes such as cement and steel production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1C1917"/>
          </w:tcPr>
          <w:p>
            <w:pPr>
              <w:spacing w:after="0"/>
            </w:pPr>
            <w:r/>
            <w:r>
              <w:rPr>
                <w:b/>
                <w:color w:val="FFFFFF"/>
                <w:sz w:val="22"/>
              </w:rPr>
              <w:t>Gas</w:t>
            </w:r>
          </w:p>
        </w:tc>
        <w:tc>
          <w:tcPr>
            <w:tcW w:type="dxa" w:w="3137"/>
            <w:vAlign w:val="center"/>
            <w:shd w:val="clear" w:color="auto" w:fill="1C1917"/>
          </w:tcPr>
          <w:p>
            <w:pPr>
              <w:spacing w:after="0"/>
            </w:pPr>
            <w:r/>
            <w:r>
              <w:rPr>
                <w:b/>
                <w:color w:val="FFFFFF"/>
                <w:sz w:val="22"/>
              </w:rPr>
              <w:t>Main source</w:t>
            </w:r>
          </w:p>
        </w:tc>
        <w:tc>
          <w:tcPr>
            <w:tcW w:type="dxa" w:w="3137"/>
            <w:vAlign w:val="center"/>
            <w:shd w:val="clear" w:color="auto" w:fill="1C1917"/>
          </w:tcPr>
          <w:p>
            <w:pPr>
              <w:spacing w:after="0"/>
            </w:pPr>
            <w:r/>
            <w:r>
              <w:rPr>
                <w:b/>
                <w:color w:val="FFFFFF"/>
                <w:sz w:val="22"/>
              </w:rPr>
              <w:t>Share (approx.)</w:t>
            </w:r>
          </w:p>
        </w:tc>
      </w:tr>
      <w:tr>
        <w:tc>
          <w:tcPr>
            <w:tcW w:type="dxa" w:w="3137"/>
            <w:vAlign w:val="center"/>
          </w:tcPr>
          <w:p>
            <w:pPr>
              <w:spacing w:after="0"/>
            </w:pPr>
            <w:r/>
            <w:r>
              <w:rPr>
                <w:sz w:val="22"/>
              </w:rPr>
              <w:t>Carbon dioxide</w:t>
            </w:r>
          </w:p>
        </w:tc>
        <w:tc>
          <w:tcPr>
            <w:tcW w:type="dxa" w:w="3137"/>
            <w:vAlign w:val="center"/>
          </w:tcPr>
          <w:p>
            <w:pPr>
              <w:spacing w:after="0"/>
            </w:pPr>
            <w:r/>
            <w:r>
              <w:rPr>
                <w:sz w:val="22"/>
              </w:rPr>
              <w:t>Fossil fuels, deforestation</w:t>
            </w:r>
          </w:p>
        </w:tc>
        <w:tc>
          <w:tcPr>
            <w:tcW w:type="dxa" w:w="3137"/>
            <w:vAlign w:val="center"/>
          </w:tcPr>
          <w:p>
            <w:pPr>
              <w:spacing w:after="0"/>
            </w:pPr>
            <w:r/>
            <w:r>
              <w:rPr>
                <w:sz w:val="22"/>
              </w:rPr>
              <w:t>~75%</w:t>
            </w:r>
          </w:p>
        </w:tc>
      </w:tr>
      <w:tr>
        <w:tc>
          <w:tcPr>
            <w:tcW w:type="dxa" w:w="3137"/>
            <w:vAlign w:val="center"/>
            <w:shd w:val="clear" w:color="auto" w:fill="F9ECE7"/>
          </w:tcPr>
          <w:p>
            <w:pPr>
              <w:spacing w:after="0"/>
            </w:pPr>
            <w:r/>
            <w:r>
              <w:rPr>
                <w:sz w:val="22"/>
              </w:rPr>
              <w:t>Methane</w:t>
            </w:r>
          </w:p>
        </w:tc>
        <w:tc>
          <w:tcPr>
            <w:tcW w:type="dxa" w:w="3137"/>
            <w:vAlign w:val="center"/>
            <w:shd w:val="clear" w:color="auto" w:fill="F9ECE7"/>
          </w:tcPr>
          <w:p>
            <w:pPr>
              <w:spacing w:after="0"/>
            </w:pPr>
            <w:r/>
            <w:r>
              <w:rPr>
                <w:sz w:val="22"/>
              </w:rPr>
              <w:t>Agriculture, waste</w:t>
            </w:r>
          </w:p>
        </w:tc>
        <w:tc>
          <w:tcPr>
            <w:tcW w:type="dxa" w:w="3137"/>
            <w:vAlign w:val="center"/>
            <w:shd w:val="clear" w:color="auto" w:fill="F9ECE7"/>
          </w:tcPr>
          <w:p>
            <w:pPr>
              <w:spacing w:after="0"/>
            </w:pPr>
            <w:r/>
            <w:r>
              <w:rPr>
                <w:sz w:val="22"/>
              </w:rPr>
              <w:t>~18%</w:t>
            </w:r>
          </w:p>
        </w:tc>
      </w:tr>
      <w:tr>
        <w:tc>
          <w:tcPr>
            <w:tcW w:type="dxa" w:w="3137"/>
            <w:vAlign w:val="center"/>
          </w:tcPr>
          <w:p>
            <w:pPr>
              <w:spacing w:after="0"/>
            </w:pPr>
            <w:r/>
            <w:r>
              <w:rPr>
                <w:sz w:val="22"/>
              </w:rPr>
              <w:t>Nitrous oxide</w:t>
            </w:r>
          </w:p>
        </w:tc>
        <w:tc>
          <w:tcPr>
            <w:tcW w:type="dxa" w:w="3137"/>
            <w:vAlign w:val="center"/>
          </w:tcPr>
          <w:p>
            <w:pPr>
              <w:spacing w:after="0"/>
            </w:pPr>
            <w:r/>
            <w:r>
              <w:rPr>
                <w:sz w:val="22"/>
              </w:rPr>
              <w:t>Fertilisers</w:t>
            </w:r>
          </w:p>
        </w:tc>
        <w:tc>
          <w:tcPr>
            <w:tcW w:type="dxa" w:w="3137"/>
            <w:vAlign w:val="center"/>
          </w:tcPr>
          <w:p>
            <w:pPr>
              <w:spacing w:after="0"/>
            </w:pPr>
            <w:r/>
            <w:r>
              <w:rPr>
                <w:sz w:val="22"/>
              </w:rPr>
              <w:t>~5%</w:t>
            </w:r>
          </w:p>
        </w:tc>
      </w:tr>
      <w:tr>
        <w:tc>
          <w:tcPr>
            <w:tcW w:type="dxa" w:w="3137"/>
            <w:vAlign w:val="center"/>
            <w:shd w:val="clear" w:color="auto" w:fill="F9ECE7"/>
          </w:tcPr>
          <w:p>
            <w:pPr>
              <w:spacing w:after="0"/>
            </w:pPr>
            <w:r/>
            <w:r>
              <w:rPr>
                <w:sz w:val="22"/>
              </w:rPr>
              <w:t>Others</w:t>
            </w:r>
          </w:p>
        </w:tc>
        <w:tc>
          <w:tcPr>
            <w:tcW w:type="dxa" w:w="3137"/>
            <w:vAlign w:val="center"/>
            <w:shd w:val="clear" w:color="auto" w:fill="F9ECE7"/>
          </w:tcPr>
          <w:p>
            <w:pPr>
              <w:spacing w:after="0"/>
            </w:pPr>
            <w:r/>
            <w:r>
              <w:rPr>
                <w:sz w:val="22"/>
              </w:rPr>
              <w:t>Industry</w:t>
            </w:r>
          </w:p>
        </w:tc>
        <w:tc>
          <w:tcPr>
            <w:tcW w:type="dxa" w:w="3137"/>
            <w:vAlign w:val="center"/>
            <w:shd w:val="clear" w:color="auto" w:fill="F9ECE7"/>
          </w:tcPr>
          <w:p>
            <w:pPr>
              <w:spacing w:after="0"/>
            </w:pPr>
            <w:r/>
            <w:r>
              <w:rPr>
                <w:sz w:val="22"/>
              </w:rPr>
              <w:t>~2%</w:t>
            </w:r>
          </w:p>
        </w:tc>
      </w:tr>
    </w:tbl>
    <w:p>
      <w:pPr>
        <w:spacing w:after="80"/>
      </w:pPr>
    </w:p>
    <w:p>
      <w:pPr>
        <w:pStyle w:val="Heading1"/>
      </w:pPr>
      <w:r>
        <w:t>3. Effects on India</w:t>
      </w:r>
    </w:p>
    <w:p>
      <w:pPr>
        <w:jc w:val="both"/>
      </w:pPr>
      <w:r>
        <w:t>India is one of the countries most exposed to climate change because of its long coastline, dependence on the monsoon and large farming population.</w:t>
      </w:r>
    </w:p>
    <w:p>
      <w:pPr>
        <w:pStyle w:val="ListBullet"/>
      </w:pPr>
      <w:r>
        <w:t>More frequent heatwaves in summer</w:t>
      </w:r>
    </w:p>
    <w:p>
      <w:pPr>
        <w:pStyle w:val="ListBullet"/>
      </w:pPr>
      <w:r>
        <w:t>Erratic monsoon rainfall affecting crops</w:t>
      </w:r>
    </w:p>
    <w:p>
      <w:pPr>
        <w:pStyle w:val="ListBullet"/>
      </w:pPr>
      <w:r>
        <w:t>Rising sea levels threatening coastal cities</w:t>
      </w:r>
    </w:p>
    <w:p>
      <w:pPr>
        <w:pStyle w:val="ListBullet"/>
      </w:pPr>
      <w:r>
        <w:t>Melting Himalayan glaciers affecting rivers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9ECE7"/>
            <w:tcBorders>
              <w:left w:val="single" w:sz="36" w:space="0" w:color="C2410C"/>
            </w:tcBorders>
          </w:tcPr>
          <w:p>
            <w:pPr>
              <w:spacing w:after="60"/>
            </w:pPr>
            <w:r>
              <w:rPr>
                <w:b/>
                <w:color w:val="C2410C"/>
              </w:rPr>
              <w:t>Remember</w:t>
            </w:r>
          </w:p>
          <w:p>
            <w:pPr>
              <w:spacing w:after="0"/>
            </w:pPr>
            <w:r>
              <w:t>Climate is the long-term pattern of weather; weather is what happens day to day.</w:t>
            </w:r>
          </w:p>
        </w:tc>
      </w:tr>
    </w:tbl>
    <w:p>
      <w:pPr>
        <w:spacing w:after="40"/>
      </w:pPr>
    </w:p>
    <w:p>
      <w:pPr>
        <w:pStyle w:val="Heading1"/>
      </w:pPr>
      <w:r>
        <w:t>4. Solutions</w:t>
      </w:r>
    </w:p>
    <w:p>
      <w:pPr>
        <w:jc w:val="both"/>
      </w:pPr>
      <w:r>
        <w:t>Solutions exist at every level — global agreements, national policies, cities, communities and individuals.</w:t>
      </w:r>
    </w:p>
    <w:p>
      <w:pPr>
        <w:pStyle w:val="ListBullet"/>
      </w:pPr>
      <w:r>
        <w:t>Switching to solar, wind and other clean energy</w:t>
      </w:r>
    </w:p>
    <w:p>
      <w:pPr>
        <w:pStyle w:val="ListBullet"/>
      </w:pPr>
      <w:r>
        <w:t>Planting trees and protecting forests</w:t>
      </w:r>
    </w:p>
    <w:p>
      <w:pPr>
        <w:pStyle w:val="ListBullet"/>
      </w:pPr>
      <w:r>
        <w:t>Using public transport, cycling and walking</w:t>
      </w:r>
    </w:p>
    <w:p>
      <w:pPr>
        <w:pStyle w:val="ListBullet"/>
      </w:pPr>
      <w:r>
        <w:t>Reducing waste and saving electricity at home</w:t>
      </w:r>
    </w:p>
    <w:p>
      <w:pPr>
        <w:pStyle w:val="Heading1"/>
      </w:pPr>
      <w:r>
        <w:t>5. Conclusion</w:t>
      </w:r>
    </w:p>
    <w:p>
      <w:pPr>
        <w:jc w:val="both"/>
      </w:pPr>
      <w:r>
        <w:t>Climate change is a serious challenge, but it can be slowed through collective action. Every individual choice, from saving electricity to planting a tree, adds up to a meaningful difference.</w:t>
      </w:r>
    </w:p>
    <w:p>
      <w:pPr>
        <w:pStyle w:val="Heading1"/>
      </w:pPr>
      <w:r>
        <w:t>6. Bibliography</w:t>
      </w:r>
    </w:p>
    <w:p>
      <w:pPr>
        <w:pStyle w:val="ListBullet"/>
      </w:pPr>
      <w:r>
        <w:t>NCERT textbook, relevant chapter (latest edition).</w:t>
      </w:r>
    </w:p>
    <w:p>
      <w:pPr>
        <w:pStyle w:val="ListBullet"/>
      </w:pPr>
      <w:r>
        <w:t>Reference book on the subject, standard edition.</w:t>
      </w:r>
    </w:p>
    <w:p>
      <w:pPr>
        <w:pStyle w:val="ListBullet"/>
      </w:pPr>
      <w:r>
        <w:t>Class notes provided by the teacher.</w:t>
      </w: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DCCCC"/>
      </w:pBdr>
    </w:pPr>
    <w:r/>
    <w:r>
      <w:rPr>
        <w:caps w:val="0"/>
        <w:color w:val="72706F"/>
        <w:sz w:val="17"/>
      </w:rPr>
      <w:t>Climate Change and Its Effects</w:t>
    </w:r>
    <w:r>
      <w:rPr>
        <w:color w:val="72706F"/>
        <w:sz w:val="17"/>
      </w:rPr>
      <w:tab/>
      <w:t>Environmental Studies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00" w:lineRule="auto"/>
    </w:pPr>
    <w:rPr>
      <w:rFonts w:ascii="Times New Roman" w:hAnsi="Times New Roman" w:cs="Times New Roman" w:eastAsia="Times New Roman"/>
      <w:color w:val="1C1917"/>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Bdr>
        <w:top w:val="single" w:sz="18" w:space="10" w:color="1C1917"/>
      </w:pBdr>
    </w:pPr>
    <w:rPr>
      <w:rFonts w:ascii="Times New Roman" w:hAnsi="Times New Roman" w:cs="Times New Roman" w:eastAsia="Times New Roman"/>
      <w:b/>
      <w:bCs/>
      <w:i w:val="0"/>
      <w:color w:val="1C1917"/>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Times New Roman" w:hAnsi="Times New Roman" w:cs="Times New Roman" w:eastAsia="Times New Roman"/>
      <w:b/>
      <w:bCs/>
      <w:i w:val="0"/>
      <w:color w:val="C2410C"/>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Times New Roman" w:hAnsi="Times New Roman" w:cs="Times New Roman" w:eastAsia="Times New Roman"/>
      <w:b/>
      <w:bCs/>
      <w:i w:val="0"/>
      <w:color w:val="1C191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imes New Roman" w:hAnsi="Times New Roman" w:cs="Times New Roman" w:eastAsia="Times New Roman"/>
      <w:b/>
      <w:color w:val="1C191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imes New Roman" w:hAnsi="Times New Roman" w:cs="Times New Roman" w:eastAsia="Times New Roman"/>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Times New Roman" w:hAnsi="Times New Roman" w:cs="Times New Roman" w:eastAsia="Times New Roman"/>
      <w:i/>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cs="Times New Roman" w:eastAsia="Times New Roman"/>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Times New Roman" w:hAnsi="Times New Roman" w:cs="Times New Roman" w:eastAsia="Times New Roman"/>
      <w:b/>
      <w:sz w:val="26"/>
      <w:szCs w:val="26"/>
    </w:rPr>
  </w:style>
  <w:style w:type="paragraph" w:customStyle="1" w:styleId="TOC2">
    <w:name w:val="TOC 2"/>
    <w:basedOn w:val="Normal"/>
    <w:pPr>
      <w:tabs>
        <w:tab w:pos="9411" w:val="right" w:leader="dot"/>
      </w:tabs>
      <w:spacing w:after="80"/>
      <w:ind w:left="340"/>
    </w:pPr>
    <w:rPr>
      <w:rFonts w:ascii="Times New Roman" w:hAnsi="Times New Roman" w:cs="Times New Roman" w:eastAsia="Times New Roman"/>
      <w:b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