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rHeight w:val="1504" w:hRule="exact"/>
        </w:trPr>
        <w:tc>
          <w:tcPr>
            <w:tcW w:type="dxa" w:w="1504"/>
            <w:shd w:val="clear" w:color="auto" w:fill="DFD0F7"/>
          </w:tcPr>
          <w:p/>
        </w:tc>
        <w:tc>
          <w:tcPr>
            <w:tcW w:type="dxa" w:w="1504"/>
            <w:shd w:val="clear" w:color="auto" w:fill="DFD0F7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4C1C98"/>
          </w:tcPr>
          <w:p/>
        </w:tc>
        <w:tc>
          <w:tcPr>
            <w:tcW w:type="dxa" w:w="1504"/>
            <w:shd w:val="clear" w:color="auto" w:fill="F0EAFB"/>
          </w:tcPr>
          <w:p/>
        </w:tc>
        <w:tc>
          <w:tcPr>
            <w:tcW w:type="dxa" w:w="1504"/>
            <w:shd w:val="clear" w:color="auto" w:fill="FFFFFF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DFD0F7"/>
          </w:tcPr>
          <w:p/>
        </w:tc>
        <w:tc>
          <w:tcPr>
            <w:tcW w:type="dxa" w:w="1504"/>
            <w:shd w:val="clear" w:color="auto" w:fill="222222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DFD0F7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222222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4C1C98"/>
          </w:tcPr>
          <w:p/>
        </w:tc>
        <w:tc>
          <w:tcPr>
            <w:tcW w:type="dxa" w:w="1504"/>
            <w:shd w:val="clear" w:color="auto" w:fill="222222"/>
          </w:tcPr>
          <w:p/>
        </w:tc>
        <w:tc>
          <w:tcPr>
            <w:tcW w:type="dxa" w:w="1504"/>
            <w:shd w:val="clear" w:color="auto" w:fill="F0EAFB"/>
          </w:tcPr>
          <w:p/>
        </w:tc>
        <w:tc>
          <w:tcPr>
            <w:tcW w:type="dxa" w:w="1504"/>
            <w:shd w:val="clear" w:color="auto" w:fill="6D28D9"/>
          </w:tcPr>
          <w:p/>
        </w:tc>
        <w:tc>
          <w:tcPr>
            <w:tcW w:type="dxa" w:w="1504"/>
            <w:shd w:val="clear" w:color="auto" w:fill="6D28D9"/>
          </w:tcPr>
          <w:p/>
        </w:tc>
        <w:tc>
          <w:tcPr>
            <w:tcW w:type="dxa" w:w="1504"/>
            <w:shd w:val="clear" w:color="auto" w:fill="6D28D9"/>
          </w:tcPr>
          <w:p/>
        </w:tc>
      </w:tr>
      <w:tr>
        <w:trPr>
          <w:trHeight w:val="1504" w:hRule="exact"/>
        </w:trPr>
        <w:tc>
          <w:tcPr>
            <w:tcW w:type="dxa" w:w="1504"/>
            <w:shd w:val="clear" w:color="auto" w:fill="4C1C98"/>
          </w:tcPr>
          <w:p/>
        </w:tc>
        <w:tc>
          <w:tcPr>
            <w:tcW w:type="dxa" w:w="1504"/>
            <w:shd w:val="clear" w:color="auto" w:fill="FFFFFF"/>
          </w:tcPr>
          <w:p/>
        </w:tc>
        <w:tc>
          <w:tcPr>
            <w:tcW w:type="dxa" w:w="1504"/>
            <w:shd w:val="clear" w:color="auto" w:fill="DFD0F7"/>
          </w:tcPr>
          <w:p/>
        </w:tc>
        <w:tc>
          <w:tcPr>
            <w:tcW w:type="dxa" w:w="1504"/>
            <w:shd w:val="clear" w:color="auto" w:fill="6D28D9"/>
          </w:tcPr>
          <w:p/>
        </w:tc>
        <w:tc>
          <w:tcPr>
            <w:tcW w:type="dxa" w:w="1504"/>
            <w:shd w:val="clear" w:color="auto" w:fill="222222"/>
          </w:tcPr>
          <w:p/>
        </w:tc>
        <w:tc>
          <w:tcPr>
            <w:tcW w:type="dxa" w:w="1504"/>
            <w:shd w:val="clear" w:color="auto" w:fill="6D28D9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6D28D9"/>
          <w:sz w:val="20"/>
          <w:spacing w:val="40"/>
        </w:rPr>
        <w:t>Business Plan 2026–2029</w:t>
      </w:r>
    </w:p>
    <w:p>
      <w:pPr>
        <w:pStyle w:val="Title"/>
      </w:pPr>
      <w:r>
        <w:rPr>
          <w:sz w:val="84"/>
        </w:rPr>
        <w:t>Pehnava Thrift</w:t>
      </w:r>
    </w:p>
    <w:p>
      <w:r>
        <w:rPr>
          <w:b w:val="0"/>
          <w:i w:val="0"/>
          <w:color w:val="767676"/>
          <w:sz w:val="26"/>
        </w:rPr>
        <w:t>Curated pre-loved fashion for young Indians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VERSION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CITY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Tanya Bose and team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1.0 · Confidential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Bengaluru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Executive Summary</w:t>
      </w:r>
      <w:r>
        <w:tab/>
        <w:t>2</w:t>
      </w:r>
    </w:p>
    <w:p>
      <w:pPr>
        <w:pStyle w:val="TOC1"/>
      </w:pPr>
      <w:r>
        <w:t>2. Company Overview</w:t>
      </w:r>
      <w:r>
        <w:tab/>
        <w:t>3</w:t>
      </w:r>
    </w:p>
    <w:p>
      <w:pPr>
        <w:pStyle w:val="TOC2"/>
      </w:pPr>
      <w:r>
        <w:t>Mission</w:t>
      </w:r>
      <w:r>
        <w:tab/>
        <w:t>3</w:t>
      </w:r>
    </w:p>
    <w:p>
      <w:pPr>
        <w:pStyle w:val="TOC2"/>
      </w:pPr>
      <w:r>
        <w:t>Products and Services</w:t>
      </w:r>
      <w:r>
        <w:tab/>
        <w:t>3</w:t>
      </w:r>
    </w:p>
    <w:p>
      <w:pPr>
        <w:pStyle w:val="TOC2"/>
      </w:pPr>
      <w:r>
        <w:t>Legal Structure and Location</w:t>
      </w:r>
      <w:r>
        <w:tab/>
        <w:t>3</w:t>
      </w:r>
    </w:p>
    <w:p>
      <w:pPr>
        <w:pStyle w:val="TOC1"/>
      </w:pPr>
      <w:r>
        <w:t>3. Market Analysis</w:t>
      </w:r>
      <w:r>
        <w:tab/>
        <w:t>3</w:t>
      </w:r>
    </w:p>
    <w:p>
      <w:pPr>
        <w:pStyle w:val="TOC2"/>
      </w:pPr>
      <w:r>
        <w:t>Industry Overview</w:t>
      </w:r>
      <w:r>
        <w:tab/>
        <w:t>3</w:t>
      </w:r>
    </w:p>
    <w:p>
      <w:pPr>
        <w:pStyle w:val="TOC2"/>
      </w:pPr>
      <w:r>
        <w:t>Target Customers</w:t>
      </w:r>
      <w:r>
        <w:tab/>
        <w:t>3</w:t>
      </w:r>
    </w:p>
    <w:p>
      <w:pPr>
        <w:pStyle w:val="TOC2"/>
      </w:pPr>
      <w:r>
        <w:t>Competition</w:t>
      </w:r>
      <w:r>
        <w:tab/>
        <w:t>4</w:t>
      </w:r>
    </w:p>
    <w:p>
      <w:pPr>
        <w:pStyle w:val="TOC2"/>
      </w:pPr>
      <w:r>
        <w:t>SWOT Analysis</w:t>
      </w:r>
      <w:r>
        <w:tab/>
        <w:t>4</w:t>
      </w:r>
    </w:p>
    <w:p>
      <w:pPr>
        <w:pStyle w:val="TOC1"/>
      </w:pPr>
      <w:r>
        <w:t>4. Marketing and Sales Strategy</w:t>
      </w:r>
      <w:r>
        <w:tab/>
        <w:t>4</w:t>
      </w:r>
    </w:p>
    <w:p>
      <w:pPr>
        <w:pStyle w:val="TOC1"/>
      </w:pPr>
      <w:r>
        <w:t>5. Operations Plan</w:t>
      </w:r>
      <w:r>
        <w:tab/>
        <w:t>4</w:t>
      </w:r>
    </w:p>
    <w:p>
      <w:pPr>
        <w:pStyle w:val="TOC1"/>
      </w:pPr>
      <w:r>
        <w:t>6. Management Team</w:t>
      </w:r>
      <w:r>
        <w:tab/>
        <w:t>5</w:t>
      </w:r>
    </w:p>
    <w:p>
      <w:pPr>
        <w:pStyle w:val="TOC1"/>
      </w:pPr>
      <w:r>
        <w:t>7. Financial Plan</w:t>
      </w:r>
      <w:r>
        <w:tab/>
        <w:t>5</w:t>
      </w:r>
    </w:p>
    <w:p>
      <w:pPr>
        <w:pStyle w:val="TOC2"/>
      </w:pPr>
      <w:r>
        <w:t>Funding Requirement</w:t>
      </w:r>
      <w:r>
        <w:tab/>
        <w:t>5</w:t>
      </w:r>
    </w:p>
    <w:p>
      <w:pPr>
        <w:pStyle w:val="TOC1"/>
      </w:pPr>
      <w:r>
        <w:t>8. Risks and Mitigation</w:t>
      </w:r>
      <w:r>
        <w:tab/>
        <w:t>5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Executive Summary</w:t>
      </w:r>
    </w:p>
    <w:p>
      <w:pPr>
        <w:jc w:val="both"/>
      </w:pPr>
      <w:r>
        <w:t>Pehnava Thrift buys, cleans and resells good-quality pre-loved clothing online and through pop-up stores, making fashion affordable and reducing textile waste.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The opportunity</w:t>
            </w:r>
          </w:p>
          <w:p>
            <w:pPr>
              <w:spacing w:after="0"/>
            </w:pPr>
            <w:r>
              <w:t>Young shoppers want variety at low prices and care about sustainability, while wardrobes are full of clothes worn only a few times.</w:t>
            </w:r>
          </w:p>
        </w:tc>
      </w:tr>
    </w:tbl>
    <w:p>
      <w:pPr>
        <w:spacing w:after="4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03"/>
        <w:gridCol w:w="2461"/>
        <w:gridCol w:w="2461"/>
      </w:tblGrid>
      <w:tr>
        <w:trPr>
          <w:tblHeader/>
        </w:trPr>
        <w:tc>
          <w:tcPr>
            <w:tcW w:type="dxa" w:w="410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Key figure (sample)</w:t>
            </w:r>
          </w:p>
        </w:tc>
        <w:tc>
          <w:tcPr>
            <w:tcW w:type="dxa" w:w="246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246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Year 3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Items sold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25,000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220,000</w:t>
            </w:r>
          </w:p>
        </w:tc>
      </w:tr>
      <w:tr>
        <w:tc>
          <w:tcPr>
            <w:tcW w:type="dxa" w:w="410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Sellers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4,000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35,000</w:t>
            </w:r>
          </w:p>
        </w:tc>
      </w:tr>
      <w:tr>
        <w:tc>
          <w:tcPr>
            <w:tcW w:type="dxa" w:w="410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₹1.0 Cr</w:t>
            </w:r>
          </w:p>
        </w:tc>
        <w:tc>
          <w:tcPr>
            <w:tcW w:type="dxa" w:w="246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₹8.0 Cr</w:t>
            </w:r>
          </w:p>
        </w:tc>
      </w:tr>
      <w:tr>
        <w:tc>
          <w:tcPr>
            <w:tcW w:type="dxa" w:w="410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Pop-ups per year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6</w:t>
            </w:r>
          </w:p>
        </w:tc>
        <w:tc>
          <w:tcPr>
            <w:tcW w:type="dxa" w:w="246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30</w:t>
            </w:r>
          </w:p>
        </w:tc>
      </w:tr>
    </w:tbl>
    <w:p>
      <w:pPr>
        <w:spacing w:after="80"/>
      </w:pPr>
    </w:p>
    <w:p>
      <w:pPr>
        <w:pStyle w:val="Caption"/>
      </w:pPr>
      <w:r>
        <w:t>All projections in this plan are illustrative sample figures.</w:t>
      </w:r>
    </w:p>
    <w:p>
      <w:pPr>
        <w:pStyle w:val="Heading1"/>
      </w:pPr>
      <w:r>
        <w:t>2. Company Overview</w:t>
      </w:r>
    </w:p>
    <w:p>
      <w:pPr>
        <w:pStyle w:val="Heading2"/>
      </w:pPr>
      <w:r>
        <w:t>Mission</w:t>
      </w:r>
    </w:p>
    <w:p>
      <w:pPr>
        <w:jc w:val="both"/>
      </w:pPr>
      <w:r>
        <w:t>To make second-hand the first choice for stylish, budget-conscious and planet-conscious shoppers.</w:t>
      </w:r>
    </w:p>
    <w:p>
      <w:pPr>
        <w:pStyle w:val="Heading2"/>
      </w:pPr>
      <w:r>
        <w:t>Products and Services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4668"/>
        <w:gridCol w:w="1867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Offering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867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Price (sample)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Curated drops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Weekly themed collections online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₹299–999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Sell with us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Pickup, cleaning and listing for sellers</w:t>
            </w:r>
          </w:p>
        </w:tc>
        <w:tc>
          <w:tcPr>
            <w:tcW w:type="dxa" w:w="186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40% payout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Pop-up stores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College and mall pop-ups</w:t>
            </w:r>
          </w:p>
        </w:tc>
        <w:tc>
          <w:tcPr>
            <w:tcW w:type="dxa" w:w="186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Styling boxes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Monthly box of five pieces</w:t>
            </w:r>
          </w:p>
        </w:tc>
        <w:tc>
          <w:tcPr>
            <w:tcW w:type="dxa" w:w="186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₹1,499</w:t>
            </w:r>
          </w:p>
        </w:tc>
      </w:tr>
    </w:tbl>
    <w:p>
      <w:pPr>
        <w:spacing w:after="80"/>
      </w:pPr>
    </w:p>
    <w:p>
      <w:pPr>
        <w:pStyle w:val="Heading2"/>
      </w:pPr>
      <w:r>
        <w:t>Legal Structure and Location</w:t>
      </w:r>
    </w:p>
    <w:p>
      <w:pPr>
        <w:jc w:val="both"/>
      </w:pPr>
      <w:r>
        <w:t>Registered as a private limited company with a processing warehouse for sorting, cleaning and photography.</w:t>
      </w:r>
    </w:p>
    <w:p>
      <w:pPr>
        <w:pStyle w:val="Heading1"/>
      </w:pPr>
      <w:r>
        <w:t>3. Market Analysis</w:t>
      </w:r>
    </w:p>
    <w:p>
      <w:pPr>
        <w:pStyle w:val="Heading2"/>
      </w:pPr>
      <w:r>
        <w:t>Industry Overview</w:t>
      </w:r>
    </w:p>
    <w:p>
      <w:pPr>
        <w:jc w:val="both"/>
      </w:pPr>
      <w:r>
        <w:t>Resale fashion is growing among young urban shoppers, driven by price, variety and sustainability.</w:t>
      </w:r>
    </w:p>
    <w:p>
      <w:pPr>
        <w:pStyle w:val="Heading2"/>
      </w:pPr>
      <w:r>
        <w:t>Target Customers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5"/>
        <w:gridCol w:w="5349"/>
        <w:gridCol w:w="1671"/>
      </w:tblGrid>
      <w:tr>
        <w:trPr>
          <w:tblHeader/>
        </w:trPr>
        <w:tc>
          <w:tcPr>
            <w:tcW w:type="dxa" w:w="200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Segment</w:t>
            </w:r>
          </w:p>
        </w:tc>
        <w:tc>
          <w:tcPr>
            <w:tcW w:type="dxa" w:w="534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67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Priority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College students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Love variety and low prices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00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Young professionals</w:t>
            </w:r>
          </w:p>
        </w:tc>
        <w:tc>
          <w:tcPr>
            <w:tcW w:type="dxa" w:w="534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Want branded items for less</w:t>
            </w:r>
          </w:p>
        </w:tc>
        <w:tc>
          <w:tcPr>
            <w:tcW w:type="dxa" w:w="167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  <w:tr>
        <w:tc>
          <w:tcPr>
            <w:tcW w:type="dxa" w:w="20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Sellers</w:t>
            </w:r>
          </w:p>
        </w:tc>
        <w:tc>
          <w:tcPr>
            <w:tcW w:type="dxa" w:w="534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Want to clear wardrobes</w:t>
            </w:r>
          </w:p>
        </w:tc>
        <w:tc>
          <w:tcPr>
            <w:tcW w:type="dxa" w:w="167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</w:tr>
    </w:tbl>
    <w:p>
      <w:pPr>
        <w:spacing w:after="80"/>
      </w:pPr>
    </w:p>
    <w:p>
      <w:pPr>
        <w:pStyle w:val="Heading2"/>
      </w:pPr>
      <w:r>
        <w:t>Competition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90"/>
        <w:gridCol w:w="3112"/>
        <w:gridCol w:w="3423"/>
      </w:tblGrid>
      <w:tr>
        <w:trPr>
          <w:tblHeader/>
        </w:trPr>
        <w:tc>
          <w:tcPr>
            <w:tcW w:type="dxa" w:w="2490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Competitor type</w:t>
            </w:r>
          </w:p>
        </w:tc>
        <w:tc>
          <w:tcPr>
            <w:tcW w:type="dxa" w:w="3112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Strength</w:t>
            </w:r>
          </w:p>
        </w:tc>
        <w:tc>
          <w:tcPr>
            <w:tcW w:type="dxa" w:w="342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Our advantage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Fast-fashion apps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Huge range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Lower price, unique pieces, sustainable</w:t>
            </w:r>
          </w:p>
        </w:tc>
      </w:tr>
      <w:tr>
        <w:tc>
          <w:tcPr>
            <w:tcW w:type="dxa" w:w="249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Informal resale groups</w:t>
            </w:r>
          </w:p>
        </w:tc>
        <w:tc>
          <w:tcPr>
            <w:tcW w:type="dxa" w:w="311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Free listing</w:t>
            </w:r>
          </w:p>
        </w:tc>
        <w:tc>
          <w:tcPr>
            <w:tcW w:type="dxa" w:w="342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Quality check, cleaning, returns</w:t>
            </w:r>
          </w:p>
        </w:tc>
      </w:tr>
      <w:tr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Export surplus stores</w:t>
            </w:r>
          </w:p>
        </w:tc>
        <w:tc>
          <w:tcPr>
            <w:tcW w:type="dxa" w:w="311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Cheap</w:t>
            </w:r>
          </w:p>
        </w:tc>
        <w:tc>
          <w:tcPr>
            <w:tcW w:type="dxa" w:w="342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Curation and online convenience</w:t>
            </w:r>
          </w:p>
        </w:tc>
      </w:tr>
    </w:tbl>
    <w:p>
      <w:pPr>
        <w:spacing w:after="80"/>
      </w:pPr>
    </w:p>
    <w:p>
      <w:pPr>
        <w:pStyle w:val="Heading2"/>
      </w:pPr>
      <w:r>
        <w:t>SWOT Analysis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0EAFB"/>
          </w:tcPr>
          <w:p>
            <w:r>
              <w:rPr>
                <w:b/>
                <w:color w:val="6D28D9"/>
              </w:rPr>
              <w:t>Strengths</w:t>
            </w:r>
          </w:p>
          <w:p>
            <w:pPr>
              <w:spacing w:after="40"/>
            </w:pPr>
            <w:r>
              <w:t>• Strong curation</w:t>
            </w:r>
          </w:p>
          <w:p>
            <w:pPr>
              <w:spacing w:after="40"/>
            </w:pPr>
            <w:r>
              <w:t>• Community of sellers</w:t>
            </w:r>
          </w:p>
        </w:tc>
        <w:tc>
          <w:tcPr>
            <w:tcW w:type="dxa" w:w="4513"/>
            <w:shd w:val="clear" w:color="auto" w:fill="DFD0F7"/>
          </w:tcPr>
          <w:p>
            <w:r>
              <w:rPr>
                <w:b/>
                <w:color w:val="6D28D9"/>
              </w:rPr>
              <w:t>Weaknesses</w:t>
            </w:r>
          </w:p>
          <w:p>
            <w:pPr>
              <w:spacing w:after="40"/>
            </w:pPr>
            <w:r>
              <w:t>• Inventory variability</w:t>
            </w:r>
          </w:p>
          <w:p>
            <w:pPr>
              <w:spacing w:after="40"/>
            </w:pPr>
            <w:r>
              <w:t>• Processing costs</w:t>
            </w:r>
          </w:p>
        </w:tc>
      </w:tr>
      <w:tr>
        <w:tc>
          <w:tcPr>
            <w:tcW w:type="dxa" w:w="4513"/>
            <w:shd w:val="clear" w:color="auto" w:fill="DFD0F7"/>
          </w:tcPr>
          <w:p>
            <w:r>
              <w:rPr>
                <w:b/>
                <w:color w:val="6D28D9"/>
              </w:rPr>
              <w:t>Opportunities</w:t>
            </w:r>
          </w:p>
          <w:p>
            <w:pPr>
              <w:spacing w:after="40"/>
            </w:pPr>
            <w:r>
              <w:t>• College pop-ups</w:t>
            </w:r>
          </w:p>
          <w:p>
            <w:pPr>
              <w:spacing w:after="40"/>
            </w:pPr>
            <w:r>
              <w:t>• Sustainability trend</w:t>
            </w:r>
          </w:p>
        </w:tc>
        <w:tc>
          <w:tcPr>
            <w:tcW w:type="dxa" w:w="4513"/>
            <w:shd w:val="clear" w:color="auto" w:fill="F0EAFB"/>
          </w:tcPr>
          <w:p>
            <w:r>
              <w:rPr>
                <w:b/>
                <w:color w:val="6D28D9"/>
              </w:rPr>
              <w:t>Threats</w:t>
            </w:r>
          </w:p>
          <w:p>
            <w:pPr>
              <w:spacing w:after="40"/>
            </w:pPr>
            <w:r>
              <w:t>• Stigma around used clothes</w:t>
            </w:r>
          </w:p>
          <w:p>
            <w:pPr>
              <w:spacing w:after="40"/>
            </w:pPr>
            <w:r>
              <w:t>• Copy competitors</w:t>
            </w:r>
          </w:p>
        </w:tc>
      </w:tr>
    </w:tbl>
    <w:p/>
    <w:p>
      <w:pPr>
        <w:pStyle w:val="Heading1"/>
      </w:pPr>
      <w:r>
        <w:t>4. Marketing and Sales Strategy</w:t>
      </w:r>
    </w:p>
    <w:p>
      <w:pPr>
        <w:jc w:val="both"/>
      </w:pPr>
      <w:r>
        <w:t>We grow through Instagram drops, college pop-ups and seller referrals, with clear quality grades building trust.</w:t>
      </w:r>
    </w:p>
    <w:p>
      <w:pPr>
        <w:pStyle w:val="ListBullet"/>
      </w:pPr>
      <w:r>
        <w:t>Instagram and reels</w:t>
      </w:r>
    </w:p>
    <w:p>
      <w:pPr>
        <w:pStyle w:val="ListBullet"/>
      </w:pPr>
      <w:r>
        <w:t>College pop-up stores</w:t>
      </w:r>
    </w:p>
    <w:p>
      <w:pPr>
        <w:pStyle w:val="ListBullet"/>
      </w:pPr>
      <w:r>
        <w:t>Seller referral programme</w:t>
      </w:r>
    </w:p>
    <w:p>
      <w:pPr>
        <w:pStyle w:val="ListBullet"/>
      </w:pPr>
      <w:r>
        <w:t>Styling boxes</w:t>
      </w:r>
    </w:p>
    <w:p>
      <w:pPr>
        <w:pStyle w:val="Heading1"/>
      </w:pPr>
      <w:r>
        <w:t>5. Operations Plan</w:t>
      </w:r>
    </w:p>
    <w:p>
      <w:pPr>
        <w:jc w:val="both"/>
      </w:pPr>
      <w:r>
        <w:t>Items are picked up, graded, cleaned, photographed and listed within five days. Unsold items are donated or recycled.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1934"/>
        <w:gridCol w:w="2579"/>
      </w:tblGrid>
      <w:tr>
        <w:trPr>
          <w:tblHeader/>
        </w:trPr>
        <w:tc>
          <w:tcPr>
            <w:tcW w:type="dxa" w:w="4513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 date</w:t>
            </w:r>
          </w:p>
        </w:tc>
        <w:tc>
          <w:tcPr>
            <w:tcW w:type="dxa" w:w="25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Owner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Warehouse set up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Q2 2026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10,000 items sold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Q4 2026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Growth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Pop-ups in 5 cities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Q4 2027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Marketing</w:t>
            </w:r>
          </w:p>
        </w:tc>
      </w:tr>
      <w:tr>
        <w:tc>
          <w:tcPr>
            <w:tcW w:type="dxa" w:w="4513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Break-even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Q1 2028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Finance</w:t>
            </w:r>
          </w:p>
        </w:tc>
      </w:tr>
    </w:tbl>
    <w:p>
      <w:pPr>
        <w:spacing w:after="80"/>
      </w:pPr>
    </w:p>
    <w:p>
      <w:pPr>
        <w:pStyle w:val="Heading1"/>
      </w:pPr>
      <w:r>
        <w:t>6. Management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178"/>
        <w:gridCol w:w="4668"/>
      </w:tblGrid>
      <w:tr>
        <w:trPr>
          <w:tblHeader/>
        </w:trPr>
        <w:tc>
          <w:tcPr>
            <w:tcW w:type="dxa" w:w="21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1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Background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Tanya Bose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Founder &amp; CEO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Fashion merchandiser</w:t>
            </w:r>
          </w:p>
        </w:tc>
      </w:tr>
      <w:tr>
        <w:tc>
          <w:tcPr>
            <w:tcW w:type="dxa" w:w="21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Karthik Reddy</w:t>
            </w:r>
          </w:p>
        </w:tc>
        <w:tc>
          <w:tcPr>
            <w:tcW w:type="dxa" w:w="21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Operations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E-commerce warehousing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Zoya Khan</w:t>
            </w:r>
          </w:p>
        </w:tc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Brand &amp; community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Content creator and stylist</w:t>
            </w:r>
          </w:p>
        </w:tc>
      </w:tr>
    </w:tbl>
    <w:p>
      <w:pPr>
        <w:spacing w:after="80"/>
      </w:pPr>
    </w:p>
    <w:p>
      <w:pPr>
        <w:pStyle w:val="Heading1"/>
      </w:pPr>
      <w:r>
        <w:t>7. Financial Plan</w:t>
      </w:r>
    </w:p>
    <w:p>
      <w:pPr>
        <w:jc w:val="both"/>
      </w:pPr>
      <w:r>
        <w:t>The projections below are sample figures that show the structure of a financial plan. Replace them with your own estimates and assumptions.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1934"/>
        <w:gridCol w:w="1934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6D28D9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(₹ lakh)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2026–27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2027–28</w:t>
            </w:r>
          </w:p>
        </w:tc>
        <w:tc>
          <w:tcPr>
            <w:tcW w:type="dxa" w:w="1934"/>
            <w:vAlign w:val="center"/>
            <w:shd w:val="clear" w:color="auto" w:fill="6D28D9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FY 2028–29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Revenue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100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380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800</w:t>
            </w:r>
          </w:p>
        </w:tc>
      </w:tr>
      <w:tr>
        <w:tc>
          <w:tcPr>
            <w:tcW w:type="dxa" w:w="322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Cost of goods (seller payouts)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42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155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320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Gross profit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58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225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480</w:t>
            </w:r>
          </w:p>
        </w:tc>
      </w:tr>
      <w:tr>
        <w:tc>
          <w:tcPr>
            <w:tcW w:type="dxa" w:w="3223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Operating expenses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80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190</w:t>
            </w:r>
          </w:p>
        </w:tc>
        <w:tc>
          <w:tcPr>
            <w:tcW w:type="dxa" w:w="1934"/>
            <w:vAlign w:val="center"/>
            <w:shd w:val="clear" w:color="auto" w:fill="F0EAFB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360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profit / (loss)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(22)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35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120</w:t>
            </w:r>
          </w:p>
        </w:tc>
      </w:tr>
    </w:tbl>
    <w:p>
      <w:pPr>
        <w:spacing w:after="80"/>
      </w:pPr>
    </w:p>
    <w:p>
      <w:pPr>
        <w:pStyle w:val="Heading2"/>
      </w:pPr>
      <w:r>
        <w:t>Funding Requirement</w:t>
      </w:r>
    </w:p>
    <w:p>
      <w:pPr>
        <w:jc w:val="both"/>
      </w:pPr>
      <w:r>
        <w:t>We are seeking ₹1.5 crore to scale the warehouse, build the app and run pop-ups in five cities.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447"/>
        <w:gridCol w:w="2579"/>
      </w:tblGrid>
      <w:tr>
        <w:trPr>
          <w:tblHeader/>
        </w:trPr>
        <w:tc>
          <w:tcPr>
            <w:tcW w:type="dxa" w:w="6447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Use of funds</w:t>
            </w:r>
          </w:p>
        </w:tc>
        <w:tc>
          <w:tcPr>
            <w:tcW w:type="dxa" w:w="2579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Share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Warehouse and processing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35%</w:t>
            </w:r>
          </w:p>
        </w:tc>
      </w:tr>
      <w:tr>
        <w:tc>
          <w:tcPr>
            <w:tcW w:type="dxa" w:w="644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Technology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20%</w:t>
            </w:r>
          </w:p>
        </w:tc>
      </w:tr>
      <w:tr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Marketing and pop-ups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30%</w:t>
            </w:r>
          </w:p>
        </w:tc>
      </w:tr>
      <w:tr>
        <w:tc>
          <w:tcPr>
            <w:tcW w:type="dxa" w:w="6447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Working capital</w:t>
            </w:r>
          </w:p>
        </w:tc>
        <w:tc>
          <w:tcPr>
            <w:tcW w:type="dxa" w:w="257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15%</w:t>
            </w:r>
          </w:p>
        </w:tc>
      </w:tr>
    </w:tbl>
    <w:p>
      <w:pPr>
        <w:spacing w:after="80"/>
      </w:pPr>
    </w:p>
    <w:p>
      <w:pPr>
        <w:pStyle w:val="Heading1"/>
      </w:pPr>
      <w:r>
        <w:t>8. Risks and Mitigation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801"/>
        <w:gridCol w:w="1556"/>
        <w:gridCol w:w="4668"/>
      </w:tblGrid>
      <w:tr>
        <w:trPr>
          <w:tblHeader/>
        </w:trPr>
        <w:tc>
          <w:tcPr>
            <w:tcW w:type="dxa" w:w="2801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Risk</w:t>
            </w:r>
          </w:p>
        </w:tc>
        <w:tc>
          <w:tcPr>
            <w:tcW w:type="dxa" w:w="1556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4668"/>
            <w:vAlign w:val="center"/>
            <w:shd w:val="clear" w:color="auto" w:fill="6D28D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Mitigation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Inconsistent supply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Seller incentives and bulk sourcing</w:t>
            </w:r>
          </w:p>
        </w:tc>
      </w:tr>
      <w:tr>
        <w:tc>
          <w:tcPr>
            <w:tcW w:type="dxa" w:w="280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Quality complaints</w:t>
            </w:r>
          </w:p>
        </w:tc>
        <w:tc>
          <w:tcPr>
            <w:tcW w:type="dxa" w:w="1556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High</w:t>
            </w:r>
          </w:p>
        </w:tc>
        <w:tc>
          <w:tcPr>
            <w:tcW w:type="dxa" w:w="4668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Grading standards and easy returns</w:t>
            </w:r>
          </w:p>
        </w:tc>
      </w:tr>
      <w:tr>
        <w:tc>
          <w:tcPr>
            <w:tcW w:type="dxa" w:w="28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Low margins</w:t>
            </w:r>
          </w:p>
        </w:tc>
        <w:tc>
          <w:tcPr>
            <w:tcW w:type="dxa" w:w="155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Medium</w:t>
            </w:r>
          </w:p>
        </w:tc>
        <w:tc>
          <w:tcPr>
            <w:tcW w:type="dxa" w:w="4668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Styling boxes and premium drops</w:t>
            </w:r>
          </w:p>
        </w:tc>
      </w:tr>
    </w:tbl>
    <w:p>
      <w:pPr>
        <w:spacing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Pehnava Thrift · Business Plan</w:t>
    </w:r>
    <w:r>
      <w:rPr>
        <w:color w:val="767676"/>
        <w:sz w:val="17"/>
      </w:rPr>
      <w:tab/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DFD0F7"/>
      <w:pBdr>
        <w:left w:val="single" w:sz="36" w:space="8" w:color="6D28D9"/>
      </w:pBdr>
    </w:pPr>
    <w:rPr>
      <w:rFonts w:ascii="Raleway" w:hAnsi="Raleway" w:cs="Raleway" w:eastAsia="Raleway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6D28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