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0"/>
      </w:pPr>
    </w:p>
    <w:p>
      <w:pPr>
        <w:spacing w:after="360"/>
      </w:pPr>
      <w:r>
        <w:rPr>
          <w:b/>
          <w:i w:val="0"/>
          <w:caps/>
          <w:color w:val="155E75"/>
          <w:sz w:val="20"/>
          <w:spacing w:val="40"/>
        </w:rPr>
        <w:t>Business Plan 2026–2029</w:t>
      </w:r>
    </w:p>
    <w:p>
      <w:pPr>
        <w:pStyle w:val="Title"/>
        <w:pBdr>
          <w:bottom w:val="single" w:sz="24" w:space="14" w:color="155E75"/>
        </w:pBdr>
        <w:spacing w:after="480"/>
      </w:pPr>
      <w:r>
        <w:rPr>
          <w:sz w:val="76"/>
        </w:rPr>
        <w:t>SkillSetu Learning</w:t>
      </w:r>
    </w:p>
    <w:p>
      <w:r>
        <w:rPr>
          <w:b w:val="0"/>
          <w:i w:val="0"/>
          <w:color w:val="72706F"/>
          <w:sz w:val="28"/>
        </w:rPr>
        <w:t>Job-ready digital skills for tier-2 city graduates</w:t>
      </w:r>
    </w:p>
    <w:p>
      <w:pPr>
        <w:spacing w:after="30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DCCCC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PREPARED BY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VERSION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CITY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Nisha Choudhary and team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1.0 · Confidential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Indore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Executive Summary</w:t>
      </w:r>
      <w:r>
        <w:tab/>
        <w:t>2</w:t>
      </w:r>
    </w:p>
    <w:p>
      <w:pPr>
        <w:pStyle w:val="TOC1"/>
      </w:pPr>
      <w:r>
        <w:t>2. Company Overview</w:t>
      </w:r>
      <w:r>
        <w:tab/>
        <w:t>3</w:t>
      </w:r>
    </w:p>
    <w:p>
      <w:pPr>
        <w:pStyle w:val="TOC2"/>
      </w:pPr>
      <w:r>
        <w:t>Mission</w:t>
      </w:r>
      <w:r>
        <w:tab/>
        <w:t>3</w:t>
      </w:r>
    </w:p>
    <w:p>
      <w:pPr>
        <w:pStyle w:val="TOC2"/>
      </w:pPr>
      <w:r>
        <w:t>Products and Services</w:t>
      </w:r>
      <w:r>
        <w:tab/>
        <w:t>3</w:t>
      </w:r>
    </w:p>
    <w:p>
      <w:pPr>
        <w:pStyle w:val="TOC2"/>
      </w:pPr>
      <w:r>
        <w:t>Legal Structure and Location</w:t>
      </w:r>
      <w:r>
        <w:tab/>
        <w:t>3</w:t>
      </w:r>
    </w:p>
    <w:p>
      <w:pPr>
        <w:pStyle w:val="TOC1"/>
      </w:pPr>
      <w:r>
        <w:t>3. Market Analysis</w:t>
      </w:r>
      <w:r>
        <w:tab/>
        <w:t>3</w:t>
      </w:r>
    </w:p>
    <w:p>
      <w:pPr>
        <w:pStyle w:val="TOC2"/>
      </w:pPr>
      <w:r>
        <w:t>Industry Overview</w:t>
      </w:r>
      <w:r>
        <w:tab/>
        <w:t>3</w:t>
      </w:r>
    </w:p>
    <w:p>
      <w:pPr>
        <w:pStyle w:val="TOC2"/>
      </w:pPr>
      <w:r>
        <w:t>Target Customers</w:t>
      </w:r>
      <w:r>
        <w:tab/>
        <w:t>4</w:t>
      </w:r>
    </w:p>
    <w:p>
      <w:pPr>
        <w:pStyle w:val="TOC2"/>
      </w:pPr>
      <w:r>
        <w:t>Competition</w:t>
      </w:r>
      <w:r>
        <w:tab/>
        <w:t>4</w:t>
      </w:r>
    </w:p>
    <w:p>
      <w:pPr>
        <w:pStyle w:val="TOC2"/>
      </w:pPr>
      <w:r>
        <w:t>SWOT Analysis</w:t>
      </w:r>
      <w:r>
        <w:tab/>
        <w:t>4</w:t>
      </w:r>
    </w:p>
    <w:p>
      <w:pPr>
        <w:pStyle w:val="TOC1"/>
      </w:pPr>
      <w:r>
        <w:t>4. Marketing and Sales Strategy</w:t>
      </w:r>
      <w:r>
        <w:tab/>
        <w:t>4</w:t>
      </w:r>
    </w:p>
    <w:p>
      <w:pPr>
        <w:pStyle w:val="TOC1"/>
      </w:pPr>
      <w:r>
        <w:t>5. Operations Plan</w:t>
      </w:r>
      <w:r>
        <w:tab/>
        <w:t>5</w:t>
      </w:r>
    </w:p>
    <w:p>
      <w:pPr>
        <w:pStyle w:val="TOC1"/>
      </w:pPr>
      <w:r>
        <w:t>6. Management Team</w:t>
      </w:r>
      <w:r>
        <w:tab/>
        <w:t>5</w:t>
      </w:r>
    </w:p>
    <w:p>
      <w:pPr>
        <w:pStyle w:val="TOC1"/>
      </w:pPr>
      <w:r>
        <w:t>7. Financial Plan</w:t>
      </w:r>
      <w:r>
        <w:tab/>
        <w:t>5</w:t>
      </w:r>
    </w:p>
    <w:p>
      <w:pPr>
        <w:pStyle w:val="TOC2"/>
      </w:pPr>
      <w:r>
        <w:t>Funding Requirement</w:t>
      </w:r>
      <w:r>
        <w:tab/>
        <w:t>6</w:t>
      </w:r>
    </w:p>
    <w:p>
      <w:pPr>
        <w:pStyle w:val="TOC1"/>
      </w:pPr>
      <w:r>
        <w:t>8. Risks and Mitigation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Executive Summary</w:t>
      </w:r>
    </w:p>
    <w:p>
      <w:pPr>
        <w:jc w:val="both"/>
      </w:pPr>
      <w:r>
        <w:t>SkillSetu Learning runs blended courses in data analysis, digital marketing and accounting software for graduates in tier-2 cities, with weekend classroom labs and placement support from local employers.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EFF1"/>
            <w:tcBorders>
              <w:left w:val="single" w:sz="36" w:space="0" w:color="155E75"/>
            </w:tcBorders>
          </w:tcPr>
          <w:p>
            <w:pPr>
              <w:spacing w:after="60"/>
            </w:pPr>
            <w:r>
              <w:rPr>
                <w:b/>
                <w:color w:val="155E75"/>
              </w:rPr>
              <w:t>The opportunity</w:t>
            </w:r>
          </w:p>
          <w:p>
            <w:pPr>
              <w:spacing w:after="0"/>
            </w:pPr>
            <w:r>
              <w:t>Many graduates in smaller cities lack practical skills employers want, while companies struggle to hire locally. Affordable, hands-on training with placement links bridges that gap.</w:t>
            </w:r>
          </w:p>
        </w:tc>
      </w:tr>
    </w:tbl>
    <w:p>
      <w:pPr>
        <w:spacing w:after="40"/>
      </w:pP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278"/>
        <w:gridCol w:w="2566"/>
        <w:gridCol w:w="2566"/>
      </w:tblGrid>
      <w:tr>
        <w:trPr>
          <w:tblHeader/>
        </w:trPr>
        <w:tc>
          <w:tcPr>
            <w:tcW w:type="dxa" w:w="4278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Key figure (sample)</w:t>
            </w:r>
          </w:p>
        </w:tc>
        <w:tc>
          <w:tcPr>
            <w:tcW w:type="dxa" w:w="2567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2567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3</w:t>
            </w:r>
          </w:p>
        </w:tc>
      </w:tr>
      <w:tr>
        <w:tc>
          <w:tcPr>
            <w:tcW w:type="dxa" w:w="427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Learners trained</w:t>
            </w:r>
          </w:p>
        </w:tc>
        <w:tc>
          <w:tcPr>
            <w:tcW w:type="dxa" w:w="256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600</w:t>
            </w:r>
          </w:p>
        </w:tc>
        <w:tc>
          <w:tcPr>
            <w:tcW w:type="dxa" w:w="256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5,000</w:t>
            </w:r>
          </w:p>
        </w:tc>
      </w:tr>
      <w:tr>
        <w:tc>
          <w:tcPr>
            <w:tcW w:type="dxa" w:w="4278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Placement rate (target)</w:t>
            </w:r>
          </w:p>
        </w:tc>
        <w:tc>
          <w:tcPr>
            <w:tcW w:type="dxa" w:w="2567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60%</w:t>
            </w:r>
          </w:p>
        </w:tc>
        <w:tc>
          <w:tcPr>
            <w:tcW w:type="dxa" w:w="2567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70%</w:t>
            </w:r>
          </w:p>
        </w:tc>
      </w:tr>
      <w:tr>
        <w:tc>
          <w:tcPr>
            <w:tcW w:type="dxa" w:w="427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Revenue</w:t>
            </w:r>
          </w:p>
        </w:tc>
        <w:tc>
          <w:tcPr>
            <w:tcW w:type="dxa" w:w="256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₹0.9 Cr</w:t>
            </w:r>
          </w:p>
        </w:tc>
        <w:tc>
          <w:tcPr>
            <w:tcW w:type="dxa" w:w="256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₹6.2 Cr</w:t>
            </w:r>
          </w:p>
        </w:tc>
      </w:tr>
      <w:tr>
        <w:tc>
          <w:tcPr>
            <w:tcW w:type="dxa" w:w="4278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Centres</w:t>
            </w:r>
          </w:p>
        </w:tc>
        <w:tc>
          <w:tcPr>
            <w:tcW w:type="dxa" w:w="2567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567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</w:tr>
    </w:tbl>
    <w:p>
      <w:pPr>
        <w:spacing w:after="80"/>
      </w:pPr>
    </w:p>
    <w:p>
      <w:pPr>
        <w:pStyle w:val="Caption"/>
      </w:pPr>
      <w:r>
        <w:t>All projections in this plan are illustrative sample figures.</w:t>
      </w:r>
    </w:p>
    <w:p>
      <w:pPr>
        <w:pStyle w:val="Heading1"/>
      </w:pPr>
      <w:r>
        <w:t>2. Company Overview</w:t>
      </w:r>
    </w:p>
    <w:p>
      <w:pPr>
        <w:pStyle w:val="Heading2"/>
      </w:pPr>
      <w:r>
        <w:t>Mission</w:t>
      </w:r>
    </w:p>
    <w:p>
      <w:pPr>
        <w:jc w:val="both"/>
      </w:pPr>
      <w:r>
        <w:t>To help every graduate in a smaller city get a good job without moving to a metro.</w:t>
      </w:r>
    </w:p>
    <w:p>
      <w:pPr>
        <w:pStyle w:val="Heading2"/>
      </w:pPr>
      <w:r>
        <w:t>Products and Services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96"/>
        <w:gridCol w:w="4868"/>
        <w:gridCol w:w="1947"/>
      </w:tblGrid>
      <w:tr>
        <w:trPr>
          <w:tblHeader/>
        </w:trPr>
        <w:tc>
          <w:tcPr>
            <w:tcW w:type="dxa" w:w="2596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Offering</w:t>
            </w:r>
          </w:p>
        </w:tc>
        <w:tc>
          <w:tcPr>
            <w:tcW w:type="dxa" w:w="4868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947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Price (sample)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Data analysis with Excel and SQL</w:t>
            </w:r>
          </w:p>
        </w:tc>
        <w:tc>
          <w:tcPr>
            <w:tcW w:type="dxa" w:w="4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12-week course with projects</w:t>
            </w:r>
          </w:p>
        </w:tc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₹18,000</w:t>
            </w:r>
          </w:p>
        </w:tc>
      </w:tr>
      <w:tr>
        <w:tc>
          <w:tcPr>
            <w:tcW w:type="dxa" w:w="2596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Digital marketing</w:t>
            </w:r>
          </w:p>
        </w:tc>
        <w:tc>
          <w:tcPr>
            <w:tcW w:type="dxa" w:w="4868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10-week course with live campaigns</w:t>
            </w:r>
          </w:p>
        </w:tc>
        <w:tc>
          <w:tcPr>
            <w:tcW w:type="dxa" w:w="1947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₹15,000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Accounting with Tally and GST</w:t>
            </w:r>
          </w:p>
        </w:tc>
        <w:tc>
          <w:tcPr>
            <w:tcW w:type="dxa" w:w="4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8-week course</w:t>
            </w:r>
          </w:p>
        </w:tc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₹9,000</w:t>
            </w:r>
          </w:p>
        </w:tc>
      </w:tr>
      <w:tr>
        <w:tc>
          <w:tcPr>
            <w:tcW w:type="dxa" w:w="2596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Corporate upskilling</w:t>
            </w:r>
          </w:p>
        </w:tc>
        <w:tc>
          <w:tcPr>
            <w:tcW w:type="dxa" w:w="4868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Custom batches for local companies</w:t>
            </w:r>
          </w:p>
        </w:tc>
        <w:tc>
          <w:tcPr>
            <w:tcW w:type="dxa" w:w="1947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On quote</w:t>
            </w:r>
          </w:p>
        </w:tc>
      </w:tr>
    </w:tbl>
    <w:p>
      <w:pPr>
        <w:spacing w:after="80"/>
      </w:pPr>
    </w:p>
    <w:p>
      <w:pPr>
        <w:pStyle w:val="Heading2"/>
      </w:pPr>
      <w:r>
        <w:t>Legal Structure and Location</w:t>
      </w:r>
    </w:p>
    <w:p>
      <w:pPr>
        <w:jc w:val="both"/>
      </w:pPr>
      <w:r>
        <w:t>Registered as a private limited company, with the first centre in Indore and a partnership model for colleges.</w:t>
      </w:r>
    </w:p>
    <w:p>
      <w:pPr>
        <w:pStyle w:val="Heading1"/>
      </w:pPr>
      <w:r>
        <w:t>3. Market Analysis</w:t>
      </w:r>
    </w:p>
    <w:p>
      <w:pPr>
        <w:pStyle w:val="Heading2"/>
      </w:pPr>
      <w:r>
        <w:t>Industry Overview</w:t>
      </w:r>
    </w:p>
    <w:p>
      <w:pPr>
        <w:jc w:val="both"/>
      </w:pPr>
      <w:r>
        <w:t>Online courses have high drop-out rates in smaller cities. Blended learning with classroom support keeps learners engaged and builds employer trust.</w:t>
      </w:r>
    </w:p>
    <w:p>
      <w:pPr>
        <w:pStyle w:val="Heading2"/>
      </w:pPr>
      <w:r>
        <w:t>Target Customers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91"/>
        <w:gridCol w:w="5577"/>
        <w:gridCol w:w="1743"/>
      </w:tblGrid>
      <w:tr>
        <w:trPr>
          <w:tblHeader/>
        </w:trPr>
        <w:tc>
          <w:tcPr>
            <w:tcW w:type="dxa" w:w="2091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Segment</w:t>
            </w:r>
          </w:p>
        </w:tc>
        <w:tc>
          <w:tcPr>
            <w:tcW w:type="dxa" w:w="5577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743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Priority</w:t>
            </w:r>
          </w:p>
        </w:tc>
      </w:tr>
      <w:tr>
        <w:tc>
          <w:tcPr>
            <w:tcW w:type="dxa" w:w="209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Final-year students</w:t>
            </w:r>
          </w:p>
        </w:tc>
        <w:tc>
          <w:tcPr>
            <w:tcW w:type="dxa" w:w="557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Want job-ready skills</w:t>
            </w:r>
          </w:p>
        </w:tc>
        <w:tc>
          <w:tcPr>
            <w:tcW w:type="dxa" w:w="174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</w:tr>
      <w:tr>
        <w:tc>
          <w:tcPr>
            <w:tcW w:type="dxa" w:w="2091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Recent graduates</w:t>
            </w:r>
          </w:p>
        </w:tc>
        <w:tc>
          <w:tcPr>
            <w:tcW w:type="dxa" w:w="5577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Seeking first job</w:t>
            </w:r>
          </w:p>
        </w:tc>
        <w:tc>
          <w:tcPr>
            <w:tcW w:type="dxa" w:w="1743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</w:tr>
      <w:tr>
        <w:tc>
          <w:tcPr>
            <w:tcW w:type="dxa" w:w="209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Local companies</w:t>
            </w:r>
          </w:p>
        </w:tc>
        <w:tc>
          <w:tcPr>
            <w:tcW w:type="dxa" w:w="557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Need trained staff</w:t>
            </w:r>
          </w:p>
        </w:tc>
        <w:tc>
          <w:tcPr>
            <w:tcW w:type="dxa" w:w="174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</w:tr>
    </w:tbl>
    <w:p>
      <w:pPr>
        <w:spacing w:after="80"/>
      </w:pPr>
    </w:p>
    <w:p>
      <w:pPr>
        <w:pStyle w:val="Heading2"/>
      </w:pPr>
      <w:r>
        <w:t>Competition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96"/>
        <w:gridCol w:w="3245"/>
        <w:gridCol w:w="3570"/>
      </w:tblGrid>
      <w:tr>
        <w:trPr>
          <w:tblHeader/>
        </w:trPr>
        <w:tc>
          <w:tcPr>
            <w:tcW w:type="dxa" w:w="2596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Competitor type</w:t>
            </w:r>
          </w:p>
        </w:tc>
        <w:tc>
          <w:tcPr>
            <w:tcW w:type="dxa" w:w="3245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Strength</w:t>
            </w:r>
          </w:p>
        </w:tc>
        <w:tc>
          <w:tcPr>
            <w:tcW w:type="dxa" w:w="3570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Our advantage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Online course platforms</w:t>
            </w:r>
          </w:p>
        </w:tc>
        <w:tc>
          <w:tcPr>
            <w:tcW w:type="dxa" w:w="324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Scale, low price</w:t>
            </w:r>
          </w:p>
        </w:tc>
        <w:tc>
          <w:tcPr>
            <w:tcW w:type="dxa" w:w="357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Classroom labs and local placements</w:t>
            </w:r>
          </w:p>
        </w:tc>
      </w:tr>
      <w:tr>
        <w:tc>
          <w:tcPr>
            <w:tcW w:type="dxa" w:w="2596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Local coaching centres</w:t>
            </w:r>
          </w:p>
        </w:tc>
        <w:tc>
          <w:tcPr>
            <w:tcW w:type="dxa" w:w="3245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Familiar</w:t>
            </w:r>
          </w:p>
        </w:tc>
        <w:tc>
          <w:tcPr>
            <w:tcW w:type="dxa" w:w="3570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Updated curriculum, projects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College programmes</w:t>
            </w:r>
          </w:p>
        </w:tc>
        <w:tc>
          <w:tcPr>
            <w:tcW w:type="dxa" w:w="324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Free</w:t>
            </w:r>
          </w:p>
        </w:tc>
        <w:tc>
          <w:tcPr>
            <w:tcW w:type="dxa" w:w="357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Practical focus, employer links</w:t>
            </w:r>
          </w:p>
        </w:tc>
      </w:tr>
    </w:tbl>
    <w:p>
      <w:pPr>
        <w:spacing w:after="80"/>
      </w:pPr>
    </w:p>
    <w:p>
      <w:pPr>
        <w:pStyle w:val="Heading2"/>
      </w:pPr>
      <w:r>
        <w:t>SWOT Analysis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706"/>
        <w:gridCol w:w="4706"/>
      </w:tblGrid>
      <w:tr>
        <w:tc>
          <w:tcPr>
            <w:tcW w:type="dxa" w:w="4706"/>
            <w:shd w:val="clear" w:color="auto" w:fill="E8EFF1"/>
          </w:tcPr>
          <w:p>
            <w:r>
              <w:rPr>
                <w:b/>
                <w:color w:val="155E75"/>
              </w:rPr>
              <w:t>Strengths</w:t>
            </w:r>
          </w:p>
          <w:p>
            <w:pPr>
              <w:spacing w:after="40"/>
            </w:pPr>
            <w:r>
              <w:t>• Employer network</w:t>
            </w:r>
          </w:p>
          <w:p>
            <w:pPr>
              <w:spacing w:after="40"/>
            </w:pPr>
            <w:r>
              <w:t>• Project-based curriculum</w:t>
            </w:r>
          </w:p>
        </w:tc>
        <w:tc>
          <w:tcPr>
            <w:tcW w:type="dxa" w:w="4706"/>
            <w:shd w:val="clear" w:color="auto" w:fill="CCDCE1"/>
          </w:tcPr>
          <w:p>
            <w:r>
              <w:rPr>
                <w:b/>
                <w:color w:val="155E75"/>
              </w:rPr>
              <w:t>Weaknesses</w:t>
            </w:r>
          </w:p>
          <w:p>
            <w:pPr>
              <w:spacing w:after="40"/>
            </w:pPr>
            <w:r>
              <w:t>• Single centre</w:t>
            </w:r>
          </w:p>
          <w:p>
            <w:pPr>
              <w:spacing w:after="40"/>
            </w:pPr>
            <w:r>
              <w:t>• Brand awareness</w:t>
            </w:r>
          </w:p>
        </w:tc>
      </w:tr>
      <w:tr>
        <w:tc>
          <w:tcPr>
            <w:tcW w:type="dxa" w:w="4706"/>
            <w:shd w:val="clear" w:color="auto" w:fill="CCDCE1"/>
          </w:tcPr>
          <w:p>
            <w:r>
              <w:rPr>
                <w:b/>
                <w:color w:val="155E75"/>
              </w:rPr>
              <w:t>Opportunities</w:t>
            </w:r>
          </w:p>
          <w:p>
            <w:pPr>
              <w:spacing w:after="40"/>
            </w:pPr>
            <w:r>
              <w:t>• College partnerships</w:t>
            </w:r>
          </w:p>
          <w:p>
            <w:pPr>
              <w:spacing w:after="40"/>
            </w:pPr>
            <w:r>
              <w:t>• Government skilling schemes</w:t>
            </w:r>
          </w:p>
        </w:tc>
        <w:tc>
          <w:tcPr>
            <w:tcW w:type="dxa" w:w="4706"/>
            <w:shd w:val="clear" w:color="auto" w:fill="E8EFF1"/>
          </w:tcPr>
          <w:p>
            <w:r>
              <w:rPr>
                <w:b/>
                <w:color w:val="155E75"/>
              </w:rPr>
              <w:t>Threats</w:t>
            </w:r>
          </w:p>
          <w:p>
            <w:pPr>
              <w:spacing w:after="40"/>
            </w:pPr>
            <w:r>
              <w:t>• Price competition</w:t>
            </w:r>
          </w:p>
          <w:p>
            <w:pPr>
              <w:spacing w:after="40"/>
            </w:pPr>
            <w:r>
              <w:t>• Economic slowdown</w:t>
            </w:r>
          </w:p>
        </w:tc>
      </w:tr>
    </w:tbl>
    <w:p/>
    <w:p>
      <w:pPr>
        <w:pStyle w:val="Heading1"/>
      </w:pPr>
      <w:r>
        <w:t>4. Marketing and Sales Strategy</w:t>
      </w:r>
    </w:p>
    <w:p>
      <w:pPr>
        <w:jc w:val="both"/>
      </w:pPr>
      <w:r>
        <w:t>We grow through college partnerships, alumni success stories and free weekend workshops that let learners try before enrolling.</w:t>
      </w:r>
    </w:p>
    <w:p>
      <w:pPr>
        <w:pStyle w:val="ListBullet"/>
      </w:pPr>
      <w:r>
        <w:t>College placement cells</w:t>
      </w:r>
    </w:p>
    <w:p>
      <w:pPr>
        <w:pStyle w:val="ListBullet"/>
      </w:pPr>
      <w:r>
        <w:t>Free weekend workshops</w:t>
      </w:r>
    </w:p>
    <w:p>
      <w:pPr>
        <w:pStyle w:val="ListBullet"/>
      </w:pPr>
      <w:r>
        <w:t>Alumni referrals</w:t>
      </w:r>
    </w:p>
    <w:p>
      <w:pPr>
        <w:pStyle w:val="ListBullet"/>
      </w:pPr>
      <w:r>
        <w:t>Local social media groups</w:t>
      </w:r>
    </w:p>
    <w:p>
      <w:pPr>
        <w:pStyle w:val="Heading1"/>
      </w:pPr>
      <w:r>
        <w:t>5. Operations Plan</w:t>
      </w:r>
    </w:p>
    <w:p>
      <w:pPr>
        <w:jc w:val="both"/>
      </w:pPr>
      <w:r>
        <w:t>Each course combines online modules with weekend labs. Trainers are industry practitioners; a placement team works with 60 local employers.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06"/>
        <w:gridCol w:w="2016"/>
        <w:gridCol w:w="2689"/>
      </w:tblGrid>
      <w:tr>
        <w:trPr>
          <w:tblHeader/>
        </w:trPr>
        <w:tc>
          <w:tcPr>
            <w:tcW w:type="dxa" w:w="4706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2017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 date</w:t>
            </w:r>
          </w:p>
        </w:tc>
        <w:tc>
          <w:tcPr>
            <w:tcW w:type="dxa" w:w="2689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Owner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Indore centre launch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Q2 2026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Founders</w:t>
            </w:r>
          </w:p>
        </w:tc>
      </w:tr>
      <w:tr>
        <w:tc>
          <w:tcPr>
            <w:tcW w:type="dxa" w:w="4706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First placement drive</w:t>
            </w:r>
          </w:p>
        </w:tc>
        <w:tc>
          <w:tcPr>
            <w:tcW w:type="dxa" w:w="2017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Q4 2026</w:t>
            </w:r>
          </w:p>
        </w:tc>
        <w:tc>
          <w:tcPr>
            <w:tcW w:type="dxa" w:w="2689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Placements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Bhopal and Ujjain centres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Q2 2027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Operations</w:t>
            </w:r>
          </w:p>
        </w:tc>
      </w:tr>
      <w:tr>
        <w:tc>
          <w:tcPr>
            <w:tcW w:type="dxa" w:w="4706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6 centres</w:t>
            </w:r>
          </w:p>
        </w:tc>
        <w:tc>
          <w:tcPr>
            <w:tcW w:type="dxa" w:w="2017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Q1 2029</w:t>
            </w:r>
          </w:p>
        </w:tc>
        <w:tc>
          <w:tcPr>
            <w:tcW w:type="dxa" w:w="2689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Founders</w:t>
            </w:r>
          </w:p>
        </w:tc>
      </w:tr>
    </w:tbl>
    <w:p>
      <w:pPr>
        <w:spacing w:after="80"/>
      </w:pPr>
    </w:p>
    <w:p>
      <w:pPr>
        <w:pStyle w:val="Heading1"/>
      </w:pPr>
      <w:r>
        <w:t>6. Management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71"/>
        <w:gridCol w:w="2271"/>
        <w:gridCol w:w="4868"/>
      </w:tblGrid>
      <w:tr>
        <w:trPr>
          <w:tblHeader/>
        </w:trPr>
        <w:tc>
          <w:tcPr>
            <w:tcW w:type="dxa" w:w="2272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272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4868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Background</w:t>
            </w:r>
          </w:p>
        </w:tc>
      </w:tr>
      <w:tr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Nisha Choudhary</w:t>
            </w:r>
          </w:p>
        </w:tc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Founder &amp; CEO</w:t>
            </w:r>
          </w:p>
        </w:tc>
        <w:tc>
          <w:tcPr>
            <w:tcW w:type="dxa" w:w="4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8 years in corporate training</w:t>
            </w:r>
          </w:p>
        </w:tc>
      </w:tr>
      <w:tr>
        <w:tc>
          <w:tcPr>
            <w:tcW w:type="dxa" w:w="2272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Amit Dubey</w:t>
            </w:r>
          </w:p>
        </w:tc>
        <w:tc>
          <w:tcPr>
            <w:tcW w:type="dxa" w:w="2272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Head of curriculum</w:t>
            </w:r>
          </w:p>
        </w:tc>
        <w:tc>
          <w:tcPr>
            <w:tcW w:type="dxa" w:w="4868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Data analyst turned educator</w:t>
            </w:r>
          </w:p>
        </w:tc>
      </w:tr>
      <w:tr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Farhan Ali</w:t>
            </w:r>
          </w:p>
        </w:tc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Placements lead</w:t>
            </w:r>
          </w:p>
        </w:tc>
        <w:tc>
          <w:tcPr>
            <w:tcW w:type="dxa" w:w="4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HR professional with local employer network</w:t>
            </w:r>
          </w:p>
        </w:tc>
      </w:tr>
    </w:tbl>
    <w:p>
      <w:pPr>
        <w:spacing w:after="80"/>
      </w:pPr>
    </w:p>
    <w:p>
      <w:pPr>
        <w:pStyle w:val="Heading1"/>
      </w:pPr>
      <w:r>
        <w:t>7. Financial Plan</w:t>
      </w:r>
    </w:p>
    <w:p>
      <w:pPr>
        <w:jc w:val="both"/>
      </w:pPr>
      <w:r>
        <w:t>The projections below are sample figures that show the structure of a financial plan. Replace them with your own estimates and assumptions.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61"/>
        <w:gridCol w:w="2016"/>
        <w:gridCol w:w="2016"/>
        <w:gridCol w:w="2016"/>
      </w:tblGrid>
      <w:tr>
        <w:trPr>
          <w:tblHeader/>
        </w:trPr>
        <w:tc>
          <w:tcPr>
            <w:tcW w:type="dxa" w:w="3361"/>
            <w:vAlign w:val="center"/>
            <w:shd w:val="clear" w:color="auto" w:fill="10465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(₹ lakh)</w:t>
            </w:r>
          </w:p>
        </w:tc>
        <w:tc>
          <w:tcPr>
            <w:tcW w:type="dxa" w:w="2017"/>
            <w:vAlign w:val="center"/>
            <w:shd w:val="clear" w:color="auto" w:fill="104658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2026–27</w:t>
            </w:r>
          </w:p>
        </w:tc>
        <w:tc>
          <w:tcPr>
            <w:tcW w:type="dxa" w:w="2017"/>
            <w:vAlign w:val="center"/>
            <w:shd w:val="clear" w:color="auto" w:fill="104658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2027–28</w:t>
            </w:r>
          </w:p>
        </w:tc>
        <w:tc>
          <w:tcPr>
            <w:tcW w:type="dxa" w:w="2017"/>
            <w:vAlign w:val="center"/>
            <w:shd w:val="clear" w:color="auto" w:fill="104658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2028–29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Revenue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90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300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620</w:t>
            </w:r>
          </w:p>
        </w:tc>
      </w:tr>
      <w:tr>
        <w:tc>
          <w:tcPr>
            <w:tcW w:type="dxa" w:w="3361"/>
            <w:vAlign w:val="center"/>
            <w:shd w:val="clear" w:color="auto" w:fill="E8EFF1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Direct costs</w:t>
            </w:r>
          </w:p>
        </w:tc>
        <w:tc>
          <w:tcPr>
            <w:tcW w:type="dxa" w:w="2017"/>
            <w:vAlign w:val="center"/>
            <w:shd w:val="clear" w:color="auto" w:fill="E8EFF1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38</w:t>
            </w:r>
          </w:p>
        </w:tc>
        <w:tc>
          <w:tcPr>
            <w:tcW w:type="dxa" w:w="2017"/>
            <w:vAlign w:val="center"/>
            <w:shd w:val="clear" w:color="auto" w:fill="E8EFF1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120</w:t>
            </w:r>
          </w:p>
        </w:tc>
        <w:tc>
          <w:tcPr>
            <w:tcW w:type="dxa" w:w="2017"/>
            <w:vAlign w:val="center"/>
            <w:shd w:val="clear" w:color="auto" w:fill="E8EFF1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240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Gross profit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52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180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380</w:t>
            </w:r>
          </w:p>
        </w:tc>
      </w:tr>
      <w:tr>
        <w:tc>
          <w:tcPr>
            <w:tcW w:type="dxa" w:w="3361"/>
            <w:vAlign w:val="center"/>
            <w:shd w:val="clear" w:color="auto" w:fill="E8EFF1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Operating expenses</w:t>
            </w:r>
          </w:p>
        </w:tc>
        <w:tc>
          <w:tcPr>
            <w:tcW w:type="dxa" w:w="2017"/>
            <w:vAlign w:val="center"/>
            <w:shd w:val="clear" w:color="auto" w:fill="E8EFF1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70</w:t>
            </w:r>
          </w:p>
        </w:tc>
        <w:tc>
          <w:tcPr>
            <w:tcW w:type="dxa" w:w="2017"/>
            <w:vAlign w:val="center"/>
            <w:shd w:val="clear" w:color="auto" w:fill="E8EFF1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150</w:t>
            </w:r>
          </w:p>
        </w:tc>
        <w:tc>
          <w:tcPr>
            <w:tcW w:type="dxa" w:w="2017"/>
            <w:vAlign w:val="center"/>
            <w:shd w:val="clear" w:color="auto" w:fill="E8EFF1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260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Net profit / (loss)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(18)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30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120</w:t>
            </w:r>
          </w:p>
        </w:tc>
      </w:tr>
    </w:tbl>
    <w:p>
      <w:pPr>
        <w:spacing w:after="80"/>
      </w:pPr>
    </w:p>
    <w:p>
      <w:pPr>
        <w:pStyle w:val="Heading2"/>
      </w:pPr>
      <w:r>
        <w:t>Funding Requirement</w:t>
      </w:r>
    </w:p>
    <w:p>
      <w:pPr>
        <w:jc w:val="both"/>
      </w:pPr>
      <w:r>
        <w:t>We are seeking ₹1 crore to open three centres, build the learning platform and fund scholarships for low-income learners.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723"/>
        <w:gridCol w:w="2689"/>
      </w:tblGrid>
      <w:tr>
        <w:trPr>
          <w:tblHeader/>
        </w:trPr>
        <w:tc>
          <w:tcPr>
            <w:tcW w:type="dxa" w:w="6722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Use of funds</w:t>
            </w:r>
          </w:p>
        </w:tc>
        <w:tc>
          <w:tcPr>
            <w:tcW w:type="dxa" w:w="2689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Share</w:t>
            </w:r>
          </w:p>
        </w:tc>
      </w:tr>
      <w:tr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New centres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40%</w:t>
            </w:r>
          </w:p>
        </w:tc>
      </w:tr>
      <w:tr>
        <w:tc>
          <w:tcPr>
            <w:tcW w:type="dxa" w:w="6722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Learning platform</w:t>
            </w:r>
          </w:p>
        </w:tc>
        <w:tc>
          <w:tcPr>
            <w:tcW w:type="dxa" w:w="2689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25%</w:t>
            </w:r>
          </w:p>
        </w:tc>
      </w:tr>
      <w:tr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Scholarships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15%</w:t>
            </w:r>
          </w:p>
        </w:tc>
      </w:tr>
      <w:tr>
        <w:tc>
          <w:tcPr>
            <w:tcW w:type="dxa" w:w="6722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Marketing</w:t>
            </w:r>
          </w:p>
        </w:tc>
        <w:tc>
          <w:tcPr>
            <w:tcW w:type="dxa" w:w="2689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20%</w:t>
            </w:r>
          </w:p>
        </w:tc>
      </w:tr>
    </w:tbl>
    <w:p>
      <w:pPr>
        <w:spacing w:after="80"/>
      </w:pPr>
    </w:p>
    <w:p>
      <w:pPr>
        <w:pStyle w:val="Heading1"/>
      </w:pPr>
      <w:r>
        <w:t>8.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921"/>
        <w:gridCol w:w="1622"/>
        <w:gridCol w:w="4868"/>
      </w:tblGrid>
      <w:tr>
        <w:trPr>
          <w:tblHeader/>
        </w:trPr>
        <w:tc>
          <w:tcPr>
            <w:tcW w:type="dxa" w:w="2921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Risk</w:t>
            </w:r>
          </w:p>
        </w:tc>
        <w:tc>
          <w:tcPr>
            <w:tcW w:type="dxa" w:w="1623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Impact</w:t>
            </w:r>
          </w:p>
        </w:tc>
        <w:tc>
          <w:tcPr>
            <w:tcW w:type="dxa" w:w="4868"/>
            <w:vAlign w:val="center"/>
            <w:shd w:val="clear" w:color="auto" w:fill="10465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Mitigation</w:t>
            </w:r>
          </w:p>
        </w:tc>
      </w:tr>
      <w:tr>
        <w:tc>
          <w:tcPr>
            <w:tcW w:type="dxa" w:w="292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Low placement rates</w:t>
            </w:r>
          </w:p>
        </w:tc>
        <w:tc>
          <w:tcPr>
            <w:tcW w:type="dxa" w:w="16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  <w:tc>
          <w:tcPr>
            <w:tcW w:type="dxa" w:w="4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Employer advisory board and project portfolios</w:t>
            </w:r>
          </w:p>
        </w:tc>
      </w:tr>
      <w:tr>
        <w:tc>
          <w:tcPr>
            <w:tcW w:type="dxa" w:w="2921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Trainer availability</w:t>
            </w:r>
          </w:p>
        </w:tc>
        <w:tc>
          <w:tcPr>
            <w:tcW w:type="dxa" w:w="1623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868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Train-the-trainer programme</w:t>
            </w:r>
          </w:p>
        </w:tc>
      </w:tr>
      <w:tr>
        <w:tc>
          <w:tcPr>
            <w:tcW w:type="dxa" w:w="292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Fee affordability</w:t>
            </w:r>
          </w:p>
        </w:tc>
        <w:tc>
          <w:tcPr>
            <w:tcW w:type="dxa" w:w="16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EMI options and scholarships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2706F"/>
        <w:sz w:val="18"/>
      </w:rPr>
      <w:t xml:space="preserve">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  <w:r>
      <w:rPr>
        <w:color w:val="72706F"/>
        <w:sz w:val="18"/>
      </w:rPr>
      <w:t xml:space="preserve"> of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NUMPAGES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DCCCC"/>
      </w:pBdr>
    </w:pPr>
    <w:r/>
    <w:r>
      <w:rPr>
        <w:caps w:val="0"/>
        <w:color w:val="72706F"/>
        <w:sz w:val="17"/>
      </w:rPr>
      <w:t>SkillSetu Learning · Business Plan</w:t>
    </w:r>
    <w:r>
      <w:rPr>
        <w:color w:val="72706F"/>
        <w:sz w:val="17"/>
      </w:rPr>
      <w:tab/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Source Sans 3" w:hAnsi="Source Sans 3" w:cs="Source Sans 3" w:eastAsia="Source Sans 3"/>
      <w:color w:val="1C191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CDCE1"/>
      <w:pBdr>
        <w:left w:val="single" w:sz="36" w:space="8" w:color="155E75"/>
      </w:pBdr>
    </w:pPr>
    <w:rPr>
      <w:rFonts w:ascii="Libre Baskerville" w:hAnsi="Libre Baskerville" w:cs="Libre Baskerville" w:eastAsia="Libre Baskerville"/>
      <w:b/>
      <w:bCs/>
      <w:i w:val="0"/>
      <w:color w:val="1C1917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Libre Baskerville" w:hAnsi="Libre Baskerville" w:cs="Libre Baskerville" w:eastAsia="Libre Baskerville"/>
      <w:b/>
      <w:bCs/>
      <w:i w:val="0"/>
      <w:color w:val="155E7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Libre Baskerville" w:hAnsi="Libre Baskerville" w:cs="Libre Baskerville" w:eastAsia="Libre Baskerville"/>
      <w:b/>
      <w:bCs/>
      <w:i w:val="0"/>
      <w:color w:val="1C191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Libre Baskerville" w:hAnsi="Libre Baskerville" w:cs="Libre Baskerville" w:eastAsia="Libre Baskerville"/>
      <w:b/>
      <w:color w:val="1C191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Source Sans 3" w:hAnsi="Source Sans 3" w:cs="Source Sans 3" w:eastAsia="Source Sans 3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Libre Baskerville" w:hAnsi="Libre Baskerville" w:cs="Libre Baskerville" w:eastAsia="Libre Baskerville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 w:cs="Source Sans 3" w:eastAsia="Source Sans 3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Libre Baskerville" w:hAnsi="Libre Baskerville" w:cs="Libre Baskerville" w:eastAsia="Libre Baskerville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Source Sans 3" w:hAnsi="Source Sans 3" w:cs="Source Sans 3" w:eastAsia="Source Sans 3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