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026"/>
      </w:tblGrid>
      <w:tr>
        <w:trPr>
          <w:trHeight w:val="8504" w:hRule="exact"/>
        </w:trPr>
        <w:tc>
          <w:tcPr>
            <w:tcW w:type="dxa" w:w="9026"/>
            <w:shd w:val="clear" w:color="auto" w:fill="BE123C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Case Study · Fintech and Development</w:t>
            </w:r>
          </w:p>
          <w:p>
            <w:pPr>
              <w:pStyle w:val="Title"/>
            </w:pPr>
            <w:r>
              <w:rPr>
                <w:color w:val="FFFFFF"/>
              </w:rPr>
              <w:t>Taking Microfinance Collections Digital in Rural Maharashtra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Designing a field app for loan officers with poor connectivity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ORGANISATION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SECTOR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PREPARED BY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Gramin Pragati Finance (fictional)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Microfinance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01  At a Glance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Gramin Pragati Finance (fictional)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Microfinance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Rural Maharashtra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Cash collections, manual records and reconciliation delays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Offline-first field app, digital receipts and UPI repayments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12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F1CBD4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BE123C"/>
                <w:sz w:val="40"/>
              </w:rPr>
              <w:t>−70%</w:t>
            </w:r>
          </w:p>
          <w:p>
            <w:pPr>
              <w:spacing w:after="0"/>
            </w:pPr>
            <w:r>
              <w:rPr>
                <w:sz w:val="18"/>
              </w:rPr>
              <w:t>Reconciliation time (sample)</w:t>
            </w:r>
          </w:p>
        </w:tc>
        <w:tc>
          <w:tcPr>
            <w:tcW w:type="dxa" w:w="3009"/>
            <w:shd w:val="clear" w:color="auto" w:fill="F1CBD4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BE123C"/>
                <w:sz w:val="40"/>
              </w:rPr>
              <w:t>46%</w:t>
            </w:r>
          </w:p>
          <w:p>
            <w:pPr>
              <w:spacing w:after="0"/>
            </w:pPr>
            <w:r>
              <w:rPr>
                <w:sz w:val="18"/>
              </w:rPr>
              <w:t>Repayments made digitally</w:t>
            </w:r>
          </w:p>
        </w:tc>
        <w:tc>
          <w:tcPr>
            <w:tcW w:type="dxa" w:w="3009"/>
            <w:shd w:val="clear" w:color="auto" w:fill="F1CBD4"/>
          </w:tcPr>
          <w:p>
            <w:pPr>
              <w:spacing w:after="40"/>
            </w:pPr>
            <w:r>
              <w:rPr>
                <w:rFonts w:ascii="Times New Roman" w:hAnsi="Times New Roman" w:cs="Times New Roman" w:eastAsia="Times New Roman"/>
                <w:b/>
                <w:color w:val="BE123C"/>
                <w:sz w:val="40"/>
              </w:rPr>
              <w:t>12 mo</w:t>
            </w:r>
          </w:p>
          <w:p>
            <w:pPr>
              <w:spacing w:after="0"/>
            </w:pPr>
            <w:r>
              <w:rPr>
                <w:sz w:val="18"/>
              </w:rPr>
              <w:t>Programme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02  Background</w:t>
      </w:r>
    </w:p>
    <w:p>
      <w:pPr>
        <w:jc w:val="both"/>
      </w:pPr>
      <w:r>
        <w:t>Gramin Pragati Finance provides small group loans to women entrepreneurs in villages. Loan officers collected repayments in cash at weekly group meetings and recorded them in paper ledgers.</w:t>
      </w:r>
    </w:p>
    <w:p>
      <w:pPr>
        <w:jc w:val="both"/>
      </w:pPr>
      <w:r>
        <w:t>Records were entered into the head-office system days later, causing errors and delays.</w:t>
      </w:r>
    </w:p>
    <w:p>
      <w:pPr>
        <w:pStyle w:val="Heading1"/>
      </w:pPr>
      <w:r>
        <w:t>03  The Challenge</w:t>
      </w:r>
    </w:p>
    <w:p>
      <w:pPr>
        <w:jc w:val="both"/>
      </w:pPr>
      <w:r>
        <w:t>The company wanted to digitise collections, but many villages had weak mobile networks and borrowers had varying comfort with technology.</w:t>
      </w:r>
    </w:p>
    <w:p>
      <w:pPr>
        <w:pStyle w:val="ListBullet"/>
      </w:pPr>
      <w:r>
        <w:t>Cash handling risks for loan officers</w:t>
      </w:r>
    </w:p>
    <w:p>
      <w:pPr>
        <w:pStyle w:val="ListBullet"/>
      </w:pPr>
      <w:r>
        <w:t>Delayed and error-prone data entry</w:t>
      </w:r>
    </w:p>
    <w:p>
      <w:pPr>
        <w:pStyle w:val="ListBullet"/>
      </w:pPr>
      <w:r>
        <w:t>No real-time view of collections</w:t>
      </w:r>
    </w:p>
    <w:p>
      <w:pPr>
        <w:pStyle w:val="ListBullet"/>
      </w:pPr>
      <w:r>
        <w:t>Borrowers had no instant receipts</w:t>
      </w:r>
    </w:p>
    <w:p>
      <w:pPr>
        <w:pStyle w:val="Quote"/>
      </w:pPr>
      <w:r>
        <w:t>Our officers were carrying cash and paperwork for hours every day.</w:t>
      </w:r>
    </w:p>
    <w:p>
      <w:pPr>
        <w:spacing w:after="160"/>
        <w:jc w:val="right"/>
      </w:pPr>
      <w:r>
        <w:rPr>
          <w:i/>
          <w:color w:val="72706F"/>
        </w:rPr>
        <w:t>— Chief Operating Officer (fictional)</w:t>
      </w:r>
    </w:p>
    <w:p>
      <w:pPr>
        <w:pStyle w:val="Heading1"/>
      </w:pPr>
      <w:r>
        <w:t>04  Objectives</w:t>
      </w:r>
    </w:p>
    <w:p>
      <w:pPr>
        <w:pStyle w:val="ListNumber"/>
      </w:pPr>
      <w:r>
        <w:t>Give borrowers instant digital receipts.</w:t>
      </w:r>
    </w:p>
    <w:p>
      <w:pPr>
        <w:pStyle w:val="ListNumber"/>
      </w:pPr>
      <w:r>
        <w:t>Reduce cash handling.</w:t>
      </w:r>
    </w:p>
    <w:p>
      <w:pPr>
        <w:pStyle w:val="ListNumber"/>
      </w:pPr>
      <w:r>
        <w:t>Get same-day visibility of collections.</w:t>
      </w:r>
    </w:p>
    <w:p>
      <w:pPr>
        <w:pStyle w:val="Heading1"/>
      </w:pPr>
      <w:r>
        <w:t>05  Approach</w:t>
      </w:r>
    </w:p>
    <w:p>
      <w:pPr>
        <w:jc w:val="both"/>
      </w:pPr>
      <w:r>
        <w:t>The team co-designed the solution with loan officers and borrower groups.</w:t>
      </w:r>
    </w:p>
    <w:p>
      <w:pPr>
        <w:pStyle w:val="Heading2"/>
      </w:pPr>
      <w:r>
        <w:t>Phase 1: Field research</w:t>
      </w:r>
    </w:p>
    <w:p>
      <w:pPr>
        <w:jc w:val="both"/>
      </w:pPr>
      <w:r>
        <w:t>Observed group meetings and interviewed officers and borrowers about their needs.</w:t>
      </w:r>
    </w:p>
    <w:p>
      <w:pPr>
        <w:pStyle w:val="ListBullet"/>
      </w:pPr>
      <w:r>
        <w:t>Ride-alongs</w:t>
      </w:r>
    </w:p>
    <w:p>
      <w:pPr>
        <w:pStyle w:val="ListBullet"/>
      </w:pPr>
      <w:r>
        <w:t>Group discussions</w:t>
      </w:r>
    </w:p>
    <w:p>
      <w:pPr>
        <w:pStyle w:val="ListBullet"/>
      </w:pPr>
      <w:r>
        <w:t>Connectivity mapping</w:t>
      </w:r>
    </w:p>
    <w:p>
      <w:pPr>
        <w:pStyle w:val="Heading2"/>
      </w:pPr>
      <w:r>
        <w:t>Phase 2: Offline-first app</w:t>
      </w:r>
    </w:p>
    <w:p>
      <w:pPr>
        <w:jc w:val="both"/>
      </w:pPr>
      <w:r>
        <w:t>Built an app that records collections offline and syncs when a network is available, with SMS receipts.</w:t>
      </w:r>
    </w:p>
    <w:p>
      <w:pPr>
        <w:pStyle w:val="ListBullet"/>
      </w:pPr>
      <w:r>
        <w:t>Offline data storage</w:t>
      </w:r>
    </w:p>
    <w:p>
      <w:pPr>
        <w:pStyle w:val="ListBullet"/>
      </w:pPr>
      <w:r>
        <w:t>SMS receipts</w:t>
      </w:r>
    </w:p>
    <w:p>
      <w:pPr>
        <w:pStyle w:val="ListBullet"/>
      </w:pPr>
      <w:r>
        <w:t>Simple local-language interface</w:t>
      </w:r>
    </w:p>
    <w:p>
      <w:pPr>
        <w:pStyle w:val="Heading2"/>
      </w:pPr>
      <w:r>
        <w:t>Phase 3: Digital repayments</w:t>
      </w:r>
    </w:p>
    <w:p>
      <w:pPr>
        <w:jc w:val="both"/>
      </w:pPr>
      <w:r>
        <w:t>Introduced QR-based repayments for borrowers with smartphones while keeping cash as an option.</w:t>
      </w:r>
    </w:p>
    <w:p>
      <w:pPr>
        <w:pStyle w:val="ListBullet"/>
      </w:pPr>
      <w:r>
        <w:t>QR repayments</w:t>
      </w:r>
    </w:p>
    <w:p>
      <w:pPr>
        <w:pStyle w:val="ListBullet"/>
      </w:pPr>
      <w:r>
        <w:t>Awareness sessions</w:t>
      </w:r>
    </w:p>
    <w:p>
      <w:pPr>
        <w:pStyle w:val="ListBullet"/>
      </w:pPr>
      <w:r>
        <w:t>Officer incentives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3223"/>
        <w:gridCol w:w="3868"/>
      </w:tblGrid>
      <w:tr>
        <w:trPr>
          <w:tblHeader/>
        </w:trPr>
        <w:tc>
          <w:tcPr>
            <w:tcW w:type="dxa" w:w="193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Period</w:t>
            </w:r>
          </w:p>
        </w:tc>
        <w:tc>
          <w:tcPr>
            <w:tcW w:type="dxa" w:w="322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Milestone</w:t>
            </w:r>
          </w:p>
        </w:tc>
        <w:tc>
          <w:tcPr>
            <w:tcW w:type="dxa" w:w="3868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Notes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Month 1–2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Field research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Four branches</w:t>
            </w:r>
          </w:p>
        </w:tc>
      </w:tr>
      <w:tr>
        <w:tc>
          <w:tcPr>
            <w:tcW w:type="dxa" w:w="193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2"/>
              </w:rPr>
              <w:t>Month 3–6</w:t>
            </w:r>
          </w:p>
        </w:tc>
        <w:tc>
          <w:tcPr>
            <w:tcW w:type="dxa" w:w="322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2"/>
              </w:rPr>
              <w:t>App development and pilot</w:t>
            </w:r>
          </w:p>
        </w:tc>
        <w:tc>
          <w:tcPr>
            <w:tcW w:type="dxa" w:w="386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2"/>
              </w:rPr>
              <w:t>Two branches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Month 7–10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Roll-out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All branches</w:t>
            </w:r>
          </w:p>
        </w:tc>
      </w:tr>
      <w:tr>
        <w:tc>
          <w:tcPr>
            <w:tcW w:type="dxa" w:w="193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2"/>
              </w:rPr>
              <w:t>Month 11–12</w:t>
            </w:r>
          </w:p>
        </w:tc>
        <w:tc>
          <w:tcPr>
            <w:tcW w:type="dxa" w:w="322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2"/>
              </w:rPr>
              <w:t>Digital repayment push</w:t>
            </w:r>
          </w:p>
        </w:tc>
        <w:tc>
          <w:tcPr>
            <w:tcW w:type="dxa" w:w="386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2"/>
              </w:rPr>
              <w:t>Awareness campaign</w:t>
            </w:r>
          </w:p>
        </w:tc>
      </w:tr>
    </w:tbl>
    <w:p>
      <w:pPr>
        <w:spacing w:after="80"/>
      </w:pPr>
    </w:p>
    <w:p>
      <w:pPr>
        <w:pStyle w:val="Heading1"/>
      </w:pPr>
      <w:r>
        <w:t>06  Results</w:t>
      </w:r>
    </w:p>
    <w:p>
      <w:pPr>
        <w:jc w:val="both"/>
      </w:pPr>
      <w:r>
        <w:t>Collections became faster and more transparent, and a growing share of borrowers repaid digitally.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Metric</w:t>
            </w:r>
          </w:p>
        </w:tc>
        <w:tc>
          <w:tcPr>
            <w:tcW w:type="dxa" w:w="3009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Before</w:t>
            </w:r>
          </w:p>
        </w:tc>
        <w:tc>
          <w:tcPr>
            <w:tcW w:type="dxa" w:w="3009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After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Reconciliation time (hours/week/branch)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20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6</w:t>
            </w:r>
          </w:p>
        </w:tc>
      </w:tr>
      <w:tr>
        <w:tc>
          <w:tcPr>
            <w:tcW w:type="dxa" w:w="3009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Data entry errors (per 1,000 entries)</w:t>
            </w:r>
          </w:p>
        </w:tc>
        <w:tc>
          <w:tcPr>
            <w:tcW w:type="dxa" w:w="3009"/>
            <w:vAlign w:val="center"/>
            <w:shd w:val="clear" w:color="auto" w:fill="F8E7EC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14</w:t>
            </w:r>
          </w:p>
        </w:tc>
        <w:tc>
          <w:tcPr>
            <w:tcW w:type="dxa" w:w="3009"/>
            <w:vAlign w:val="center"/>
            <w:shd w:val="clear" w:color="auto" w:fill="F8E7EC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2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Digital repayments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0%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46%</w:t>
            </w:r>
          </w:p>
        </w:tc>
      </w:tr>
      <w:tr>
        <w:tc>
          <w:tcPr>
            <w:tcW w:type="dxa" w:w="3009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Borrower satisfaction (1–5)</w:t>
            </w:r>
          </w:p>
        </w:tc>
        <w:tc>
          <w:tcPr>
            <w:tcW w:type="dxa" w:w="3009"/>
            <w:vAlign w:val="center"/>
            <w:shd w:val="clear" w:color="auto" w:fill="F8E7EC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3.4</w:t>
            </w:r>
          </w:p>
        </w:tc>
        <w:tc>
          <w:tcPr>
            <w:tcW w:type="dxa" w:w="3009"/>
            <w:vAlign w:val="center"/>
            <w:shd w:val="clear" w:color="auto" w:fill="F8E7EC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4.2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F8E7EC"/>
            <w:vAlign w:val="center"/>
          </w:tcPr>
          <w:p>
            <w:pPr>
              <w:jc w:val="center"/>
            </w:pPr>
            <w:r>
              <w:rPr>
                <w:color w:val="72706F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07  Lessons Learned</w:t>
      </w:r>
    </w:p>
    <w:p>
      <w:pPr>
        <w:spacing w:after="80"/>
      </w:pPr>
      <w:r>
        <w:rPr>
          <w:b/>
          <w:color w:val="BE123C"/>
        </w:rPr>
        <w:t xml:space="preserve">Design for the field. </w:t>
      </w:r>
      <w:r>
        <w:t>Offline-first design was essential.</w:t>
      </w:r>
    </w:p>
    <w:p>
      <w:pPr>
        <w:spacing w:after="80"/>
      </w:pPr>
      <w:r>
        <w:rPr>
          <w:b/>
          <w:color w:val="BE123C"/>
        </w:rPr>
        <w:t xml:space="preserve">Keep choices open. </w:t>
      </w:r>
      <w:r>
        <w:t>Allowing cash maintained trust while digital use grew.</w:t>
      </w:r>
    </w:p>
    <w:p>
      <w:pPr>
        <w:spacing w:after="80"/>
      </w:pPr>
      <w:r>
        <w:rPr>
          <w:b/>
          <w:color w:val="BE123C"/>
        </w:rPr>
        <w:t xml:space="preserve">Involve officers early. </w:t>
      </w:r>
      <w:r>
        <w:t>Officer feedback shaped a simpler app.</w:t>
      </w:r>
    </w:p>
    <w:p>
      <w:pPr>
        <w:pStyle w:val="Heading1"/>
      </w:pPr>
      <w:r>
        <w:t>08  Analysis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F8E7EC"/>
          </w:tcPr>
          <w:p>
            <w:r>
              <w:rPr>
                <w:b/>
                <w:color w:val="BE123C"/>
              </w:rPr>
              <w:t>What worked</w:t>
            </w:r>
          </w:p>
          <w:p>
            <w:pPr>
              <w:spacing w:after="40"/>
            </w:pPr>
            <w:r>
              <w:t>• Offline sync</w:t>
            </w:r>
          </w:p>
          <w:p>
            <w:pPr>
              <w:spacing w:after="40"/>
            </w:pPr>
            <w:r>
              <w:t>• SMS receipts</w:t>
            </w:r>
          </w:p>
        </w:tc>
        <w:tc>
          <w:tcPr>
            <w:tcW w:type="dxa" w:w="4513"/>
            <w:shd w:val="clear" w:color="auto" w:fill="F1CBD4"/>
          </w:tcPr>
          <w:p>
            <w:r>
              <w:rPr>
                <w:b/>
                <w:color w:val="BE123C"/>
              </w:rPr>
              <w:t>What was difficult</w:t>
            </w:r>
          </w:p>
          <w:p>
            <w:pPr>
              <w:spacing w:after="40"/>
            </w:pPr>
            <w:r>
              <w:t>• Device costs</w:t>
            </w:r>
          </w:p>
          <w:p>
            <w:pPr>
              <w:spacing w:after="40"/>
            </w:pPr>
            <w:r>
              <w:t>• Training older borrowers</w:t>
            </w:r>
          </w:p>
        </w:tc>
      </w:tr>
      <w:tr>
        <w:tc>
          <w:tcPr>
            <w:tcW w:type="dxa" w:w="4513"/>
            <w:shd w:val="clear" w:color="auto" w:fill="F1CBD4"/>
          </w:tcPr>
          <w:p>
            <w:r>
              <w:rPr>
                <w:b/>
                <w:color w:val="BE123C"/>
              </w:rPr>
              <w:t>Opportunities</w:t>
            </w:r>
          </w:p>
          <w:p>
            <w:pPr>
              <w:spacing w:after="40"/>
            </w:pPr>
            <w:r>
              <w:t>• Credit history for borrowers</w:t>
            </w:r>
          </w:p>
          <w:p>
            <w:pPr>
              <w:spacing w:after="40"/>
            </w:pPr>
            <w:r>
              <w:t>• Insurance products</w:t>
            </w:r>
          </w:p>
        </w:tc>
        <w:tc>
          <w:tcPr>
            <w:tcW w:type="dxa" w:w="4513"/>
            <w:shd w:val="clear" w:color="auto" w:fill="F8E7EC"/>
          </w:tcPr>
          <w:p>
            <w:r>
              <w:rPr>
                <w:b/>
                <w:color w:val="BE123C"/>
              </w:rPr>
              <w:t>Risks to sustain</w:t>
            </w:r>
          </w:p>
          <w:p>
            <w:pPr>
              <w:spacing w:after="40"/>
            </w:pPr>
            <w:r>
              <w:t>• Network changes</w:t>
            </w:r>
          </w:p>
          <w:p>
            <w:pPr>
              <w:spacing w:after="40"/>
            </w:pPr>
            <w:r>
              <w:t>• Fraud attempts</w:t>
            </w:r>
          </w:p>
        </w:tc>
      </w:tr>
    </w:tbl>
    <w:p/>
    <w:p>
      <w:pPr>
        <w:pStyle w:val="Heading1"/>
      </w:pPr>
      <w:r>
        <w:t>09  Discussion Questions</w:t>
      </w:r>
    </w:p>
    <w:p>
      <w:r>
        <w:rPr>
          <w:i/>
          <w:color w:val="72706F"/>
        </w:rPr>
        <w:t>Use these questions for classroom discussion or self-study.</w:t>
      </w:r>
    </w:p>
    <w:p>
      <w:pPr>
        <w:pStyle w:val="ListNumber"/>
      </w:pPr>
      <w:r>
        <w:t>Why was an offline-first design important here?</w:t>
      </w:r>
    </w:p>
    <w:p>
      <w:pPr>
        <w:pStyle w:val="ListNumber"/>
      </w:pPr>
      <w:r>
        <w:t>How should the company balance digital adoption with inclusion?</w:t>
      </w:r>
    </w:p>
    <w:p>
      <w:pPr>
        <w:pStyle w:val="ListNumber"/>
      </w:pPr>
      <w:r>
        <w:t>What incentives would you give loan officers?</w:t>
      </w:r>
    </w:p>
    <w:p>
      <w:pPr>
        <w:pStyle w:val="ListNumber"/>
      </w:pPr>
      <w:r>
        <w:t>What new products could the data enable?</w:t>
      </w:r>
    </w:p>
    <w:p>
      <w:pPr>
        <w:pStyle w:val="Heading1"/>
      </w:pPr>
      <w:r>
        <w:t>10  Conclusion</w:t>
      </w:r>
    </w:p>
    <w:p>
      <w:pPr>
        <w:jc w:val="both"/>
      </w:pPr>
      <w:r>
        <w:t>Thoughtful, field-led design allowed the company to digitise collections while keeping borrowers at the centre.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DCCCC"/>
      </w:pBdr>
    </w:pPr>
    <w:r/>
    <w:r>
      <w:rPr>
        <w:caps/>
        <w:color w:val="72706F"/>
        <w:sz w:val="17"/>
      </w:rPr>
      <w:t>Case Study · Microfinance digital collections</w:t>
    </w:r>
    <w:r>
      <w:rPr>
        <w:color w:val="72706F"/>
        <w:sz w:val="17"/>
      </w:rPr>
      <w:tab/>
      <w:t>Fintech and Development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4" w:line="300" w:lineRule="auto"/>
    </w:pPr>
    <w:rPr>
      <w:rFonts w:ascii="Times New Roman" w:hAnsi="Times New Roman" w:cs="Times New Roman" w:eastAsia="Times New Roman"/>
      <w:color w:val="1C1917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C1917"/>
      </w:pBdr>
    </w:pPr>
    <w:rPr>
      <w:rFonts w:ascii="Times New Roman" w:hAnsi="Times New Roman" w:cs="Times New Roman" w:eastAsia="Times New Roman"/>
      <w:b/>
      <w:bCs/>
      <w:i w:val="0"/>
      <w:color w:val="1C191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Times New Roman" w:hAnsi="Times New Roman" w:cs="Times New Roman" w:eastAsia="Times New Roman"/>
      <w:b/>
      <w:bCs/>
      <w:i w:val="0"/>
      <w:color w:val="BE123C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Times New Roman" w:hAnsi="Times New Roman" w:cs="Times New Roman" w:eastAsia="Times New Roman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Times New Roman" w:hAnsi="Times New Roman" w:cs="Times New Roman" w:eastAsia="Times New Roman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Times New Roman" w:hAnsi="Times New Roman" w:cs="Times New Roman" w:eastAsia="Times New Roman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Times New Roman" w:hAnsi="Times New Roman" w:cs="Times New Roman" w:eastAsia="Times New Roman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Times New Roman" w:hAnsi="Times New Roman" w:cs="Times New Roman" w:eastAsia="Times New Roman"/>
      <w:b/>
      <w:sz w:val="26"/>
      <w:szCs w:val="26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Times New Roman" w:hAnsi="Times New Roman" w:cs="Times New Roman" w:eastAsia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