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1F2328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Morphiq Case Library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374151"/>
          <w:sz w:val="20"/>
          <w:spacing w:val="40"/>
        </w:rPr>
        <w:t>Case Study · Civil Engineering</w:t>
      </w:r>
    </w:p>
    <w:p>
      <w:pPr>
        <w:pStyle w:val="Title"/>
      </w:pPr>
      <w:r>
        <w:t>Retrofitting a 40-Year-Old Road Bridge for Modern Traffic Loads</w:t>
      </w:r>
    </w:p>
    <w:p>
      <w:pPr>
        <w:spacing w:after="2400"/>
      </w:pPr>
      <w:r>
        <w:rPr>
          <w:b w:val="0"/>
          <w:i w:val="0"/>
          <w:color w:val="74777A"/>
          <w:sz w:val="28"/>
        </w:rPr>
        <w:t>Engineering assessment and strengthening of an ageing RCC bridge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FD0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SECTOR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4777A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District Public Works Division (illustrative)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Infrastructure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F2328"/>
                <w:sz w:val="21"/>
              </w:rPr>
              <w:t>Case writer: Your Name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283" w:hRule="exact"/>
        </w:trPr>
        <w:tc>
          <w:tcPr>
            <w:tcW w:type="dxa" w:w="9638"/>
            <w:shd w:val="clear" w:color="auto" w:fill="374151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At a Glance</w:t>
      </w:r>
      <w:r>
        <w:tab/>
        <w:t>2</w:t>
      </w:r>
    </w:p>
    <w:p>
      <w:pPr>
        <w:pStyle w:val="TOC1"/>
      </w:pPr>
      <w:r>
        <w:t>02  Background</w:t>
      </w:r>
      <w:r>
        <w:tab/>
        <w:t>3</w:t>
      </w:r>
    </w:p>
    <w:p>
      <w:pPr>
        <w:pStyle w:val="TOC1"/>
      </w:pPr>
      <w:r>
        <w:t>03  The Challenge</w:t>
      </w:r>
      <w:r>
        <w:tab/>
        <w:t>3</w:t>
      </w:r>
    </w:p>
    <w:p>
      <w:pPr>
        <w:pStyle w:val="TOC1"/>
      </w:pPr>
      <w:r>
        <w:t>04  Objectives</w:t>
      </w:r>
      <w:r>
        <w:tab/>
        <w:t>3</w:t>
      </w:r>
    </w:p>
    <w:p>
      <w:pPr>
        <w:pStyle w:val="TOC1"/>
      </w:pPr>
      <w:r>
        <w:t>05  Approach</w:t>
      </w:r>
      <w:r>
        <w:tab/>
        <w:t>3</w:t>
      </w:r>
    </w:p>
    <w:p>
      <w:pPr>
        <w:pStyle w:val="TOC2"/>
      </w:pPr>
      <w:r>
        <w:t>Phase 1: Condition assessment</w:t>
      </w:r>
      <w:r>
        <w:tab/>
        <w:t>3</w:t>
      </w:r>
    </w:p>
    <w:p>
      <w:pPr>
        <w:pStyle w:val="TOC2"/>
      </w:pPr>
      <w:r>
        <w:t>Phase 2: Strengthening design</w:t>
      </w:r>
      <w:r>
        <w:tab/>
        <w:t>3</w:t>
      </w:r>
    </w:p>
    <w:p>
      <w:pPr>
        <w:pStyle w:val="TOC2"/>
      </w:pPr>
      <w:r>
        <w:t>Phase 3: Execution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06  Results</w:t>
      </w:r>
      <w:r>
        <w:tab/>
        <w:t>4</w:t>
      </w:r>
    </w:p>
    <w:p>
      <w:pPr>
        <w:pStyle w:val="TOC1"/>
      </w:pPr>
      <w:r>
        <w:t>07  Lessons Learned</w:t>
      </w:r>
      <w:r>
        <w:tab/>
        <w:t>5</w:t>
      </w:r>
    </w:p>
    <w:p>
      <w:pPr>
        <w:pStyle w:val="TOC1"/>
      </w:pPr>
      <w:r>
        <w:t>08  Analysis</w:t>
      </w:r>
      <w:r>
        <w:tab/>
        <w:t>5</w:t>
      </w:r>
    </w:p>
    <w:p>
      <w:pPr>
        <w:pStyle w:val="TOC1"/>
      </w:pPr>
      <w:r>
        <w:t>09  Discussion Questions</w:t>
      </w:r>
      <w:r>
        <w:tab/>
        <w:t>5</w:t>
      </w:r>
    </w:p>
    <w:p>
      <w:pPr>
        <w:pStyle w:val="TOC1"/>
      </w:pPr>
      <w:r>
        <w:t>10  Teaching Note</w:t>
      </w:r>
      <w:r>
        <w:tab/>
        <w:t>5</w:t>
      </w:r>
    </w:p>
    <w:p>
      <w:pPr>
        <w:pStyle w:val="TOC1"/>
      </w:pPr>
      <w:r>
        <w:t>11  Appendix: Additional Exhibits</w:t>
      </w:r>
      <w:r>
        <w:tab/>
        <w:t>5</w:t>
      </w:r>
    </w:p>
    <w:p>
      <w:pPr>
        <w:pStyle w:val="TOC1"/>
      </w:pPr>
      <w:r>
        <w:t>12 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District Public Works Division (illustrative)</w:t>
            </w:r>
          </w:p>
        </w:tc>
      </w:tr>
      <w:tr>
        <w:tc>
          <w:tcPr>
            <w:tcW w:type="dxa" w:w="238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Infrastructure</w:t>
            </w:r>
          </w:p>
        </w:tc>
      </w:tr>
      <w:tr>
        <w:tc>
          <w:tcPr>
            <w:tcW w:type="dxa" w:w="238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Central India</w:t>
            </w:r>
          </w:p>
        </w:tc>
      </w:tr>
      <w:tr>
        <w:tc>
          <w:tcPr>
            <w:tcW w:type="dxa" w:w="238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Cracking, corrosion and higher traffic loads</w:t>
            </w:r>
          </w:p>
        </w:tc>
      </w:tr>
      <w:tr>
        <w:tc>
          <w:tcPr>
            <w:tcW w:type="dxa" w:w="238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Condition survey, carbon-fibre strengthening and bearing replacement</w:t>
            </w:r>
          </w:p>
        </w:tc>
      </w:tr>
      <w:tr>
        <w:tc>
          <w:tcPr>
            <w:tcW w:type="dxa" w:w="2381"/>
            <w:shd w:val="clear" w:color="auto" w:fill="EBECEE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14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D3D5D9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374151"/>
                <w:sz w:val="40"/>
              </w:rPr>
              <w:t>25+ yrs</w:t>
            </w:r>
          </w:p>
          <w:p>
            <w:pPr>
              <w:spacing w:after="0"/>
            </w:pPr>
            <w:r>
              <w:rPr>
                <w:sz w:val="18"/>
              </w:rPr>
              <w:t>Extended service life (design)</w:t>
            </w:r>
          </w:p>
        </w:tc>
        <w:tc>
          <w:tcPr>
            <w:tcW w:type="dxa" w:w="3213"/>
            <w:shd w:val="clear" w:color="auto" w:fill="D3D5D9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374151"/>
                <w:sz w:val="40"/>
              </w:rPr>
              <w:t>−60%</w:t>
            </w:r>
          </w:p>
          <w:p>
            <w:pPr>
              <w:spacing w:after="0"/>
            </w:pPr>
            <w:r>
              <w:rPr>
                <w:sz w:val="18"/>
              </w:rPr>
              <w:t>Closure time vs rebuild</w:t>
            </w:r>
          </w:p>
        </w:tc>
        <w:tc>
          <w:tcPr>
            <w:tcW w:type="dxa" w:w="3213"/>
            <w:shd w:val="clear" w:color="auto" w:fill="D3D5D9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374151"/>
                <w:sz w:val="40"/>
              </w:rPr>
              <w:t>14 mo</w:t>
            </w:r>
          </w:p>
          <w:p>
            <w:pPr>
              <w:spacing w:after="0"/>
            </w:pPr>
            <w:r>
              <w:rPr>
                <w:sz w:val="18"/>
              </w:rPr>
              <w:t>Project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02  Background</w:t>
      </w:r>
    </w:p>
    <w:p>
      <w:pPr>
        <w:jc w:val="both"/>
      </w:pPr>
      <w:r>
        <w:t>The bridge is a four-span reinforced concrete structure built about forty years ago over a seasonal river. Traffic volumes and axle loads have increased greatly since it was designed.</w:t>
      </w:r>
    </w:p>
    <w:p>
      <w:pPr>
        <w:jc w:val="both"/>
      </w:pPr>
      <w:r>
        <w:t>Inspections showed cracking in the girders, spalling of concrete and corroded reinforcement in some areas.</w:t>
      </w:r>
    </w:p>
    <w:p>
      <w:pPr>
        <w:pStyle w:val="Heading1"/>
      </w:pPr>
      <w:r>
        <w:t>03  The Challenge</w:t>
      </w:r>
    </w:p>
    <w:p>
      <w:pPr>
        <w:jc w:val="both"/>
      </w:pPr>
      <w:r>
        <w:t>Engineers had to decide whether to rebuild or strengthen the bridge, while keeping the route open as much as possible.</w:t>
      </w:r>
    </w:p>
    <w:p>
      <w:pPr>
        <w:pStyle w:val="ListBullet"/>
      </w:pPr>
      <w:r>
        <w:t>Visible cracks and spalling</w:t>
      </w:r>
    </w:p>
    <w:p>
      <w:pPr>
        <w:pStyle w:val="ListBullet"/>
      </w:pPr>
      <w:r>
        <w:t>Corroded reinforcement</w:t>
      </w:r>
    </w:p>
    <w:p>
      <w:pPr>
        <w:pStyle w:val="ListBullet"/>
      </w:pPr>
      <w:r>
        <w:t>Worn-out bearings</w:t>
      </w:r>
    </w:p>
    <w:p>
      <w:pPr>
        <w:pStyle w:val="ListBullet"/>
      </w:pPr>
      <w:r>
        <w:t>Only one alternative route, much longer</w:t>
      </w:r>
    </w:p>
    <w:p>
      <w:pPr>
        <w:pStyle w:val="Quote"/>
      </w:pPr>
      <w:r>
        <w:t>Replacing the bridge would have cut off villages for over a year.</w:t>
      </w:r>
    </w:p>
    <w:p>
      <w:pPr>
        <w:spacing w:after="160"/>
        <w:jc w:val="right"/>
      </w:pPr>
      <w:r>
        <w:rPr>
          <w:i/>
          <w:color w:val="74777A"/>
        </w:rPr>
        <w:t>— Executive Engineer (illustrative)</w:t>
      </w:r>
    </w:p>
    <w:p>
      <w:pPr>
        <w:pStyle w:val="Heading1"/>
      </w:pPr>
      <w:r>
        <w:t>04  Objectives</w:t>
      </w:r>
    </w:p>
    <w:p>
      <w:pPr>
        <w:pStyle w:val="ListNumber"/>
      </w:pPr>
      <w:r>
        <w:t>Assess structural condition accurately.</w:t>
      </w:r>
    </w:p>
    <w:p>
      <w:pPr>
        <w:pStyle w:val="ListNumber"/>
      </w:pPr>
      <w:r>
        <w:t>Restore and enhance load capacity.</w:t>
      </w:r>
    </w:p>
    <w:p>
      <w:pPr>
        <w:pStyle w:val="ListNumber"/>
      </w:pPr>
      <w:r>
        <w:t>Minimise disruption to traffic.</w:t>
      </w:r>
    </w:p>
    <w:p>
      <w:pPr>
        <w:pStyle w:val="Heading1"/>
      </w:pPr>
      <w:r>
        <w:t>05  Approach</w:t>
      </w:r>
    </w:p>
    <w:p>
      <w:pPr>
        <w:jc w:val="both"/>
      </w:pPr>
      <w:r>
        <w:t>The project followed a structured assessment and design process before any repair work.</w:t>
      </w:r>
    </w:p>
    <w:p>
      <w:pPr>
        <w:pStyle w:val="Heading2"/>
      </w:pPr>
      <w:r>
        <w:t>Phase 1: Condition assessment</w:t>
      </w:r>
    </w:p>
    <w:p>
      <w:pPr>
        <w:jc w:val="both"/>
      </w:pPr>
      <w:r>
        <w:t>Visual inspection, rebound hammer and ultrasonic tests, cover meter surveys and core samples.</w:t>
      </w:r>
    </w:p>
    <w:p>
      <w:pPr>
        <w:pStyle w:val="ListBullet"/>
      </w:pPr>
      <w:r>
        <w:t>Non-destructive testing</w:t>
      </w:r>
    </w:p>
    <w:p>
      <w:pPr>
        <w:pStyle w:val="ListBullet"/>
      </w:pPr>
      <w:r>
        <w:t>Core tests</w:t>
      </w:r>
    </w:p>
    <w:p>
      <w:pPr>
        <w:pStyle w:val="ListBullet"/>
      </w:pPr>
      <w:r>
        <w:t>Load rating analysis</w:t>
      </w:r>
    </w:p>
    <w:p>
      <w:pPr>
        <w:pStyle w:val="Heading2"/>
      </w:pPr>
      <w:r>
        <w:t>Phase 2: Strengthening design</w:t>
      </w:r>
    </w:p>
    <w:p>
      <w:pPr>
        <w:jc w:val="both"/>
      </w:pPr>
      <w:r>
        <w:t>Engineers designed carbon-fibre reinforced polymer wrapping for girders and repairs for damaged concrete.</w:t>
      </w:r>
    </w:p>
    <w:p>
      <w:pPr>
        <w:pStyle w:val="ListBullet"/>
      </w:pPr>
      <w:r>
        <w:t>Repair mortar specification</w:t>
      </w:r>
    </w:p>
    <w:p>
      <w:pPr>
        <w:pStyle w:val="ListBullet"/>
      </w:pPr>
      <w:r>
        <w:t>FRP design</w:t>
      </w:r>
    </w:p>
    <w:p>
      <w:pPr>
        <w:pStyle w:val="ListBullet"/>
      </w:pPr>
      <w:r>
        <w:t>Bearing replacement plan</w:t>
      </w:r>
    </w:p>
    <w:p>
      <w:pPr>
        <w:pStyle w:val="Heading2"/>
      </w:pPr>
      <w:r>
        <w:t>Phase 3: Execution</w:t>
      </w:r>
    </w:p>
    <w:p>
      <w:pPr>
        <w:jc w:val="both"/>
      </w:pPr>
      <w:r>
        <w:t>Work was done span by span with one-lane traffic and night closures for bearing replacement.</w:t>
      </w:r>
    </w:p>
    <w:p>
      <w:pPr>
        <w:pStyle w:val="ListBullet"/>
      </w:pPr>
      <w:r>
        <w:t>Surface preparation</w:t>
      </w:r>
    </w:p>
    <w:p>
      <w:pPr>
        <w:pStyle w:val="ListBullet"/>
      </w:pPr>
      <w:r>
        <w:t>FRP application</w:t>
      </w:r>
    </w:p>
    <w:p>
      <w:pPr>
        <w:pStyle w:val="ListBullet"/>
      </w:pPr>
      <w:r>
        <w:t>Jacking and bearing replacement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3442"/>
        <w:gridCol w:w="4131"/>
      </w:tblGrid>
      <w:tr>
        <w:trPr>
          <w:tblHeader/>
        </w:trPr>
        <w:tc>
          <w:tcPr>
            <w:tcW w:type="dxa" w:w="2065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44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130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1–3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Assessment and testing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Report and load rating</w:t>
            </w:r>
          </w:p>
        </w:tc>
      </w:tr>
      <w:tr>
        <w:tc>
          <w:tcPr>
            <w:tcW w:type="dxa" w:w="2065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20"/>
              </w:rPr>
              <w:t>Month 4–5</w:t>
            </w:r>
          </w:p>
        </w:tc>
        <w:tc>
          <w:tcPr>
            <w:tcW w:type="dxa" w:w="3442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20"/>
              </w:rPr>
              <w:t>Design and approvals</w:t>
            </w:r>
          </w:p>
        </w:tc>
        <w:tc>
          <w:tcPr>
            <w:tcW w:type="dxa" w:w="4130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20"/>
              </w:rPr>
              <w:t>Drawings and specifications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6–12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Strengthening works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Span by span</w:t>
            </w:r>
          </w:p>
        </w:tc>
      </w:tr>
      <w:tr>
        <w:tc>
          <w:tcPr>
            <w:tcW w:type="dxa" w:w="2065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20"/>
              </w:rPr>
              <w:t>Month 13–14</w:t>
            </w:r>
          </w:p>
        </w:tc>
        <w:tc>
          <w:tcPr>
            <w:tcW w:type="dxa" w:w="3442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20"/>
              </w:rPr>
              <w:t>Load test and handover</w:t>
            </w:r>
          </w:p>
        </w:tc>
        <w:tc>
          <w:tcPr>
            <w:tcW w:type="dxa" w:w="4130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20"/>
              </w:rPr>
              <w:t>Monitoring plan</w:t>
            </w:r>
          </w:p>
        </w:tc>
      </w:tr>
    </w:tbl>
    <w:p>
      <w:pPr>
        <w:spacing w:after="80"/>
      </w:pPr>
    </w:p>
    <w:p>
      <w:pPr>
        <w:pStyle w:val="Heading1"/>
      </w:pPr>
      <w:r>
        <w:t>06  Results</w:t>
      </w:r>
    </w:p>
    <w:p>
      <w:pPr>
        <w:jc w:val="both"/>
      </w:pPr>
      <w:r>
        <w:t>The strengthened bridge passed a load test and returned to full service.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3213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213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Load rating (relative)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0.78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1.15</w:t>
            </w:r>
          </w:p>
        </w:tc>
      </w:tr>
      <w:tr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Crack width (max, mm)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0.6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Sealed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Deflection under test load (mm)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Within limits</w:t>
            </w:r>
          </w:p>
        </w:tc>
      </w:tr>
      <w:tr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Full closure days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9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EBECEE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07  Lessons Learned</w:t>
      </w:r>
    </w:p>
    <w:p>
      <w:pPr>
        <w:spacing w:after="80"/>
      </w:pPr>
      <w:r>
        <w:rPr>
          <w:b/>
          <w:color w:val="374151"/>
        </w:rPr>
        <w:t xml:space="preserve">Test before deciding. </w:t>
      </w:r>
      <w:r>
        <w:t>Detailed testing showed the structure could be saved.</w:t>
      </w:r>
    </w:p>
    <w:p>
      <w:pPr>
        <w:spacing w:after="80"/>
      </w:pPr>
      <w:r>
        <w:rPr>
          <w:b/>
          <w:color w:val="374151"/>
        </w:rPr>
        <w:t xml:space="preserve">Plan traffic carefully. </w:t>
      </w:r>
      <w:r>
        <w:t>Span-by-span work kept the route open.</w:t>
      </w:r>
    </w:p>
    <w:p>
      <w:pPr>
        <w:spacing w:after="80"/>
      </w:pPr>
      <w:r>
        <w:rPr>
          <w:b/>
          <w:color w:val="374151"/>
        </w:rPr>
        <w:t xml:space="preserve">Monitor after repair. </w:t>
      </w:r>
      <w:r>
        <w:t>Sensors and inspections protect the investment.</w:t>
      </w:r>
    </w:p>
    <w:p>
      <w:pPr>
        <w:pStyle w:val="Heading1"/>
      </w:pPr>
      <w:r>
        <w:t>08 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BECEE"/>
          </w:tcPr>
          <w:p>
            <w:r>
              <w:rPr>
                <w:b/>
                <w:color w:val="374151"/>
              </w:rPr>
              <w:t>What worked</w:t>
            </w:r>
          </w:p>
          <w:p>
            <w:pPr>
              <w:spacing w:after="40"/>
            </w:pPr>
            <w:r>
              <w:t>• Accurate testing</w:t>
            </w:r>
          </w:p>
          <w:p>
            <w:pPr>
              <w:spacing w:after="40"/>
            </w:pPr>
            <w:r>
              <w:t>• Phased execution</w:t>
            </w:r>
          </w:p>
        </w:tc>
        <w:tc>
          <w:tcPr>
            <w:tcW w:type="dxa" w:w="4819"/>
            <w:shd w:val="clear" w:color="auto" w:fill="D3D5D9"/>
          </w:tcPr>
          <w:p>
            <w:r>
              <w:rPr>
                <w:b/>
                <w:color w:val="374151"/>
              </w:rPr>
              <w:t>What was difficult</w:t>
            </w:r>
          </w:p>
          <w:p>
            <w:pPr>
              <w:spacing w:after="40"/>
            </w:pPr>
            <w:r>
              <w:t>• Monsoon interruptions</w:t>
            </w:r>
          </w:p>
          <w:p>
            <w:pPr>
              <w:spacing w:after="40"/>
            </w:pPr>
            <w:r>
              <w:t>• Quality control of FRP</w:t>
            </w:r>
          </w:p>
        </w:tc>
      </w:tr>
      <w:tr>
        <w:tc>
          <w:tcPr>
            <w:tcW w:type="dxa" w:w="4819"/>
            <w:shd w:val="clear" w:color="auto" w:fill="D3D5D9"/>
          </w:tcPr>
          <w:p>
            <w:r>
              <w:rPr>
                <w:b/>
                <w:color w:val="374151"/>
              </w:rPr>
              <w:t>Opportunities</w:t>
            </w:r>
          </w:p>
          <w:p>
            <w:pPr>
              <w:spacing w:after="40"/>
            </w:pPr>
            <w:r>
              <w:t>• Apply method to other bridges</w:t>
            </w:r>
          </w:p>
          <w:p>
            <w:pPr>
              <w:spacing w:after="40"/>
            </w:pPr>
            <w:r>
              <w:t>• Digital monitoring</w:t>
            </w:r>
          </w:p>
        </w:tc>
        <w:tc>
          <w:tcPr>
            <w:tcW w:type="dxa" w:w="4819"/>
            <w:shd w:val="clear" w:color="auto" w:fill="EBECEE"/>
          </w:tcPr>
          <w:p>
            <w:r>
              <w:rPr>
                <w:b/>
                <w:color w:val="374151"/>
              </w:rPr>
              <w:t>Risks to sustain</w:t>
            </w:r>
          </w:p>
          <w:p>
            <w:pPr>
              <w:spacing w:after="40"/>
            </w:pPr>
            <w:r>
              <w:t>• Overloaded trucks</w:t>
            </w:r>
          </w:p>
          <w:p>
            <w:pPr>
              <w:spacing w:after="40"/>
            </w:pPr>
            <w:r>
              <w:t>• Maintenance budgets</w:t>
            </w:r>
          </w:p>
        </w:tc>
      </w:tr>
    </w:tbl>
    <w:p/>
    <w:p>
      <w:pPr>
        <w:pStyle w:val="Heading1"/>
      </w:pPr>
      <w:r>
        <w:t>09  Discussion Questions</w:t>
      </w:r>
    </w:p>
    <w:p>
      <w:r>
        <w:rPr>
          <w:i/>
          <w:color w:val="74777A"/>
        </w:rPr>
        <w:t>Use these questions for classroom discussion or self-study.</w:t>
      </w:r>
    </w:p>
    <w:p>
      <w:pPr>
        <w:pStyle w:val="ListNumber"/>
      </w:pPr>
      <w:r>
        <w:t>What information is needed to choose between repair and replacement?</w:t>
      </w:r>
    </w:p>
    <w:p>
      <w:pPr>
        <w:pStyle w:val="ListNumber"/>
      </w:pPr>
      <w:r>
        <w:t>Why was FRP selected for strengthening?</w:t>
      </w:r>
    </w:p>
    <w:p>
      <w:pPr>
        <w:pStyle w:val="ListNumber"/>
      </w:pPr>
      <w:r>
        <w:t>How would you manage traffic during the works?</w:t>
      </w:r>
    </w:p>
    <w:p>
      <w:pPr>
        <w:pStyle w:val="ListNumber"/>
      </w:pPr>
      <w:r>
        <w:t>What should the maintenance plan include?</w:t>
      </w:r>
    </w:p>
    <w:p>
      <w:pPr>
        <w:pStyle w:val="Heading1"/>
      </w:pPr>
      <w:r>
        <w:t>10  Teaching Note</w:t>
      </w:r>
    </w:p>
    <w:p>
      <w:pPr>
        <w:jc w:val="both"/>
      </w:pPr>
      <w:r>
        <w:t>Suitable for courses in structural engineering, construction management and infrastructure policy.</w:t>
      </w:r>
    </w:p>
    <w:p>
      <w:pPr>
        <w:pStyle w:val="Heading1"/>
      </w:pPr>
      <w:r>
        <w:t>11 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3213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Location</w:t>
            </w:r>
          </w:p>
        </w:tc>
        <w:tc>
          <w:tcPr>
            <w:tcW w:type="dxa" w:w="3213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Result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Rebound hammer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Girders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Fair to good</w:t>
            </w:r>
          </w:p>
        </w:tc>
      </w:tr>
      <w:tr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Ultrasonic pulse velocity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Girders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Medium quality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Cover meter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Soffit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Low cover in places</w:t>
            </w:r>
          </w:p>
        </w:tc>
      </w:tr>
      <w:tr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Carbonation depth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Cores</w:t>
            </w:r>
          </w:p>
        </w:tc>
        <w:tc>
          <w:tcPr>
            <w:tcW w:type="dxa" w:w="3213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Reached reinforcement in places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Test results summary (sample data)</w:t>
      </w:r>
    </w:p>
    <w:p>
      <w:pPr>
        <w:pStyle w:val="Heading1"/>
      </w:pPr>
      <w:r>
        <w:t>12  Conclusion</w:t>
      </w:r>
    </w:p>
    <w:p>
      <w:pPr>
        <w:jc w:val="both"/>
      </w:pPr>
      <w:r>
        <w:t>A careful engineering assessment allowed the bridge to be strengthened at lower cost and disruption than replacement.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Case Study · Bridge retrofit</w:t>
    </w:r>
    <w:r>
      <w:rPr>
        <w:color w:val="74777A"/>
        <w:sz w:val="17"/>
      </w:rPr>
      <w:tab/>
      <w:t>Civil Engineering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D3D5D9"/>
      <w:pBdr>
        <w:left w:val="single" w:sz="36" w:space="8" w:color="374151"/>
      </w:pBdr>
    </w:pPr>
    <w:rPr>
      <w:rFonts w:ascii="Raleway" w:hAnsi="Raleway" w:cs="Raleway" w:eastAsia="Raleway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37415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