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16" w:lineRule="auto"/>
      </w:pPr>
      <w:r>
        <w:rPr>
          <w:rFonts w:ascii="Space Grotesk" w:hAnsi="Space Grotesk" w:cs="Space Grotesk" w:eastAsia="Space Grotesk"/>
          <w:b/>
          <w:i w:val="0"/>
          <w:color w:val="E4CCD6"/>
          <w:sz w:val="192"/>
        </w:rPr>
        <w:t>2026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24" w:space="0" w:color="172033"/>
          <w:bottom w:val="single" w:sz="6" w:space="0" w:color="172033"/>
        </w:tblBorders>
        <w:tblCellMar>
          <w:top w:w="300" w:type="dxa"/>
          <w:left w:w="0" w:type="dxa"/>
          <w:bottom w:w="300" w:type="dxa"/>
          <w:right w:w="0" w:type="dxa"/>
        </w:tblCellMar>
      </w:tblPr>
      <w:tblGrid>
        <w:gridCol w:w="9412"/>
      </w:tblGrid>
      <w:tr>
        <w:tc>
          <w:tcPr>
            <w:tcW w:type="dxa" w:w="9411"/>
          </w:tcPr>
          <w:p>
            <w:pPr>
              <w:spacing w:after="320"/>
            </w:pPr>
            <w:r>
              <w:rPr>
                <w:b/>
                <w:i w:val="0"/>
                <w:caps/>
                <w:color w:val="831843"/>
                <w:sz w:val="20"/>
                <w:spacing w:val="60"/>
              </w:rPr>
              <w:t>Company Profile 2026</w:t>
            </w:r>
          </w:p>
          <w:p>
            <w:pPr>
              <w:pStyle w:val="Title"/>
            </w:pPr>
            <w:r>
              <w:rPr>
                <w:sz w:val="88"/>
              </w:rPr>
              <w:t>Precitech Components</w:t>
            </w:r>
          </w:p>
          <w:p>
            <w:r>
              <w:rPr>
                <w:b w:val="0"/>
                <w:i/>
                <w:color w:val="6F7581"/>
                <w:sz w:val="30"/>
              </w:rPr>
              <w:t>Precision machined parts for demanding industries</w:t>
            </w:r>
          </w:p>
        </w:tc>
      </w:tr>
    </w:tbl>
    <w:p>
      <w:pPr>
        <w:spacing w:after="40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CCED2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ESTABLISHED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HEADQUARTERS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WEBSITE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2004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Chennai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www.yourdomain.in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01  About Us</w:t>
      </w:r>
    </w:p>
    <w:p>
      <w:pPr>
        <w:jc w:val="both"/>
      </w:pPr>
      <w:r>
        <w:t>Precitech Components manufactures precision-machined components for automotive, pump and industrial equipment manufacturers.</w:t>
      </w:r>
    </w:p>
    <w:p>
      <w:pPr>
        <w:jc w:val="both"/>
      </w:pPr>
      <w:r>
        <w:t>Our plant combines CNC machining centres, heat treatment and a fully equipped inspection room, supported by a culture of continuous improvement.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E4CCD6"/>
          </w:tcPr>
          <w:p>
            <w:pPr>
              <w:spacing w:after="40"/>
            </w:pPr>
            <w:r>
              <w:rPr>
                <w:rFonts w:ascii="Space Grotesk" w:hAnsi="Space Grotesk" w:cs="Space Grotesk" w:eastAsia="Space Grotesk"/>
                <w:b/>
                <w:color w:val="831843"/>
                <w:sz w:val="40"/>
              </w:rPr>
              <w:t>20 yrs</w:t>
            </w:r>
          </w:p>
          <w:p>
            <w:pPr>
              <w:spacing w:after="0"/>
            </w:pPr>
            <w:r>
              <w:rPr>
                <w:sz w:val="18"/>
              </w:rPr>
              <w:t>Manufacturing</w:t>
            </w:r>
          </w:p>
        </w:tc>
        <w:tc>
          <w:tcPr>
            <w:tcW w:type="dxa" w:w="3137"/>
            <w:shd w:val="clear" w:color="auto" w:fill="E4CCD6"/>
          </w:tcPr>
          <w:p>
            <w:pPr>
              <w:spacing w:after="40"/>
            </w:pPr>
            <w:r>
              <w:rPr>
                <w:rFonts w:ascii="Space Grotesk" w:hAnsi="Space Grotesk" w:cs="Space Grotesk" w:eastAsia="Space Grotesk"/>
                <w:b/>
                <w:color w:val="831843"/>
                <w:sz w:val="40"/>
              </w:rPr>
              <w:t>40+</w:t>
            </w:r>
          </w:p>
          <w:p>
            <w:pPr>
              <w:spacing w:after="0"/>
            </w:pPr>
            <w:r>
              <w:rPr>
                <w:sz w:val="18"/>
              </w:rPr>
              <w:t>CNC machines</w:t>
            </w:r>
          </w:p>
        </w:tc>
        <w:tc>
          <w:tcPr>
            <w:tcW w:type="dxa" w:w="3137"/>
            <w:shd w:val="clear" w:color="auto" w:fill="E4CCD6"/>
          </w:tcPr>
          <w:p>
            <w:pPr>
              <w:spacing w:after="40"/>
            </w:pPr>
            <w:r>
              <w:rPr>
                <w:rFonts w:ascii="Space Grotesk" w:hAnsi="Space Grotesk" w:cs="Space Grotesk" w:eastAsia="Space Grotesk"/>
                <w:b/>
                <w:color w:val="831843"/>
                <w:sz w:val="40"/>
              </w:rPr>
              <w:t>ISO</w:t>
            </w:r>
          </w:p>
          <w:p>
            <w:pPr>
              <w:spacing w:after="0"/>
            </w:pPr>
            <w:r>
              <w:rPr>
                <w:sz w:val="18"/>
              </w:rPr>
              <w:t>Certified quality system</w:t>
            </w:r>
          </w:p>
        </w:tc>
      </w:tr>
    </w:tbl>
    <w:p>
      <w:pPr>
        <w:spacing w:after="120"/>
      </w:pPr>
    </w:p>
    <w:p>
      <w:pPr>
        <w:pStyle w:val="Caption"/>
      </w:pPr>
      <w:r>
        <w:t>Figures shown are placeholders — replace them with your own verified numbers.</w:t>
      </w:r>
    </w:p>
    <w:p>
      <w:pPr>
        <w:pStyle w:val="Heading1"/>
      </w:pPr>
      <w:r>
        <w:t>02  Vision, Mission and Values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3E8EC"/>
            <w:tcBorders>
              <w:left w:val="single" w:sz="36" w:space="0" w:color="831843"/>
            </w:tcBorders>
          </w:tcPr>
          <w:p>
            <w:pPr>
              <w:spacing w:after="60"/>
            </w:pPr>
            <w:r>
              <w:rPr>
                <w:b/>
                <w:color w:val="831843"/>
              </w:rPr>
              <w:t>Our vision</w:t>
            </w:r>
          </w:p>
          <w:p>
            <w:pPr>
              <w:spacing w:after="0"/>
            </w:pPr>
            <w:r>
              <w:t>Zero-defect parts, delivered on time, every time.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3E8EC"/>
            <w:tcBorders>
              <w:left w:val="single" w:sz="36" w:space="0" w:color="831843"/>
            </w:tcBorders>
          </w:tcPr>
          <w:p>
            <w:pPr>
              <w:spacing w:after="60"/>
            </w:pPr>
            <w:r>
              <w:rPr>
                <w:b/>
                <w:color w:val="831843"/>
              </w:rPr>
              <w:t>Our mission</w:t>
            </w:r>
          </w:p>
          <w:p>
            <w:pPr>
              <w:spacing w:after="0"/>
            </w:pPr>
            <w:r>
              <w:t>To be a trusted extension of our customers’ production lines.</w:t>
            </w:r>
          </w:p>
        </w:tc>
      </w:tr>
    </w:tbl>
    <w:p>
      <w:pPr>
        <w:spacing w:after="40"/>
      </w:pPr>
    </w:p>
    <w:p>
      <w:pPr>
        <w:pStyle w:val="Heading2"/>
      </w:pPr>
      <w:r>
        <w:t>Our Values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</w:tblPr>
      <w:tblGrid>
        <w:gridCol w:w="4706"/>
        <w:gridCol w:w="4706"/>
      </w:tblGrid>
      <w:tr>
        <w:tc>
          <w:tcPr>
            <w:tcW w:type="dxa" w:w="4706"/>
            <w:shd w:val="clear" w:color="auto" w:fill="F3E8EC"/>
          </w:tcPr>
          <w:p>
            <w:pPr>
              <w:spacing w:after="40"/>
            </w:pPr>
            <w:r>
              <w:rPr>
                <w:b/>
                <w:color w:val="831843"/>
              </w:rPr>
              <w:t>Precision</w:t>
            </w:r>
          </w:p>
          <w:p>
            <w:pPr>
              <w:spacing w:after="40"/>
            </w:pPr>
            <w:r>
              <w:t>Measure twice, machine once.</w:t>
            </w:r>
          </w:p>
        </w:tc>
        <w:tc>
          <w:tcPr>
            <w:tcW w:type="dxa" w:w="4706"/>
            <w:shd w:val="clear" w:color="auto" w:fill="F3E8EC"/>
          </w:tcPr>
          <w:p>
            <w:pPr>
              <w:spacing w:after="40"/>
            </w:pPr>
            <w:r>
              <w:rPr>
                <w:b/>
                <w:color w:val="831843"/>
              </w:rPr>
              <w:t>Discipline</w:t>
            </w:r>
          </w:p>
          <w:p>
            <w:pPr>
              <w:spacing w:after="40"/>
            </w:pPr>
            <w:r>
              <w:t>Standard work and 5S everywhere.</w:t>
            </w:r>
          </w:p>
        </w:tc>
      </w:tr>
      <w:tr>
        <w:tc>
          <w:tcPr>
            <w:tcW w:type="dxa" w:w="4706"/>
            <w:shd w:val="clear" w:color="auto" w:fill="F3E8EC"/>
          </w:tcPr>
          <w:p>
            <w:pPr>
              <w:spacing w:after="40"/>
            </w:pPr>
            <w:r>
              <w:rPr>
                <w:b/>
                <w:color w:val="831843"/>
              </w:rPr>
              <w:t>Improvement</w:t>
            </w:r>
          </w:p>
          <w:p>
            <w:pPr>
              <w:spacing w:after="40"/>
            </w:pPr>
            <w:r>
              <w:t>Small gains every day.</w:t>
            </w:r>
          </w:p>
        </w:tc>
        <w:tc>
          <w:tcPr>
            <w:tcW w:type="dxa" w:w="4706"/>
            <w:shd w:val="clear" w:color="auto" w:fill="F3E8EC"/>
          </w:tcPr>
          <w:p>
            <w:pPr>
              <w:spacing w:after="40"/>
            </w:pPr>
            <w:r>
              <w:rPr>
                <w:b/>
                <w:color w:val="831843"/>
              </w:rPr>
              <w:t>Trust</w:t>
            </w:r>
          </w:p>
          <w:p>
            <w:pPr>
              <w:spacing w:after="40"/>
            </w:pPr>
            <w:r>
              <w:t>Open communication with customers.</w:t>
            </w:r>
          </w:p>
        </w:tc>
      </w:tr>
    </w:tbl>
    <w:p/>
    <w:p>
      <w:pPr>
        <w:pStyle w:val="Heading1"/>
      </w:pPr>
      <w:r>
        <w:t>03  What We Do</w:t>
      </w:r>
    </w:p>
    <w:p>
      <w:pPr>
        <w:jc w:val="both"/>
      </w:pPr>
      <w:r>
        <w:t>We supply machined components to drawing, from prototypes to high-volume production.</w:t>
      </w:r>
    </w:p>
    <w:p>
      <w:pPr>
        <w:pStyle w:val="Heading2"/>
      </w:pPr>
      <w:r>
        <w:t>CNC Turning and Milling</w:t>
      </w:r>
    </w:p>
    <w:p>
      <w:pPr>
        <w:jc w:val="both"/>
      </w:pPr>
      <w:r>
        <w:t>Shafts, flanges, housings and brackets in steel, aluminium and cast iron.</w:t>
      </w:r>
    </w:p>
    <w:p>
      <w:pPr>
        <w:pStyle w:val="ListBullet"/>
      </w:pPr>
      <w:r>
        <w:t>Turning centres</w:t>
      </w:r>
    </w:p>
    <w:p>
      <w:pPr>
        <w:pStyle w:val="ListBullet"/>
      </w:pPr>
      <w:r>
        <w:t>Vertical machining centres</w:t>
      </w:r>
    </w:p>
    <w:p>
      <w:pPr>
        <w:pStyle w:val="ListBullet"/>
      </w:pPr>
      <w:r>
        <w:t>Multi-axis machining</w:t>
      </w:r>
    </w:p>
    <w:p>
      <w:pPr>
        <w:pStyle w:val="Heading2"/>
      </w:pPr>
      <w:r>
        <w:t>Grinding and Finishing</w:t>
      </w:r>
    </w:p>
    <w:p>
      <w:pPr>
        <w:jc w:val="both"/>
      </w:pPr>
      <w:r>
        <w:t>Tight-tolerance surfaces for critical fits.</w:t>
      </w:r>
    </w:p>
    <w:p>
      <w:pPr>
        <w:pStyle w:val="ListBullet"/>
      </w:pPr>
      <w:r>
        <w:t>Cylindrical grinding</w:t>
      </w:r>
    </w:p>
    <w:p>
      <w:pPr>
        <w:pStyle w:val="ListBullet"/>
      </w:pPr>
      <w:r>
        <w:t>Surface grinding</w:t>
      </w:r>
    </w:p>
    <w:p>
      <w:pPr>
        <w:pStyle w:val="ListBullet"/>
      </w:pPr>
      <w:r>
        <w:t>Honing</w:t>
      </w:r>
    </w:p>
    <w:p>
      <w:pPr>
        <w:pStyle w:val="Heading2"/>
      </w:pPr>
      <w:r>
        <w:t>Heat Treatment</w:t>
      </w:r>
    </w:p>
    <w:p>
      <w:pPr>
        <w:jc w:val="both"/>
      </w:pPr>
      <w:r>
        <w:t>In-house hardening and tempering.</w:t>
      </w:r>
    </w:p>
    <w:p>
      <w:pPr>
        <w:pStyle w:val="ListBullet"/>
      </w:pPr>
      <w:r>
        <w:t>Induction hardening</w:t>
      </w:r>
    </w:p>
    <w:p>
      <w:pPr>
        <w:pStyle w:val="ListBullet"/>
      </w:pPr>
      <w:r>
        <w:t>Case carburising (partner)</w:t>
      </w:r>
    </w:p>
    <w:p>
      <w:pPr>
        <w:pStyle w:val="ListBullet"/>
      </w:pPr>
      <w:r>
        <w:t>Stress relieving</w:t>
      </w:r>
    </w:p>
    <w:p>
      <w:pPr>
        <w:pStyle w:val="Heading2"/>
      </w:pPr>
      <w:r>
        <w:t>Inspection</w:t>
      </w:r>
    </w:p>
    <w:p>
      <w:pPr>
        <w:jc w:val="both"/>
      </w:pPr>
      <w:r>
        <w:t>Complete dimensional and material verification.</w:t>
      </w:r>
    </w:p>
    <w:p>
      <w:pPr>
        <w:pStyle w:val="ListBullet"/>
      </w:pPr>
      <w:r>
        <w:t>CMM inspection</w:t>
      </w:r>
    </w:p>
    <w:p>
      <w:pPr>
        <w:pStyle w:val="ListBullet"/>
      </w:pPr>
      <w:r>
        <w:t>PPAP documentation</w:t>
      </w:r>
    </w:p>
    <w:p>
      <w:pPr>
        <w:pStyle w:val="ListBullet"/>
      </w:pPr>
      <w:r>
        <w:t>Material test certificates</w:t>
      </w:r>
    </w:p>
    <w:p>
      <w:pPr>
        <w:pStyle w:val="Heading1"/>
      </w:pPr>
      <w:r>
        <w:t>04  Industries We Serve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Industry</w:t>
            </w:r>
          </w:p>
        </w:tc>
        <w:tc>
          <w:tcPr>
            <w:tcW w:type="dxa" w:w="6722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we help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Automotive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Engine and transmission components</w:t>
            </w:r>
          </w:p>
        </w:tc>
      </w:tr>
      <w:tr>
        <w:tc>
          <w:tcPr>
            <w:tcW w:type="dxa" w:w="268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Pumps and valves</w:t>
            </w:r>
          </w:p>
        </w:tc>
        <w:tc>
          <w:tcPr>
            <w:tcW w:type="dxa" w:w="672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Shafts, impellers and bodies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Agricultural equipment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Gear and drive parts</w:t>
            </w:r>
          </w:p>
        </w:tc>
      </w:tr>
      <w:tr>
        <w:tc>
          <w:tcPr>
            <w:tcW w:type="dxa" w:w="268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General engineering</w:t>
            </w:r>
          </w:p>
        </w:tc>
        <w:tc>
          <w:tcPr>
            <w:tcW w:type="dxa" w:w="672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Custom components</w:t>
            </w:r>
          </w:p>
        </w:tc>
      </w:tr>
    </w:tbl>
    <w:p>
      <w:pPr>
        <w:spacing w:after="80"/>
      </w:pPr>
    </w:p>
    <w:p>
      <w:pPr>
        <w:pStyle w:val="Heading1"/>
      </w:pPr>
      <w:r>
        <w:t>05  How We Work</w:t>
      </w:r>
    </w:p>
    <w:p>
      <w:r>
        <w:t>Every engagement follows a clear, repeatable process so that clients always know what happens next.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806"/>
        <w:gridCol w:w="2353"/>
        <w:gridCol w:w="6252"/>
      </w:tblGrid>
      <w:tr>
        <w:trPr>
          <w:tblHeader/>
        </w:trPr>
        <w:tc>
          <w:tcPr>
            <w:tcW w:type="dxa" w:w="807"/>
            <w:vAlign w:val="center"/>
            <w:shd w:val="clear" w:color="auto" w:fill="17203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2353"/>
            <w:vAlign w:val="center"/>
            <w:shd w:val="clear" w:color="auto" w:fill="17203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Stage</w:t>
            </w:r>
          </w:p>
        </w:tc>
        <w:tc>
          <w:tcPr>
            <w:tcW w:type="dxa" w:w="6252"/>
            <w:vAlign w:val="center"/>
            <w:shd w:val="clear" w:color="auto" w:fill="17203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What happens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Enquiry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Review drawings and volumes</w:t>
            </w:r>
          </w:p>
        </w:tc>
      </w:tr>
      <w:tr>
        <w:tc>
          <w:tcPr>
            <w:tcW w:type="dxa" w:w="807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2353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Feasibility</w:t>
            </w:r>
          </w:p>
        </w:tc>
        <w:tc>
          <w:tcPr>
            <w:tcW w:type="dxa" w:w="6252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Process planning and quotation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Sampling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First-article inspection and approval</w:t>
            </w:r>
          </w:p>
        </w:tc>
      </w:tr>
      <w:tr>
        <w:tc>
          <w:tcPr>
            <w:tcW w:type="dxa" w:w="807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2353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Production</w:t>
            </w:r>
          </w:p>
        </w:tc>
        <w:tc>
          <w:tcPr>
            <w:tcW w:type="dxa" w:w="6252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Controlled manufacturing with SPC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Delivery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Packing, documentation and dispatch</w:t>
            </w:r>
          </w:p>
        </w:tc>
      </w:tr>
    </w:tbl>
    <w:p>
      <w:pPr>
        <w:spacing w:after="80"/>
      </w:pPr>
    </w:p>
    <w:p>
      <w:pPr>
        <w:pStyle w:val="Heading1"/>
      </w:pPr>
      <w:r>
        <w:t>06  Why Choose Us</w:t>
      </w:r>
    </w:p>
    <w:p>
      <w:pPr>
        <w:pStyle w:val="ListBullet"/>
      </w:pPr>
      <w:r>
        <w:t>Strong quality system with traceability</w:t>
      </w:r>
    </w:p>
    <w:p>
      <w:pPr>
        <w:pStyle w:val="ListBullet"/>
      </w:pPr>
      <w:r>
        <w:t>In-house heat treatment reduces lead time</w:t>
      </w:r>
    </w:p>
    <w:p>
      <w:pPr>
        <w:pStyle w:val="ListBullet"/>
      </w:pPr>
      <w:r>
        <w:t>Experienced tool room</w:t>
      </w:r>
    </w:p>
    <w:p>
      <w:pPr>
        <w:pStyle w:val="ListBullet"/>
      </w:pPr>
      <w:r>
        <w:t>Responsive engineering support</w:t>
      </w:r>
    </w:p>
    <w:p>
      <w:pPr>
        <w:pStyle w:val="Heading1"/>
      </w:pPr>
      <w:r>
        <w:t>07  Leadership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71"/>
        <w:gridCol w:w="2596"/>
        <w:gridCol w:w="4543"/>
      </w:tblGrid>
      <w:tr>
        <w:trPr>
          <w:tblHeader/>
        </w:trPr>
        <w:tc>
          <w:tcPr>
            <w:tcW w:type="dxa" w:w="2272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59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Designation</w:t>
            </w:r>
          </w:p>
        </w:tc>
        <w:tc>
          <w:tcPr>
            <w:tcW w:type="dxa" w:w="454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Experience</w:t>
            </w:r>
          </w:p>
        </w:tc>
      </w:tr>
      <w:tr>
        <w:tc>
          <w:tcPr>
            <w:tcW w:type="dxa" w:w="227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S. Raghavan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Managing Director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Founder, 30 years in manufacturing</w:t>
            </w:r>
          </w:p>
        </w:tc>
      </w:tr>
      <w:tr>
        <w:tc>
          <w:tcPr>
            <w:tcW w:type="dxa" w:w="227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S. Balaji</w:t>
            </w:r>
          </w:p>
        </w:tc>
        <w:tc>
          <w:tcPr>
            <w:tcW w:type="dxa" w:w="259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Production Manager</w:t>
            </w:r>
          </w:p>
        </w:tc>
        <w:tc>
          <w:tcPr>
            <w:tcW w:type="dxa" w:w="4543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CNC operations</w:t>
            </w:r>
          </w:p>
        </w:tc>
      </w:tr>
      <w:tr>
        <w:tc>
          <w:tcPr>
            <w:tcW w:type="dxa" w:w="227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Lakshmi Narayanan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Quality Head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Quality systems and audits</w:t>
            </w:r>
          </w:p>
        </w:tc>
      </w:tr>
      <w:tr>
        <w:tc>
          <w:tcPr>
            <w:tcW w:type="dxa" w:w="227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Arun Kumar</w:t>
            </w:r>
          </w:p>
        </w:tc>
        <w:tc>
          <w:tcPr>
            <w:tcW w:type="dxa" w:w="259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Business Development</w:t>
            </w:r>
          </w:p>
        </w:tc>
        <w:tc>
          <w:tcPr>
            <w:tcW w:type="dxa" w:w="4543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Customer relations</w:t>
            </w:r>
          </w:p>
        </w:tc>
      </w:tr>
    </w:tbl>
    <w:p>
      <w:pPr>
        <w:spacing w:after="80"/>
      </w:pPr>
    </w:p>
    <w:p>
      <w:pPr>
        <w:pStyle w:val="Caption"/>
      </w:pPr>
      <w:r>
        <w:t>Names are placeholders. Add photographs in a two-column table if required.</w:t>
      </w:r>
    </w:p>
    <w:p>
      <w:pPr>
        <w:pStyle w:val="Heading1"/>
      </w:pPr>
      <w:r>
        <w:t>08  Selected Projects</w:t>
      </w:r>
    </w:p>
    <w:p>
      <w:pPr>
        <w:pStyle w:val="Heading2"/>
      </w:pPr>
      <w:r>
        <w:t>Pump shaft localisation</w:t>
      </w:r>
    </w:p>
    <w:p>
      <w:r>
        <w:rPr>
          <w:b/>
          <w:color w:val="831843"/>
        </w:rPr>
        <w:t xml:space="preserve">Client: </w:t>
      </w:r>
      <w:r>
        <w:t>A pump manufacturer</w:t>
      </w:r>
    </w:p>
    <w:p>
      <w:pPr>
        <w:jc w:val="both"/>
      </w:pPr>
      <w:r>
        <w:t>Developed and supplied a shaft previously imported, meeting all specifications.</w:t>
      </w:r>
    </w:p>
    <w:p>
      <w:pPr>
        <w:pStyle w:val="Heading2"/>
      </w:pPr>
      <w:r>
        <w:t>Flange cell set-up</w:t>
      </w:r>
    </w:p>
    <w:p>
      <w:r>
        <w:rPr>
          <w:b/>
          <w:color w:val="831843"/>
        </w:rPr>
        <w:t xml:space="preserve">Client: </w:t>
      </w:r>
      <w:r>
        <w:t>An auto component supplier</w:t>
      </w:r>
    </w:p>
    <w:p>
      <w:pPr>
        <w:jc w:val="both"/>
      </w:pPr>
      <w:r>
        <w:t>Created a dedicated cell with poka-yoke fixtures.</w:t>
      </w:r>
    </w:p>
    <w:p>
      <w:pPr>
        <w:pStyle w:val="Heading2"/>
      </w:pPr>
      <w:r>
        <w:t>Prototype housings</w:t>
      </w:r>
    </w:p>
    <w:p>
      <w:r>
        <w:rPr>
          <w:b/>
          <w:color w:val="831843"/>
        </w:rPr>
        <w:t xml:space="preserve">Client: </w:t>
      </w:r>
      <w:r>
        <w:t>An equipment start-up</w:t>
      </w:r>
    </w:p>
    <w:p>
      <w:pPr>
        <w:jc w:val="both"/>
      </w:pPr>
      <w:r>
        <w:t>Rapid prototypes for design validation.</w:t>
      </w:r>
    </w:p>
    <w:p>
      <w:pPr>
        <w:pStyle w:val="Heading1"/>
      </w:pPr>
      <w:r>
        <w:t>09  Certifications and Memberships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050"/>
        <w:gridCol w:w="3361"/>
      </w:tblGrid>
      <w:tr>
        <w:trPr>
          <w:tblHeader/>
        </w:trPr>
        <w:tc>
          <w:tcPr>
            <w:tcW w:type="dxa" w:w="6050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Certification / membership</w:t>
            </w:r>
          </w:p>
        </w:tc>
        <w:tc>
          <w:tcPr>
            <w:tcW w:type="dxa" w:w="3361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ISO 9001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6050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IATF 16949 (in progress)</w:t>
            </w:r>
          </w:p>
        </w:tc>
        <w:tc>
          <w:tcPr>
            <w:tcW w:type="dxa" w:w="3361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Member, industrial estate association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</w:tbl>
    <w:p>
      <w:pPr>
        <w:spacing w:after="80"/>
      </w:pPr>
    </w:p>
    <w:p>
      <w:pPr>
        <w:pStyle w:val="Heading1"/>
      </w:pPr>
      <w:r>
        <w:t>10  Contact Us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Head office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SIDCO Industrial Estate, Your Road, Ambattur, Chennai 600058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hello@yourdomain.in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www.yourdomain.in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Business hours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Monday to Saturday, 9:30 AM – 6:30 PM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3E8EC"/>
            <w:tcBorders>
              <w:left w:val="single" w:sz="36" w:space="0" w:color="831843"/>
            </w:tcBorders>
          </w:tcPr>
          <w:p>
            <w:pPr>
              <w:spacing w:after="60"/>
            </w:pPr>
            <w:r>
              <w:rPr>
                <w:b/>
                <w:color w:val="831843"/>
              </w:rPr>
              <w:t>Let’s work together</w:t>
            </w:r>
          </w:p>
          <w:p>
            <w:pPr>
              <w:spacing w:after="0"/>
            </w:pPr>
            <w:r>
              <w:t>Send us your drawings for a feasibility review and quotation.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CCED2"/>
      </w:pBdr>
    </w:pPr>
    <w:r/>
    <w:r>
      <w:rPr>
        <w:caps w:val="0"/>
        <w:color w:val="6F7581"/>
        <w:sz w:val="17"/>
      </w:rPr>
      <w:t>Precitech Components · Company Profile</w:t>
    </w:r>
    <w:r>
      <w:rPr>
        <w:color w:val="6F7581"/>
        <w:sz w:val="17"/>
      </w:rPr>
      <w:tab/>
      <w:t>Chennai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172033"/>
      </w:pBdr>
    </w:pPr>
    <w:rPr>
      <w:rFonts w:ascii="Space Grotesk" w:hAnsi="Space Grotesk" w:cs="Space Grotesk" w:eastAsia="Space Grotesk"/>
      <w:b/>
      <w:bCs/>
      <w:i w:val="0"/>
      <w:color w:val="172033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pace Grotesk" w:hAnsi="Space Grotesk" w:cs="Space Grotesk" w:eastAsia="Space Grotesk"/>
      <w:b/>
      <w:bCs/>
      <w:i w:val="0"/>
      <w:color w:val="17203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pace Grotesk" w:hAnsi="Space Grotesk" w:cs="Space Grotesk" w:eastAsia="Space Grotesk"/>
      <w:b/>
      <w:bCs/>
      <w:i w:val="0"/>
      <w:color w:val="172033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pace Grotesk" w:hAnsi="Space Grotesk" w:cs="Space Grotesk" w:eastAsia="Space Grotesk"/>
      <w:b/>
      <w:color w:val="172033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pace Grotesk" w:hAnsi="Space Grotesk" w:cs="Space Grotesk" w:eastAsia="Space Grotesk"/>
      <w:i w:val="0"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IBM Plex Sans" w:hAnsi="IBM Plex Sans" w:cs="IBM Plex Sans" w:eastAsia="IBM Plex Sans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