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double" w:sz="12" w:space="0" w:color="4338CA"/>
          <w:left w:val="double" w:sz="12" w:space="0" w:color="4338CA"/>
          <w:bottom w:val="double" w:sz="12" w:space="0" w:color="4338CA"/>
          <w:right w:val="double" w:sz="12" w:space="0" w:color="4338CA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412"/>
      </w:tblGrid>
      <w:tr>
        <w:trPr>
          <w:trHeight w:val="14071" w:hRule="exact"/>
        </w:trPr>
        <w:tc>
          <w:tcPr>
            <w:tcW w:type="dxa" w:w="9411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4338CA"/>
                <w:sz w:val="20"/>
                <w:spacing w:val="60"/>
              </w:rPr>
              <w:t>Company Profile 2026</w:t>
            </w:r>
          </w:p>
          <w:p>
            <w:pPr>
              <w:pStyle w:val="Title"/>
              <w:jc w:val="center"/>
            </w:pPr>
            <w:r>
              <w:t>CarePlus Clinics</w:t>
            </w:r>
          </w:p>
          <w:p>
            <w:pPr>
              <w:jc w:val="center"/>
            </w:pPr>
            <w:r>
              <w:rPr>
                <w:b/>
                <w:i w:val="0"/>
                <w:color w:val="4338CA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6B7079"/>
                <w:sz w:val="26"/>
              </w:rPr>
              <w:t>Family healthcare, close to home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ESTABLISHED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2015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HEADQUARTERS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Hyderabad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WEBSITE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About Us</w:t>
      </w:r>
      <w:r>
        <w:tab/>
        <w:t>2</w:t>
      </w:r>
    </w:p>
    <w:p>
      <w:pPr>
        <w:pStyle w:val="TOC1"/>
      </w:pPr>
      <w:r>
        <w:t>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What We Do</w:t>
      </w:r>
      <w:r>
        <w:tab/>
        <w:t>3</w:t>
      </w:r>
    </w:p>
    <w:p>
      <w:pPr>
        <w:pStyle w:val="TOC2"/>
      </w:pPr>
      <w:r>
        <w:t>General Medicine</w:t>
      </w:r>
      <w:r>
        <w:tab/>
        <w:t>3</w:t>
      </w:r>
    </w:p>
    <w:p>
      <w:pPr>
        <w:pStyle w:val="TOC2"/>
      </w:pPr>
      <w:r>
        <w:t>Paediatrics</w:t>
      </w:r>
      <w:r>
        <w:tab/>
        <w:t>3</w:t>
      </w:r>
    </w:p>
    <w:p>
      <w:pPr>
        <w:pStyle w:val="TOC2"/>
      </w:pPr>
      <w:r>
        <w:t>Women’s Health</w:t>
      </w:r>
      <w:r>
        <w:tab/>
        <w:t>4</w:t>
      </w:r>
    </w:p>
    <w:p>
      <w:pPr>
        <w:pStyle w:val="TOC2"/>
      </w:pPr>
      <w:r>
        <w:t>Diagnostics</w:t>
      </w:r>
      <w:r>
        <w:tab/>
        <w:t>4</w:t>
      </w:r>
    </w:p>
    <w:p>
      <w:pPr>
        <w:pStyle w:val="TOC1"/>
      </w:pPr>
      <w:r>
        <w:t>Industries We Serve</w:t>
      </w:r>
      <w:r>
        <w:tab/>
        <w:t>4</w:t>
      </w:r>
    </w:p>
    <w:p>
      <w:pPr>
        <w:pStyle w:val="TOC1"/>
      </w:pPr>
      <w:r>
        <w:t>How We Work</w:t>
      </w:r>
      <w:r>
        <w:tab/>
        <w:t>4</w:t>
      </w:r>
    </w:p>
    <w:p>
      <w:pPr>
        <w:pStyle w:val="TOC1"/>
      </w:pPr>
      <w:r>
        <w:t>Why Choose Us</w:t>
      </w:r>
      <w:r>
        <w:tab/>
        <w:t>5</w:t>
      </w:r>
    </w:p>
    <w:p>
      <w:pPr>
        <w:pStyle w:val="TOC1"/>
      </w:pPr>
      <w:r>
        <w:t>Leadership Team</w:t>
      </w:r>
      <w:r>
        <w:tab/>
        <w:t>5</w:t>
      </w:r>
    </w:p>
    <w:p>
      <w:pPr>
        <w:pStyle w:val="TOC1"/>
      </w:pPr>
      <w:r>
        <w:t>Selected Projects</w:t>
      </w:r>
      <w:r>
        <w:tab/>
        <w:t>5</w:t>
      </w:r>
    </w:p>
    <w:p>
      <w:pPr>
        <w:pStyle w:val="TOC2"/>
      </w:pPr>
      <w:r>
        <w:t>Corporate health programme</w:t>
      </w:r>
      <w:r>
        <w:tab/>
        <w:t>5</w:t>
      </w:r>
    </w:p>
    <w:p>
      <w:pPr>
        <w:pStyle w:val="TOC2"/>
      </w:pPr>
      <w:r>
        <w:t>School health camp</w:t>
      </w:r>
      <w:r>
        <w:tab/>
        <w:t>5</w:t>
      </w:r>
    </w:p>
    <w:p>
      <w:pPr>
        <w:pStyle w:val="TOC2"/>
      </w:pPr>
      <w:r>
        <w:t>Diabetes care pathway</w:t>
      </w:r>
      <w:r>
        <w:tab/>
        <w:t>5</w:t>
      </w:r>
    </w:p>
    <w:p>
      <w:pPr>
        <w:pStyle w:val="TOC1"/>
      </w:pPr>
      <w:r>
        <w:t>Infrastructure and Capabilities</w:t>
      </w:r>
      <w:r>
        <w:tab/>
        <w:t>5</w:t>
      </w:r>
    </w:p>
    <w:p>
      <w:pPr>
        <w:pStyle w:val="TOC1"/>
      </w:pPr>
      <w:r>
        <w:t>Certifications and Memberships</w:t>
      </w:r>
      <w:r>
        <w:tab/>
        <w:t>6</w:t>
      </w:r>
    </w:p>
    <w:p>
      <w:pPr>
        <w:pStyle w:val="TOC1"/>
      </w:pPr>
      <w:r>
        <w:t>Corporate Social Responsibility</w:t>
      </w:r>
      <w:r>
        <w:tab/>
        <w:t>6</w:t>
      </w:r>
    </w:p>
    <w:p>
      <w:pPr>
        <w:pStyle w:val="TOC1"/>
      </w:pPr>
      <w:r>
        <w:t>Contact Us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About Us</w:t>
      </w:r>
    </w:p>
    <w:p>
      <w:pPr>
        <w:jc w:val="both"/>
      </w:pPr>
      <w:r>
        <w:t>CarePlus Clinics is a network of neighbourhood clinics offering general medicine, paediatrics, women’s health and diagnostics.</w:t>
      </w:r>
    </w:p>
    <w:p>
      <w:pPr>
        <w:jc w:val="both"/>
      </w:pPr>
      <w:r>
        <w:t>We focus on accessible, affordable and respectful care, with doctors who know their patients and follow up on their health.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D6D3F3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4338CA"/>
                <w:sz w:val="40"/>
              </w:rPr>
              <w:t>8</w:t>
            </w:r>
          </w:p>
          <w:p>
            <w:pPr>
              <w:spacing w:after="0"/>
            </w:pPr>
            <w:r>
              <w:rPr>
                <w:sz w:val="18"/>
              </w:rPr>
              <w:t>Clinics (sample)</w:t>
            </w:r>
          </w:p>
        </w:tc>
        <w:tc>
          <w:tcPr>
            <w:tcW w:type="dxa" w:w="3137"/>
            <w:shd w:val="clear" w:color="auto" w:fill="D6D3F3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4338CA"/>
                <w:sz w:val="40"/>
              </w:rPr>
              <w:t>7 days</w:t>
            </w:r>
          </w:p>
          <w:p>
            <w:pPr>
              <w:spacing w:after="0"/>
            </w:pPr>
            <w:r>
              <w:rPr>
                <w:sz w:val="18"/>
              </w:rPr>
              <w:t>A week</w:t>
            </w:r>
          </w:p>
        </w:tc>
        <w:tc>
          <w:tcPr>
            <w:tcW w:type="dxa" w:w="3137"/>
            <w:shd w:val="clear" w:color="auto" w:fill="D6D3F3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4338CA"/>
                <w:sz w:val="40"/>
              </w:rPr>
              <w:t>30+</w:t>
            </w:r>
          </w:p>
          <w:p>
            <w:pPr>
              <w:spacing w:after="0"/>
            </w:pPr>
            <w:r>
              <w:rPr>
                <w:sz w:val="18"/>
              </w:rPr>
              <w:t>Doctors and staff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Vision, Mission and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Our vision</w:t>
            </w:r>
          </w:p>
          <w:p>
            <w:pPr>
              <w:spacing w:after="0"/>
            </w:pPr>
            <w:r>
              <w:t>Every family in the city has a trusted doctor nearby.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Our mission</w:t>
            </w:r>
          </w:p>
          <w:p>
            <w:pPr>
              <w:spacing w:after="0"/>
            </w:pPr>
            <w:r>
              <w:t>To provide high-quality primary care with warmth, clarity and continuity.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ECEBFA"/>
          </w:tcPr>
          <w:p>
            <w:pPr>
              <w:spacing w:after="40"/>
            </w:pPr>
            <w:r>
              <w:rPr>
                <w:b/>
                <w:color w:val="4338CA"/>
              </w:rPr>
              <w:t>Compassion</w:t>
            </w:r>
          </w:p>
          <w:p>
            <w:pPr>
              <w:spacing w:after="40"/>
            </w:pPr>
            <w:r>
              <w:t>Patients first, always.</w:t>
            </w:r>
          </w:p>
        </w:tc>
        <w:tc>
          <w:tcPr>
            <w:tcW w:type="dxa" w:w="4706"/>
            <w:shd w:val="clear" w:color="auto" w:fill="ECEBFA"/>
          </w:tcPr>
          <w:p>
            <w:pPr>
              <w:spacing w:after="40"/>
            </w:pPr>
            <w:r>
              <w:rPr>
                <w:b/>
                <w:color w:val="4338CA"/>
              </w:rPr>
              <w:t>Clarity</w:t>
            </w:r>
          </w:p>
          <w:p>
            <w:pPr>
              <w:spacing w:after="40"/>
            </w:pPr>
            <w:r>
              <w:t>We explain diagnoses and costs simply.</w:t>
            </w:r>
          </w:p>
        </w:tc>
      </w:tr>
      <w:tr>
        <w:tc>
          <w:tcPr>
            <w:tcW w:type="dxa" w:w="4706"/>
            <w:shd w:val="clear" w:color="auto" w:fill="ECEBFA"/>
          </w:tcPr>
          <w:p>
            <w:pPr>
              <w:spacing w:after="40"/>
            </w:pPr>
            <w:r>
              <w:rPr>
                <w:b/>
                <w:color w:val="4338CA"/>
              </w:rPr>
              <w:t>Quality</w:t>
            </w:r>
          </w:p>
          <w:p>
            <w:pPr>
              <w:spacing w:after="40"/>
            </w:pPr>
            <w:r>
              <w:t>Evidence-based protocols.</w:t>
            </w:r>
          </w:p>
        </w:tc>
        <w:tc>
          <w:tcPr>
            <w:tcW w:type="dxa" w:w="4706"/>
            <w:shd w:val="clear" w:color="auto" w:fill="ECEBFA"/>
          </w:tcPr>
          <w:p>
            <w:pPr>
              <w:spacing w:after="40"/>
            </w:pPr>
            <w:r>
              <w:rPr>
                <w:b/>
                <w:color w:val="4338CA"/>
              </w:rPr>
              <w:t>Accessibility</w:t>
            </w:r>
          </w:p>
          <w:p>
            <w:pPr>
              <w:spacing w:after="40"/>
            </w:pPr>
            <w:r>
              <w:t>Care that is close and affordable.</w:t>
            </w:r>
          </w:p>
        </w:tc>
      </w:tr>
    </w:tbl>
    <w:p/>
    <w:p>
      <w:pPr>
        <w:pStyle w:val="Heading1"/>
      </w:pPr>
      <w:r>
        <w:t>What We Do</w:t>
      </w:r>
    </w:p>
    <w:p>
      <w:pPr>
        <w:jc w:val="both"/>
      </w:pPr>
      <w:r>
        <w:t>We provide primary care, preventive health check-ups and diagnostic services under one roof.</w:t>
      </w:r>
    </w:p>
    <w:p>
      <w:pPr>
        <w:pStyle w:val="Heading2"/>
      </w:pPr>
      <w:r>
        <w:t>General Medicine</w:t>
      </w:r>
    </w:p>
    <w:p>
      <w:pPr>
        <w:jc w:val="both"/>
      </w:pPr>
      <w:r>
        <w:t>Consultations for common illnesses and long-term conditions such as diabetes and hypertension.</w:t>
      </w:r>
    </w:p>
    <w:p>
      <w:pPr>
        <w:pStyle w:val="ListBullet"/>
      </w:pPr>
      <w:r>
        <w:t>Chronic care programmes</w:t>
      </w:r>
    </w:p>
    <w:p>
      <w:pPr>
        <w:pStyle w:val="ListBullet"/>
      </w:pPr>
      <w:r>
        <w:t>Teleconsultation follow-ups</w:t>
      </w:r>
    </w:p>
    <w:p>
      <w:pPr>
        <w:pStyle w:val="ListBullet"/>
      </w:pPr>
      <w:r>
        <w:t>Vaccinations</w:t>
      </w:r>
    </w:p>
    <w:p>
      <w:pPr>
        <w:pStyle w:val="Heading2"/>
      </w:pPr>
      <w:r>
        <w:t>Paediatrics</w:t>
      </w:r>
    </w:p>
    <w:p>
      <w:pPr>
        <w:jc w:val="both"/>
      </w:pPr>
      <w:r>
        <w:t>Child health, growth monitoring and immunisation.</w:t>
      </w:r>
    </w:p>
    <w:p>
      <w:pPr>
        <w:pStyle w:val="ListBullet"/>
      </w:pPr>
      <w:r>
        <w:t>Well-baby clinics</w:t>
      </w:r>
    </w:p>
    <w:p>
      <w:pPr>
        <w:pStyle w:val="ListBullet"/>
      </w:pPr>
      <w:r>
        <w:t>Vaccination reminders</w:t>
      </w:r>
    </w:p>
    <w:p>
      <w:pPr>
        <w:pStyle w:val="ListBullet"/>
      </w:pPr>
      <w:r>
        <w:t>Nutrition advice</w:t>
      </w:r>
    </w:p>
    <w:p>
      <w:pPr>
        <w:pStyle w:val="Heading2"/>
      </w:pPr>
      <w:r>
        <w:t>Women’s Health</w:t>
      </w:r>
    </w:p>
    <w:p>
      <w:pPr>
        <w:jc w:val="both"/>
      </w:pPr>
      <w:r>
        <w:t>Antenatal care and gynaecology consultations.</w:t>
      </w:r>
    </w:p>
    <w:p>
      <w:pPr>
        <w:pStyle w:val="ListBullet"/>
      </w:pPr>
      <w:r>
        <w:t>Antenatal check-ups</w:t>
      </w:r>
    </w:p>
    <w:p>
      <w:pPr>
        <w:pStyle w:val="ListBullet"/>
      </w:pPr>
      <w:r>
        <w:t>Family planning</w:t>
      </w:r>
    </w:p>
    <w:p>
      <w:pPr>
        <w:pStyle w:val="ListBullet"/>
      </w:pPr>
      <w:r>
        <w:t>Screening</w:t>
      </w:r>
    </w:p>
    <w:p>
      <w:pPr>
        <w:pStyle w:val="Heading2"/>
      </w:pPr>
      <w:r>
        <w:t>Diagnostics</w:t>
      </w:r>
    </w:p>
    <w:p>
      <w:pPr>
        <w:jc w:val="both"/>
      </w:pPr>
      <w:r>
        <w:t>Sample collection and basic imaging with quick reports.</w:t>
      </w:r>
    </w:p>
    <w:p>
      <w:pPr>
        <w:pStyle w:val="ListBullet"/>
      </w:pPr>
      <w:r>
        <w:t>Blood tests</w:t>
      </w:r>
    </w:p>
    <w:p>
      <w:pPr>
        <w:pStyle w:val="ListBullet"/>
      </w:pPr>
      <w:r>
        <w:t>ECG</w:t>
      </w:r>
    </w:p>
    <w:p>
      <w:pPr>
        <w:pStyle w:val="ListBullet"/>
      </w:pPr>
      <w:r>
        <w:t>Home collection</w:t>
      </w:r>
    </w:p>
    <w:p>
      <w:pPr>
        <w:pStyle w:val="Heading1"/>
      </w:pPr>
      <w:r>
        <w:t>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Industry</w:t>
            </w:r>
          </w:p>
        </w:tc>
        <w:tc>
          <w:tcPr>
            <w:tcW w:type="dxa" w:w="672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we help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Families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Primary and preventive care</w:t>
            </w:r>
          </w:p>
        </w:tc>
      </w:tr>
      <w:tr>
        <w:tc>
          <w:tcPr>
            <w:tcW w:type="dxa" w:w="268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Corporates</w:t>
            </w:r>
          </w:p>
        </w:tc>
        <w:tc>
          <w:tcPr>
            <w:tcW w:type="dxa" w:w="67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Employee health check-ups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Schools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Health camps and screening</w:t>
            </w:r>
          </w:p>
        </w:tc>
      </w:tr>
      <w:tr>
        <w:tc>
          <w:tcPr>
            <w:tcW w:type="dxa" w:w="268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Senior citizens</w:t>
            </w:r>
          </w:p>
        </w:tc>
        <w:tc>
          <w:tcPr>
            <w:tcW w:type="dxa" w:w="672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Home visits and chronic care</w:t>
            </w:r>
          </w:p>
        </w:tc>
      </w:tr>
    </w:tbl>
    <w:p>
      <w:pPr>
        <w:spacing w:after="80"/>
      </w:pPr>
    </w:p>
    <w:p>
      <w:pPr>
        <w:pStyle w:val="Heading1"/>
      </w:pPr>
      <w:r>
        <w:t>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06"/>
        <w:gridCol w:w="2353"/>
        <w:gridCol w:w="6252"/>
      </w:tblGrid>
      <w:tr>
        <w:trPr>
          <w:tblHeader/>
        </w:trPr>
        <w:tc>
          <w:tcPr>
            <w:tcW w:type="dxa" w:w="807"/>
            <w:vAlign w:val="center"/>
            <w:shd w:val="clear" w:color="auto" w:fill="4338C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Step</w:t>
            </w:r>
          </w:p>
        </w:tc>
        <w:tc>
          <w:tcPr>
            <w:tcW w:type="dxa" w:w="2353"/>
            <w:vAlign w:val="center"/>
            <w:shd w:val="clear" w:color="auto" w:fill="4338C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6252"/>
            <w:vAlign w:val="center"/>
            <w:shd w:val="clear" w:color="auto" w:fill="4338C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What happens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Register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Walk in or book online</w:t>
            </w:r>
          </w:p>
        </w:tc>
      </w:tr>
      <w:tr>
        <w:tc>
          <w:tcPr>
            <w:tcW w:type="dxa" w:w="807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2353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Consult</w:t>
            </w:r>
          </w:p>
        </w:tc>
        <w:tc>
          <w:tcPr>
            <w:tcW w:type="dxa" w:w="625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Unhurried consultation with a doctor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Test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Diagnostics if needed, same location</w:t>
            </w:r>
          </w:p>
        </w:tc>
      </w:tr>
      <w:tr>
        <w:tc>
          <w:tcPr>
            <w:tcW w:type="dxa" w:w="807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2353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Treat</w:t>
            </w:r>
          </w:p>
        </w:tc>
        <w:tc>
          <w:tcPr>
            <w:tcW w:type="dxa" w:w="625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Clear treatment plan and medicines</w:t>
            </w:r>
          </w:p>
        </w:tc>
      </w:tr>
      <w:tr>
        <w:tc>
          <w:tcPr>
            <w:tcW w:type="dxa" w:w="8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Follow up</w:t>
            </w:r>
          </w:p>
        </w:tc>
        <w:tc>
          <w:tcPr>
            <w:tcW w:type="dxa" w:w="625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Reminders and review visits</w:t>
            </w:r>
          </w:p>
        </w:tc>
      </w:tr>
    </w:tbl>
    <w:p>
      <w:pPr>
        <w:spacing w:after="80"/>
      </w:pPr>
    </w:p>
    <w:p>
      <w:pPr>
        <w:pStyle w:val="Heading1"/>
      </w:pPr>
      <w:r>
        <w:t>Why Choose Us</w:t>
      </w:r>
    </w:p>
    <w:p>
      <w:pPr>
        <w:pStyle w:val="ListBullet"/>
      </w:pPr>
      <w:r>
        <w:t>Qualified doctors and trained nurses</w:t>
      </w:r>
    </w:p>
    <w:p>
      <w:pPr>
        <w:pStyle w:val="ListBullet"/>
      </w:pPr>
      <w:r>
        <w:t>Transparent pricing</w:t>
      </w:r>
    </w:p>
    <w:p>
      <w:pPr>
        <w:pStyle w:val="ListBullet"/>
      </w:pPr>
      <w:r>
        <w:t>Digital health records</w:t>
      </w:r>
    </w:p>
    <w:p>
      <w:pPr>
        <w:pStyle w:val="ListBullet"/>
      </w:pPr>
      <w:r>
        <w:t>Extended hours and weekend clinics</w:t>
      </w:r>
    </w:p>
    <w:p>
      <w:pPr>
        <w:pStyle w:val="Heading1"/>
      </w:pPr>
      <w:r>
        <w:t>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71"/>
        <w:gridCol w:w="2596"/>
        <w:gridCol w:w="4543"/>
      </w:tblGrid>
      <w:tr>
        <w:trPr>
          <w:tblHeader/>
        </w:trPr>
        <w:tc>
          <w:tcPr>
            <w:tcW w:type="dxa" w:w="2272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596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Designation</w:t>
            </w:r>
          </w:p>
        </w:tc>
        <w:tc>
          <w:tcPr>
            <w:tcW w:type="dxa" w:w="4543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Experience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Dr. Ravi Teja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Medical Director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Internal medicine</w:t>
            </w:r>
          </w:p>
        </w:tc>
      </w:tr>
      <w:tr>
        <w:tc>
          <w:tcPr>
            <w:tcW w:type="dxa" w:w="227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Dr. Ayesha Khan</w:t>
            </w:r>
          </w:p>
        </w:tc>
        <w:tc>
          <w:tcPr>
            <w:tcW w:type="dxa" w:w="259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Lead Paediatrician</w:t>
            </w:r>
          </w:p>
        </w:tc>
        <w:tc>
          <w:tcPr>
            <w:tcW w:type="dxa" w:w="454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Child health</w:t>
            </w:r>
          </w:p>
        </w:tc>
      </w:tr>
      <w:tr>
        <w:tc>
          <w:tcPr>
            <w:tcW w:type="dxa" w:w="227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Dr. Swathi Reddy</w:t>
            </w:r>
          </w:p>
        </w:tc>
        <w:tc>
          <w:tcPr>
            <w:tcW w:type="dxa" w:w="25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Gynaecologist</w:t>
            </w:r>
          </w:p>
        </w:tc>
        <w:tc>
          <w:tcPr>
            <w:tcW w:type="dxa" w:w="454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Women’s health</w:t>
            </w:r>
          </w:p>
        </w:tc>
      </w:tr>
      <w:tr>
        <w:tc>
          <w:tcPr>
            <w:tcW w:type="dxa" w:w="227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Kiran Rao</w:t>
            </w:r>
          </w:p>
        </w:tc>
        <w:tc>
          <w:tcPr>
            <w:tcW w:type="dxa" w:w="259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Operations Head</w:t>
            </w:r>
          </w:p>
        </w:tc>
        <w:tc>
          <w:tcPr>
            <w:tcW w:type="dxa" w:w="454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Clinic operations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Selected Projects</w:t>
      </w:r>
    </w:p>
    <w:p>
      <w:pPr>
        <w:pStyle w:val="Heading2"/>
      </w:pPr>
      <w:r>
        <w:t>Corporate health programme</w:t>
      </w:r>
    </w:p>
    <w:p>
      <w:r>
        <w:rPr>
          <w:b/>
          <w:color w:val="4338CA"/>
        </w:rPr>
        <w:t xml:space="preserve">Client: </w:t>
      </w:r>
      <w:r>
        <w:t>An IT services company</w:t>
      </w:r>
    </w:p>
    <w:p>
      <w:pPr>
        <w:jc w:val="both"/>
      </w:pPr>
      <w:r>
        <w:t>Annual check-ups and on-site clinics for employees.</w:t>
      </w:r>
    </w:p>
    <w:p>
      <w:pPr>
        <w:pStyle w:val="Heading2"/>
      </w:pPr>
      <w:r>
        <w:t>School health camp</w:t>
      </w:r>
    </w:p>
    <w:p>
      <w:r>
        <w:rPr>
          <w:b/>
          <w:color w:val="4338CA"/>
        </w:rPr>
        <w:t xml:space="preserve">Client: </w:t>
      </w:r>
      <w:r>
        <w:t>A group of schools</w:t>
      </w:r>
    </w:p>
    <w:p>
      <w:pPr>
        <w:jc w:val="both"/>
      </w:pPr>
      <w:r>
        <w:t>Screening for vision, dental and growth.</w:t>
      </w:r>
    </w:p>
    <w:p>
      <w:pPr>
        <w:pStyle w:val="Heading2"/>
      </w:pPr>
      <w:r>
        <w:t>Diabetes care pathway</w:t>
      </w:r>
    </w:p>
    <w:p>
      <w:r>
        <w:rPr>
          <w:b/>
          <w:color w:val="4338CA"/>
        </w:rPr>
        <w:t xml:space="preserve">Client: </w:t>
      </w:r>
      <w:r>
        <w:t>Clinic patients</w:t>
      </w:r>
    </w:p>
    <w:p>
      <w:pPr>
        <w:jc w:val="both"/>
      </w:pPr>
      <w:r>
        <w:t>Structured follow-up with diet counselling.</w:t>
      </w:r>
    </w:p>
    <w:p>
      <w:pPr>
        <w:pStyle w:val="Heading1"/>
      </w:pPr>
      <w:r>
        <w:t>Infrastructure and Capabilities</w:t>
      </w:r>
    </w:p>
    <w:p>
      <w:pPr>
        <w:pStyle w:val="ListBullet"/>
      </w:pPr>
      <w:r>
        <w:t>Accredited partner laboratory</w:t>
      </w:r>
    </w:p>
    <w:p>
      <w:pPr>
        <w:pStyle w:val="ListBullet"/>
      </w:pPr>
      <w:r>
        <w:t>Electronic medical records</w:t>
      </w:r>
    </w:p>
    <w:p>
      <w:pPr>
        <w:pStyle w:val="ListBullet"/>
      </w:pPr>
      <w:r>
        <w:t>Pharmacy at each clinic</w:t>
      </w:r>
    </w:p>
    <w:p>
      <w:pPr>
        <w:pStyle w:val="Heading1"/>
      </w:pPr>
      <w:r>
        <w:t>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50"/>
        <w:gridCol w:w="3361"/>
      </w:tblGrid>
      <w:tr>
        <w:trPr>
          <w:tblHeader/>
        </w:trPr>
        <w:tc>
          <w:tcPr>
            <w:tcW w:type="dxa" w:w="6050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Certification / membership</w:t>
            </w:r>
          </w:p>
        </w:tc>
        <w:tc>
          <w:tcPr>
            <w:tcW w:type="dxa" w:w="3361"/>
            <w:vAlign w:val="center"/>
            <w:shd w:val="clear" w:color="auto" w:fill="4338C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Clinical establishment registration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Laboratory accreditation (partner)</w:t>
            </w:r>
          </w:p>
        </w:tc>
        <w:tc>
          <w:tcPr>
            <w:tcW w:type="dxa" w:w="3361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605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Biomedical waste authorisation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Corporate Social Responsibility</w:t>
      </w:r>
    </w:p>
    <w:p>
      <w:pPr>
        <w:jc w:val="both"/>
      </w:pPr>
      <w:r>
        <w:t>We conduct free health camps in underserved neighbourhoods every quarter.</w:t>
      </w:r>
    </w:p>
    <w:p>
      <w:pPr>
        <w:pStyle w:val="Heading1"/>
      </w:pPr>
      <w:r>
        <w:t>Contact Us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Your Health Plaza, Road No. 12, Banjara Hills, Hyderabad 500034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Let’s work together</w:t>
            </w:r>
          </w:p>
          <w:p>
            <w:pPr>
              <w:spacing w:after="0"/>
            </w:pPr>
            <w:r>
              <w:t>Book a consultation or a family health check-up at your nearest CarePlus clinic.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CarePlus Clinics · Company Profile</w:t>
    </w:r>
    <w:r>
      <w:rPr>
        <w:color w:val="6B7079"/>
        <w:sz w:val="17"/>
      </w:rPr>
      <w:tab/>
      <w:t>Hyderabad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4338CA"/>
      </w:pBdr>
    </w:pPr>
    <w:rPr>
      <w:rFonts w:ascii="Calibri" w:hAnsi="Calibri" w:cs="Calibri" w:eastAsia="Calibri"/>
      <w:b/>
      <w:bCs/>
      <w:i w:val="0"/>
      <w:color w:val="11182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libri" w:hAnsi="Calibri" w:cs="Calibri" w:eastAsia="Calibri"/>
      <w:b/>
      <w:bCs/>
      <w:i w:val="0"/>
      <w:color w:val="4338CA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libri" w:hAnsi="Calibri" w:cs="Calibri" w:eastAsia="Calibri"/>
      <w:b/>
      <w:bCs/>
      <w:i w:val="0"/>
      <w:color w:val="11182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libri" w:hAnsi="Calibri" w:cs="Calibri" w:eastAsia="Calibri"/>
      <w:b/>
      <w:color w:val="11182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libri" w:hAnsi="Calibri" w:cs="Calibri" w:eastAsia="Calibri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