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1606" w:hRule="exact"/>
        </w:trPr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111827"/>
          </w:tcPr>
          <w:p/>
        </w:tc>
        <w:tc>
          <w:tcPr>
            <w:tcW w:type="dxa" w:w="1606"/>
            <w:shd w:val="clear" w:color="auto" w:fill="4338CA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D6D3F3"/>
          </w:tcPr>
          <w:p/>
        </w:tc>
        <w:tc>
          <w:tcPr>
            <w:tcW w:type="dxa" w:w="1606"/>
            <w:shd w:val="clear" w:color="auto" w:fill="D6D3F3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111827"/>
          </w:tcPr>
          <w:p/>
        </w:tc>
        <w:tc>
          <w:tcPr>
            <w:tcW w:type="dxa" w:w="1606"/>
            <w:shd w:val="clear" w:color="auto" w:fill="4338CA"/>
          </w:tcPr>
          <w:p/>
        </w:tc>
        <w:tc>
          <w:tcPr>
            <w:tcW w:type="dxa" w:w="1606"/>
            <w:shd w:val="clear" w:color="auto" w:fill="111827"/>
          </w:tcPr>
          <w:p/>
        </w:tc>
        <w:tc>
          <w:tcPr>
            <w:tcW w:type="dxa" w:w="1606"/>
            <w:shd w:val="clear" w:color="auto" w:fill="ECEBFA"/>
          </w:tcPr>
          <w:p/>
        </w:tc>
        <w:tc>
          <w:tcPr>
            <w:tcW w:type="dxa" w:w="1606"/>
            <w:shd w:val="clear" w:color="auto" w:fill="D6D3F3"/>
          </w:tcPr>
          <w:p/>
        </w:tc>
        <w:tc>
          <w:tcPr>
            <w:tcW w:type="dxa" w:w="1606"/>
            <w:shd w:val="clear" w:color="auto" w:fill="D6D3F3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4338CA"/>
          </w:tcPr>
          <w:p/>
        </w:tc>
        <w:tc>
          <w:tcPr>
            <w:tcW w:type="dxa" w:w="1606"/>
            <w:shd w:val="clear" w:color="auto" w:fill="2F278D"/>
          </w:tcPr>
          <w:p/>
        </w:tc>
        <w:tc>
          <w:tcPr>
            <w:tcW w:type="dxa" w:w="1606"/>
            <w:shd w:val="clear" w:color="auto" w:fill="D6D3F3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111827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4338CA"/>
          </w:tcPr>
          <w:p/>
        </w:tc>
        <w:tc>
          <w:tcPr>
            <w:tcW w:type="dxa" w:w="1606"/>
            <w:shd w:val="clear" w:color="auto" w:fill="D6D3F3"/>
          </w:tcPr>
          <w:p/>
        </w:tc>
        <w:tc>
          <w:tcPr>
            <w:tcW w:type="dxa" w:w="1606"/>
            <w:shd w:val="clear" w:color="auto" w:fill="ECEBFA"/>
          </w:tcPr>
          <w:p/>
        </w:tc>
        <w:tc>
          <w:tcPr>
            <w:tcW w:type="dxa" w:w="1606"/>
            <w:shd w:val="clear" w:color="auto" w:fill="111827"/>
          </w:tcPr>
          <w:p/>
        </w:tc>
        <w:tc>
          <w:tcPr>
            <w:tcW w:type="dxa" w:w="1606"/>
            <w:shd w:val="clear" w:color="auto" w:fill="2F278D"/>
          </w:tcPr>
          <w:p/>
        </w:tc>
        <w:tc>
          <w:tcPr>
            <w:tcW w:type="dxa" w:w="1606"/>
            <w:shd w:val="clear" w:color="auto" w:fill="2F278D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4338CA"/>
          <w:sz w:val="20"/>
          <w:spacing w:val="40"/>
        </w:rPr>
        <w:t>Guide · Programming</w:t>
      </w:r>
    </w:p>
    <w:p>
      <w:pPr>
        <w:pStyle w:val="Title"/>
      </w:pPr>
      <w:r>
        <w:rPr>
          <w:sz w:val="76"/>
        </w:rPr>
        <w:t>Python from Zero</w:t>
      </w:r>
    </w:p>
    <w:p>
      <w:r>
        <w:rPr>
          <w:b w:val="0"/>
          <w:i w:val="0"/>
          <w:color w:val="6B7079"/>
          <w:sz w:val="26"/>
        </w:rPr>
        <w:t>A Hands-On Beginner’s Guide to Programming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WRITTEN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EDITION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FORMAT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Your Name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First edition, 2026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Python from Zero</w:t>
      </w:r>
    </w:p>
    <w:p>
      <w:pPr>
        <w:spacing w:after="240"/>
      </w:pPr>
      <w:r>
        <w:rPr>
          <w:color w:val="6B7079"/>
        </w:rPr>
        <w:t>A Hands-On Beginner’s Guide to Programming</w:t>
      </w:r>
    </w:p>
    <w:p>
      <w:pPr>
        <w:spacing w:after="120"/>
      </w:pPr>
      <w:r>
        <w:rPr>
          <w:color w:val="6B7079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6B7079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6B7079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6B7079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Type every example yourself instead of copying it — your fingers learn as much as your eyes. Each chapter ends with exercises that build on the previous ones.</w:t>
      </w:r>
    </w:p>
    <w:p>
      <w:pPr>
        <w:jc w:val="both"/>
      </w:pPr>
      <w:r>
        <w:t>You need a computer with Python 3 installed. All examples work on Windows, macOS and Linux.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4338CA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  <w:p>
            <w:pPr>
              <w:spacing w:after="40"/>
            </w:pPr>
            <w:r>
              <w:t>•  Worksheets to complete in the book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Getting Started with Python</w:t>
      </w:r>
      <w:r>
        <w:tab/>
        <w:t>6</w:t>
      </w:r>
    </w:p>
    <w:p>
      <w:pPr>
        <w:pStyle w:val="TOC2"/>
      </w:pPr>
      <w:r>
        <w:t>Installing Python</w:t>
      </w:r>
      <w:r>
        <w:tab/>
        <w:t>6</w:t>
      </w:r>
    </w:p>
    <w:p>
      <w:pPr>
        <w:pStyle w:val="TOC2"/>
      </w:pPr>
      <w:r>
        <w:t>Your First Program</w:t>
      </w:r>
      <w:r>
        <w:tab/>
        <w:t>6</w:t>
      </w:r>
    </w:p>
    <w:p>
      <w:pPr>
        <w:pStyle w:val="TOC2"/>
      </w:pPr>
      <w:r>
        <w:t>Variables</w:t>
      </w:r>
      <w:r>
        <w:tab/>
        <w:t>6</w:t>
      </w:r>
    </w:p>
    <w:p>
      <w:pPr>
        <w:pStyle w:val="TOC1"/>
      </w:pPr>
      <w:r>
        <w:t>02  Numbers, Strings and Input</w:t>
      </w:r>
      <w:r>
        <w:tab/>
        <w:t>9</w:t>
      </w:r>
    </w:p>
    <w:p>
      <w:pPr>
        <w:pStyle w:val="TOC2"/>
      </w:pPr>
      <w:r>
        <w:t>Working with Numbers</w:t>
      </w:r>
      <w:r>
        <w:tab/>
        <w:t>9</w:t>
      </w:r>
    </w:p>
    <w:p>
      <w:pPr>
        <w:pStyle w:val="TOC2"/>
      </w:pPr>
      <w:r>
        <w:t>Working with Text</w:t>
      </w:r>
      <w:r>
        <w:tab/>
        <w:t>9</w:t>
      </w:r>
    </w:p>
    <w:p>
      <w:pPr>
        <w:pStyle w:val="TOC2"/>
      </w:pPr>
      <w:r>
        <w:t>Reading Input</w:t>
      </w:r>
      <w:r>
        <w:tab/>
        <w:t>9</w:t>
      </w:r>
    </w:p>
    <w:p>
      <w:pPr>
        <w:pStyle w:val="TOC1"/>
      </w:pPr>
      <w:r>
        <w:t>03  Making Decisions with if</w:t>
      </w:r>
      <w:r>
        <w:tab/>
        <w:t>12</w:t>
      </w:r>
    </w:p>
    <w:p>
      <w:pPr>
        <w:pStyle w:val="TOC2"/>
      </w:pPr>
      <w:r>
        <w:t>Conditions</w:t>
      </w:r>
      <w:r>
        <w:tab/>
        <w:t>12</w:t>
      </w:r>
    </w:p>
    <w:p>
      <w:pPr>
        <w:pStyle w:val="TOC2"/>
      </w:pPr>
      <w:r>
        <w:t>Branching</w:t>
      </w:r>
      <w:r>
        <w:tab/>
        <w:t>12</w:t>
      </w:r>
    </w:p>
    <w:p>
      <w:pPr>
        <w:pStyle w:val="TOC2"/>
      </w:pPr>
      <w:r>
        <w:t>Combining Conditions</w:t>
      </w:r>
      <w:r>
        <w:tab/>
        <w:t>12</w:t>
      </w:r>
    </w:p>
    <w:p>
      <w:pPr>
        <w:pStyle w:val="TOC1"/>
      </w:pPr>
      <w:r>
        <w:t>04  Loops: Repeating Work</w:t>
      </w:r>
      <w:r>
        <w:tab/>
        <w:t>15</w:t>
      </w:r>
    </w:p>
    <w:p>
      <w:pPr>
        <w:pStyle w:val="TOC2"/>
      </w:pPr>
      <w:r>
        <w:t>for Loops</w:t>
      </w:r>
      <w:r>
        <w:tab/>
        <w:t>15</w:t>
      </w:r>
    </w:p>
    <w:p>
      <w:pPr>
        <w:pStyle w:val="TOC2"/>
      </w:pPr>
      <w:r>
        <w:t>while Loops</w:t>
      </w:r>
      <w:r>
        <w:tab/>
        <w:t>15</w:t>
      </w:r>
    </w:p>
    <w:p>
      <w:pPr>
        <w:pStyle w:val="TOC2"/>
      </w:pPr>
      <w:r>
        <w:t>Controlling Loops</w:t>
      </w:r>
      <w:r>
        <w:tab/>
        <w:t>15</w:t>
      </w:r>
    </w:p>
    <w:p>
      <w:pPr>
        <w:pStyle w:val="TOC1"/>
      </w:pPr>
      <w:r>
        <w:t>05  Lists and Tuples</w:t>
      </w:r>
      <w:r>
        <w:tab/>
        <w:t>18</w:t>
      </w:r>
    </w:p>
    <w:p>
      <w:pPr>
        <w:pStyle w:val="TOC2"/>
      </w:pPr>
      <w:r>
        <w:t>Creating Lists</w:t>
      </w:r>
      <w:r>
        <w:tab/>
        <w:t>18</w:t>
      </w:r>
    </w:p>
    <w:p>
      <w:pPr>
        <w:pStyle w:val="TOC2"/>
      </w:pPr>
      <w:r>
        <w:t>Changing Lists</w:t>
      </w:r>
      <w:r>
        <w:tab/>
        <w:t>18</w:t>
      </w:r>
    </w:p>
    <w:p>
      <w:pPr>
        <w:pStyle w:val="TOC2"/>
      </w:pPr>
      <w:r>
        <w:t>Tuples</w:t>
      </w:r>
      <w:r>
        <w:tab/>
        <w:t>18</w:t>
      </w:r>
    </w:p>
    <w:p>
      <w:pPr>
        <w:pStyle w:val="TOC1"/>
      </w:pPr>
      <w:r>
        <w:t>06  Dictionaries and Sets</w:t>
      </w:r>
      <w:r>
        <w:tab/>
        <w:t>21</w:t>
      </w:r>
    </w:p>
    <w:p>
      <w:pPr>
        <w:pStyle w:val="TOC2"/>
      </w:pPr>
      <w:r>
        <w:t>Key–Value Pairs</w:t>
      </w:r>
      <w:r>
        <w:tab/>
        <w:t>21</w:t>
      </w:r>
    </w:p>
    <w:p>
      <w:pPr>
        <w:pStyle w:val="TOC2"/>
      </w:pPr>
      <w:r>
        <w:t>Looping</w:t>
      </w:r>
      <w:r>
        <w:tab/>
        <w:t>21</w:t>
      </w:r>
    </w:p>
    <w:p>
      <w:pPr>
        <w:pStyle w:val="TOC2"/>
      </w:pPr>
      <w:r>
        <w:t>Sets</w:t>
      </w:r>
      <w:r>
        <w:tab/>
        <w:t>21</w:t>
      </w:r>
    </w:p>
    <w:p>
      <w:pPr>
        <w:pStyle w:val="TOC1"/>
      </w:pPr>
      <w:r>
        <w:t>07  Functions</w:t>
      </w:r>
      <w:r>
        <w:tab/>
        <w:t>24</w:t>
      </w:r>
    </w:p>
    <w:p>
      <w:pPr>
        <w:pStyle w:val="TOC2"/>
      </w:pPr>
      <w:r>
        <w:t>Defining Functions</w:t>
      </w:r>
      <w:r>
        <w:tab/>
        <w:t>24</w:t>
      </w:r>
    </w:p>
    <w:p>
      <w:pPr>
        <w:pStyle w:val="TOC2"/>
      </w:pPr>
      <w:r>
        <w:t>Returning Values</w:t>
      </w:r>
      <w:r>
        <w:tab/>
        <w:t>24</w:t>
      </w:r>
    </w:p>
    <w:p>
      <w:pPr>
        <w:pStyle w:val="TOC2"/>
      </w:pPr>
      <w:r>
        <w:t>Default Arguments</w:t>
      </w:r>
      <w:r>
        <w:tab/>
        <w:t>24</w:t>
      </w:r>
    </w:p>
    <w:p>
      <w:pPr>
        <w:pStyle w:val="TOC1"/>
      </w:pPr>
      <w:r>
        <w:t>08  Files and Errors</w:t>
      </w:r>
      <w:r>
        <w:tab/>
        <w:t>27</w:t>
      </w:r>
    </w:p>
    <w:p>
      <w:pPr>
        <w:pStyle w:val="TOC2"/>
      </w:pPr>
      <w:r>
        <w:t>Reading Files</w:t>
      </w:r>
      <w:r>
        <w:tab/>
        <w:t>27</w:t>
      </w:r>
    </w:p>
    <w:p>
      <w:pPr>
        <w:pStyle w:val="TOC2"/>
      </w:pPr>
      <w:r>
        <w:t>Writing Files</w:t>
      </w:r>
      <w:r>
        <w:tab/>
        <w:t>27</w:t>
      </w:r>
    </w:p>
    <w:p>
      <w:pPr>
        <w:pStyle w:val="TOC2"/>
      </w:pPr>
      <w:r>
        <w:t>Handling Errors</w:t>
      </w:r>
      <w:r>
        <w:tab/>
        <w:t>27</w:t>
      </w:r>
    </w:p>
    <w:p>
      <w:pPr>
        <w:pStyle w:val="TOC1"/>
      </w:pPr>
      <w:r>
        <w:t>09  Modules and Libraries</w:t>
      </w:r>
      <w:r>
        <w:tab/>
        <w:t>30</w:t>
      </w:r>
    </w:p>
    <w:p>
      <w:pPr>
        <w:pStyle w:val="TOC2"/>
      </w:pPr>
      <w:r>
        <w:t>Importing</w:t>
      </w:r>
      <w:r>
        <w:tab/>
        <w:t>30</w:t>
      </w:r>
    </w:p>
    <w:p>
      <w:pPr>
        <w:pStyle w:val="TOC2"/>
      </w:pPr>
      <w:r>
        <w:t>Standard Library Highlights</w:t>
      </w:r>
      <w:r>
        <w:tab/>
        <w:t>30</w:t>
      </w:r>
    </w:p>
    <w:p>
      <w:pPr>
        <w:pStyle w:val="TOC2"/>
      </w:pPr>
      <w:r>
        <w:t>Installing Packages</w:t>
      </w:r>
      <w:r>
        <w:tab/>
        <w:t>30</w:t>
      </w:r>
    </w:p>
    <w:p>
      <w:pPr>
        <w:pStyle w:val="TOC1"/>
      </w:pPr>
      <w:r>
        <w:t>10  Your First Project</w:t>
      </w:r>
      <w:r>
        <w:tab/>
        <w:t>33</w:t>
      </w:r>
    </w:p>
    <w:p>
      <w:pPr>
        <w:pStyle w:val="TOC2"/>
      </w:pPr>
      <w:r>
        <w:t>Plan First</w:t>
      </w:r>
      <w:r>
        <w:tab/>
        <w:t>33</w:t>
      </w:r>
    </w:p>
    <w:p>
      <w:pPr>
        <w:pStyle w:val="TOC2"/>
      </w:pPr>
      <w:r>
        <w:t>Build in Steps</w:t>
      </w:r>
      <w:r>
        <w:tab/>
        <w:t>33</w:t>
      </w:r>
    </w:p>
    <w:p>
      <w:pPr>
        <w:pStyle w:val="TOC2"/>
      </w:pPr>
      <w:r>
        <w:t>Where to Go Next</w:t>
      </w:r>
      <w:r>
        <w:tab/>
        <w:t>33</w:t>
      </w:r>
    </w:p>
    <w:p>
      <w:pPr>
        <w:pStyle w:val="TOC1"/>
      </w:pPr>
      <w:r>
        <w:t>11  Practice Log</w:t>
      </w:r>
      <w:r>
        <w:tab/>
        <w:t>36</w:t>
      </w:r>
    </w:p>
    <w:p>
      <w:pPr>
        <w:pStyle w:val="TOC1"/>
      </w:pPr>
      <w:r>
        <w:t>12  Glossary and Resources</w:t>
      </w:r>
      <w:r>
        <w:tab/>
        <w:t>49</w:t>
      </w:r>
    </w:p>
    <w:p>
      <w:pPr>
        <w:pStyle w:val="TOC2"/>
      </w:pPr>
      <w:r>
        <w:t>Glossary</w:t>
      </w:r>
      <w:r>
        <w:tab/>
        <w:t>49</w:t>
      </w:r>
    </w:p>
    <w:p>
      <w:pPr>
        <w:pStyle w:val="TOC2"/>
      </w:pPr>
      <w:r>
        <w:t>Further Reading and Resources</w:t>
      </w:r>
      <w:r>
        <w:tab/>
        <w:t>49</w:t>
      </w:r>
    </w:p>
    <w:p>
      <w:pPr>
        <w:pStyle w:val="TOC2"/>
      </w:pPr>
      <w:r>
        <w:t>About the Author</w:t>
      </w:r>
      <w:r>
        <w:tab/>
        <w:t>49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Getting Started with Python</w:t>
      </w:r>
    </w:p>
    <w:p>
      <w:pPr>
        <w:jc w:val="both"/>
      </w:pPr>
      <w:r>
        <w:t>Python is a friendly, readable programming language used for websites, data analysis, automation and artificial intelligence. In this chapter you will install Python and write your first program.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chapter you will learn</w:t>
            </w:r>
          </w:p>
          <w:p>
            <w:pPr>
              <w:spacing w:after="40"/>
            </w:pPr>
            <w:r>
              <w:t>•  How to install Python and an editor</w:t>
            </w:r>
          </w:p>
          <w:p>
            <w:pPr>
              <w:spacing w:after="40"/>
            </w:pPr>
            <w:r>
              <w:t>•  How to run a program</w:t>
            </w:r>
          </w:p>
          <w:p>
            <w:pPr>
              <w:spacing w:after="40"/>
            </w:pPr>
            <w:r>
              <w:t>•  What variables are</w:t>
            </w:r>
          </w:p>
        </w:tc>
      </w:tr>
    </w:tbl>
    <w:p>
      <w:pPr>
        <w:spacing w:after="80"/>
      </w:pPr>
    </w:p>
    <w:p>
      <w:pPr>
        <w:pStyle w:val="Heading2"/>
      </w:pPr>
      <w:r>
        <w:t>Installing Python</w:t>
      </w:r>
    </w:p>
    <w:p>
      <w:pPr>
        <w:jc w:val="both"/>
      </w:pPr>
      <w:r>
        <w:t>Download Python 3 from the official website and install it, ticking the option to add Python to your system path. Install a simple editor such as VS Code or use IDLE, which comes with Python.</w:t>
      </w:r>
    </w:p>
    <w:p>
      <w:pPr>
        <w:pStyle w:val="Heading2"/>
      </w:pPr>
      <w:r>
        <w:t>Your First Program</w:t>
      </w:r>
    </w:p>
    <w:p>
      <w:pPr>
        <w:jc w:val="both"/>
      </w:pPr>
      <w:r>
        <w:t>Create a file called hello.py, type the line below and run it. Python prints the text in the terminal.</w:t>
      </w:r>
    </w:p>
    <w:p>
      <w:pPr>
        <w:pStyle w:val="Heading2"/>
      </w:pPr>
      <w:r>
        <w:t>Variables</w:t>
      </w:r>
    </w:p>
    <w:p>
      <w:pPr>
        <w:jc w:val="both"/>
      </w:pPr>
      <w:r>
        <w:t>A variable is a name that refers to a value. Python works out the type automatically, so you can store numbers, text and more without declaring types.</w:t>
      </w:r>
    </w:p>
    <w:p>
      <w:pPr>
        <w:pStyle w:val="ListBullet"/>
      </w:pPr>
      <w:r>
        <w:t>Names should describe the value</w:t>
      </w:r>
    </w:p>
    <w:p>
      <w:pPr>
        <w:pStyle w:val="ListBullet"/>
      </w:pPr>
      <w:r>
        <w:t>Use lowercase with underscores</w:t>
      </w:r>
    </w:p>
    <w:p>
      <w:pPr>
        <w:pStyle w:val="ListBullet"/>
      </w:pPr>
      <w:r>
        <w:t>Avoid starting names with numbers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639"/>
      </w:tblGrid>
      <w:tr>
        <w:tc>
          <w:tcPr>
            <w:tcW w:type="dxa" w:w="9638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B7079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name = "Asha"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age = 19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print("Hello,", name)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print("Next year you will be", age + 1)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Try this</w:t>
            </w:r>
          </w:p>
          <w:p>
            <w:pPr>
              <w:spacing w:after="0"/>
            </w:pPr>
            <w:r>
              <w:t>Change the message to greet yourself by name and run the program again.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Python is installed once and run from a terminal or editor.</w:t>
      </w:r>
    </w:p>
    <w:p>
      <w:pPr>
        <w:pStyle w:val="ListBullet"/>
      </w:pPr>
      <w:r>
        <w:t>print() shows output.</w:t>
      </w:r>
    </w:p>
    <w:p>
      <w:pPr>
        <w:pStyle w:val="ListBullet"/>
      </w:pPr>
      <w:r>
        <w:t>Variables store values with meaningful names.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Install Python and run hello.py.</w:t>
      </w:r>
    </w:p>
    <w:p>
      <w:pPr>
        <w:pStyle w:val="ListNumber"/>
      </w:pPr>
      <w:r>
        <w:t>Create variables for your name and age and print them.</w:t>
      </w:r>
    </w:p>
    <w:p>
      <w:pPr>
        <w:pStyle w:val="ListNumber"/>
      </w:pPr>
      <w:r>
        <w:t>What happens if you misspell print?</w:t>
      </w:r>
    </w:p>
    <w:p>
      <w:pPr>
        <w:keepNext/>
        <w:spacing w:after="40"/>
      </w:pPr>
      <w:r>
        <w:rPr>
          <w:b/>
          <w:color w:val="4338CA"/>
        </w:rPr>
        <w:t>Worksheet 1: Getting Started with Python</w:t>
      </w:r>
    </w:p>
    <w:p>
      <w:pPr>
        <w:spacing w:after="80"/>
      </w:pPr>
      <w:r>
        <w:rPr>
          <w:i/>
          <w:color w:val="6B7079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Install Python and run hello.py.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Create variables for your name and age and print them.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happens if you misspell print?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Getting Started with Python</w:t>
      </w:r>
    </w:p>
    <w:p>
      <w:r>
        <w:rPr>
          <w:i/>
          <w:color w:val="6B7079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Python is installed once and run from a terminal or editor.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print() shows output.</w:t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Variables store values with meaningful names.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4338C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02  Numbers, Strings and Input</w:t>
      </w:r>
    </w:p>
    <w:p>
      <w:pPr>
        <w:jc w:val="both"/>
      </w:pPr>
      <w:r>
        <w:t>Programs become useful when they work with data from the user. This chapter covers arithmetic, text and reading input.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chapter you will learn</w:t>
            </w:r>
          </w:p>
          <w:p>
            <w:pPr>
              <w:spacing w:after="40"/>
            </w:pPr>
            <w:r>
              <w:t>•  Arithmetic operators</w:t>
            </w:r>
          </w:p>
          <w:p>
            <w:pPr>
              <w:spacing w:after="40"/>
            </w:pPr>
            <w:r>
              <w:t>•  String operations</w:t>
            </w:r>
          </w:p>
          <w:p>
            <w:pPr>
              <w:spacing w:after="40"/>
            </w:pPr>
            <w:r>
              <w:t>•  Reading and converting input</w:t>
            </w:r>
          </w:p>
        </w:tc>
      </w:tr>
    </w:tbl>
    <w:p>
      <w:pPr>
        <w:spacing w:after="80"/>
      </w:pPr>
    </w:p>
    <w:p>
      <w:pPr>
        <w:pStyle w:val="Heading2"/>
      </w:pPr>
      <w:r>
        <w:t>Working with Numbers</w:t>
      </w:r>
    </w:p>
    <w:p>
      <w:pPr>
        <w:jc w:val="both"/>
      </w:pPr>
      <w:r>
        <w:t>Python supports + - * / for arithmetic, // for whole-number division, % for remainder and ** for powers.</w:t>
      </w:r>
    </w:p>
    <w:p>
      <w:pPr>
        <w:pStyle w:val="Heading2"/>
      </w:pPr>
      <w:r>
        <w:t>Working with Text</w:t>
      </w:r>
    </w:p>
    <w:p>
      <w:pPr>
        <w:jc w:val="both"/>
      </w:pPr>
      <w:r>
        <w:t>Strings can be joined, repeated and sliced. Methods such as upper(), lower() and strip() transform text.</w:t>
      </w:r>
    </w:p>
    <w:p>
      <w:pPr>
        <w:pStyle w:val="Heading2"/>
      </w:pPr>
      <w:r>
        <w:t>Reading Input</w:t>
      </w:r>
    </w:p>
    <w:p>
      <w:pPr>
        <w:jc w:val="both"/>
      </w:pPr>
      <w:r>
        <w:t>input() always returns text. Convert it with int() or float() before doing arithmetic.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639"/>
      </w:tblGrid>
      <w:tr>
        <w:tc>
          <w:tcPr>
            <w:tcW w:type="dxa" w:w="9638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B7079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price = float(input("Price: "))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total = price * 1.18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print(f"Total with GST: {total:.2f}")</w:t>
            </w:r>
          </w:p>
        </w:tc>
      </w:tr>
    </w:tbl>
    <w:p>
      <w:pPr>
        <w:spacing w:after="8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Operator</w:t>
            </w:r>
          </w:p>
        </w:tc>
        <w:tc>
          <w:tcPr>
            <w:tcW w:type="dxa" w:w="2409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  <w:tc>
          <w:tcPr>
            <w:tcW w:type="dxa" w:w="2409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Example</w:t>
            </w:r>
          </w:p>
        </w:tc>
        <w:tc>
          <w:tcPr>
            <w:tcW w:type="dxa" w:w="2409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Result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+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Addition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7 + 2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</w:t>
            </w:r>
          </w:p>
        </w:tc>
      </w:tr>
      <w:tr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//</w:t>
            </w:r>
          </w:p>
        </w:tc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Floor division</w:t>
            </w:r>
          </w:p>
        </w:tc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7 // 2</w:t>
            </w:r>
          </w:p>
        </w:tc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%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Remainder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7 % 2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</w:tr>
      <w:tr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**</w:t>
            </w:r>
          </w:p>
        </w:tc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Power</w:t>
            </w:r>
          </w:p>
        </w:tc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 ** 5</w:t>
            </w:r>
          </w:p>
        </w:tc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32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2: Common arithmetic operators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Try this</w:t>
            </w:r>
          </w:p>
          <w:p>
            <w:pPr>
              <w:spacing w:after="0"/>
            </w:pPr>
            <w:r>
              <w:t>Write a program that asks for the price of an item and prints the price with 18% GST added.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Use the right operator for the job.</w:t>
      </w:r>
    </w:p>
    <w:p>
      <w:pPr>
        <w:pStyle w:val="ListBullet"/>
      </w:pPr>
      <w:r>
        <w:t>Strings have many helpful methods.</w:t>
      </w:r>
    </w:p>
    <w:p>
      <w:pPr>
        <w:pStyle w:val="ListBullet"/>
      </w:pPr>
      <w:r>
        <w:t>Convert input before calculating.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program that converts Celsius to Fahrenheit.</w:t>
      </w:r>
    </w:p>
    <w:p>
      <w:pPr>
        <w:pStyle w:val="ListNumber"/>
      </w:pPr>
      <w:r>
        <w:t>Print your name in capital letters.</w:t>
      </w:r>
    </w:p>
    <w:p>
      <w:pPr>
        <w:pStyle w:val="ListNumber"/>
      </w:pPr>
      <w:r>
        <w:t>What does 17 % 5 return?</w:t>
      </w:r>
    </w:p>
    <w:p>
      <w:pPr>
        <w:keepNext/>
        <w:spacing w:after="40"/>
      </w:pPr>
      <w:r>
        <w:rPr>
          <w:b/>
          <w:color w:val="4338CA"/>
        </w:rPr>
        <w:t>Worksheet 2: Numbers, Strings and Input</w:t>
      </w:r>
    </w:p>
    <w:p>
      <w:pPr>
        <w:spacing w:after="80"/>
      </w:pPr>
      <w:r>
        <w:rPr>
          <w:i/>
          <w:color w:val="6B7079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Write a program that converts Celsius to Fahrenheit.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Print your name in capital letters.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does 17 % 5 return?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Numbers, Strings and Input</w:t>
      </w:r>
    </w:p>
    <w:p>
      <w:r>
        <w:rPr>
          <w:i/>
          <w:color w:val="6B7079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Use the right operator for the job.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Strings have many helpful methods.</w:t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Convert input before calculating.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4338C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03  Making Decisions with if</w:t>
      </w:r>
    </w:p>
    <w:p>
      <w:pPr>
        <w:jc w:val="both"/>
      </w:pPr>
      <w:r>
        <w:t>Programs often need to choose what to do. The if statement runs code only when a condition is true.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chapter you will learn</w:t>
            </w:r>
          </w:p>
          <w:p>
            <w:pPr>
              <w:spacing w:after="40"/>
            </w:pPr>
            <w:r>
              <w:t>•  Comparison operators</w:t>
            </w:r>
          </w:p>
          <w:p>
            <w:pPr>
              <w:spacing w:after="40"/>
            </w:pPr>
            <w:r>
              <w:t>•  if, elif and else</w:t>
            </w:r>
          </w:p>
          <w:p>
            <w:pPr>
              <w:spacing w:after="40"/>
            </w:pPr>
            <w:r>
              <w:t>•  Combining conditions</w:t>
            </w:r>
          </w:p>
        </w:tc>
      </w:tr>
    </w:tbl>
    <w:p>
      <w:pPr>
        <w:spacing w:after="80"/>
      </w:pPr>
    </w:p>
    <w:p>
      <w:pPr>
        <w:pStyle w:val="Heading2"/>
      </w:pPr>
      <w:r>
        <w:t>Conditions</w:t>
      </w:r>
    </w:p>
    <w:p>
      <w:pPr>
        <w:jc w:val="both"/>
      </w:pPr>
      <w:r>
        <w:t>Comparisons such as ==, !=, &lt;, &gt; return True or False. Remember that = assigns a value while == compares.</w:t>
      </w:r>
    </w:p>
    <w:p>
      <w:pPr>
        <w:pStyle w:val="Heading2"/>
      </w:pPr>
      <w:r>
        <w:t>Branching</w:t>
      </w:r>
    </w:p>
    <w:p>
      <w:pPr>
        <w:jc w:val="both"/>
      </w:pPr>
      <w:r>
        <w:t>Use elif for additional conditions and else for everything that remains. Indentation shows which lines belong to each branch.</w:t>
      </w:r>
    </w:p>
    <w:p>
      <w:pPr>
        <w:pStyle w:val="Heading2"/>
      </w:pPr>
      <w:r>
        <w:t>Combining Conditions</w:t>
      </w:r>
    </w:p>
    <w:p>
      <w:pPr>
        <w:jc w:val="both"/>
      </w:pPr>
      <w:r>
        <w:t>Use and, or and not to build more complex conditions.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639"/>
      </w:tblGrid>
      <w:tr>
        <w:tc>
          <w:tcPr>
            <w:tcW w:type="dxa" w:w="9638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B7079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 = int(input("Marks: "))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if marks &gt;= 90: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print("Grade A")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elif marks &gt;= 75: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print("Grade B")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else: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print("Keep practising")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Try this</w:t>
            </w:r>
          </w:p>
          <w:p>
            <w:pPr>
              <w:spacing w:after="0"/>
            </w:pPr>
            <w:r>
              <w:t>Write a program that tells the user whether a number is even or odd.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Conditions evaluate to True or False.</w:t>
      </w:r>
    </w:p>
    <w:p>
      <w:pPr>
        <w:pStyle w:val="ListBullet"/>
      </w:pPr>
      <w:r>
        <w:t>Indentation defines blocks.</w:t>
      </w:r>
    </w:p>
    <w:p>
      <w:pPr>
        <w:pStyle w:val="ListBullet"/>
      </w:pPr>
      <w:r>
        <w:t>and/or/not combine conditions.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program that prints the grade for a percentage.</w:t>
      </w:r>
    </w:p>
    <w:p>
      <w:pPr>
        <w:pStyle w:val="ListNumber"/>
      </w:pPr>
      <w:r>
        <w:t>Check if a year is a leap year.</w:t>
      </w:r>
    </w:p>
    <w:p>
      <w:pPr>
        <w:pStyle w:val="ListNumber"/>
      </w:pPr>
      <w:r>
        <w:t>What is the difference between = and ==?</w:t>
      </w:r>
    </w:p>
    <w:p>
      <w:pPr>
        <w:keepNext/>
        <w:spacing w:after="40"/>
      </w:pPr>
      <w:r>
        <w:rPr>
          <w:b/>
          <w:color w:val="4338CA"/>
        </w:rPr>
        <w:t>Worksheet 3: Making Decisions with if</w:t>
      </w:r>
    </w:p>
    <w:p>
      <w:pPr>
        <w:spacing w:after="80"/>
      </w:pPr>
      <w:r>
        <w:rPr>
          <w:i/>
          <w:color w:val="6B7079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Write a program that prints the grade for a percentage.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Check if a year is a leap year.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is the difference between = and ==?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Making Decisions with if</w:t>
      </w:r>
    </w:p>
    <w:p>
      <w:r>
        <w:rPr>
          <w:i/>
          <w:color w:val="6B7079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Conditions evaluate to True or False.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Indentation defines blocks.</w:t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and/or/not combine conditions.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4338C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04  Loops: Repeating Work</w:t>
      </w:r>
    </w:p>
    <w:p>
      <w:pPr>
        <w:jc w:val="both"/>
      </w:pPr>
      <w:r>
        <w:t>Loops let a program repeat actions without copying code. Python has for loops for sequences and while loops for repeating until a condition changes.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chapter you will learn</w:t>
            </w:r>
          </w:p>
          <w:p>
            <w:pPr>
              <w:spacing w:after="40"/>
            </w:pPr>
            <w:r>
              <w:t>•  for loops with range()</w:t>
            </w:r>
          </w:p>
          <w:p>
            <w:pPr>
              <w:spacing w:after="40"/>
            </w:pPr>
            <w:r>
              <w:t>•  while loops</w:t>
            </w:r>
          </w:p>
          <w:p>
            <w:pPr>
              <w:spacing w:after="40"/>
            </w:pPr>
            <w:r>
              <w:t>•  break and continue</w:t>
            </w:r>
          </w:p>
        </w:tc>
      </w:tr>
    </w:tbl>
    <w:p>
      <w:pPr>
        <w:spacing w:after="80"/>
      </w:pPr>
    </w:p>
    <w:p>
      <w:pPr>
        <w:pStyle w:val="Heading2"/>
      </w:pPr>
      <w:r>
        <w:t>for Loops</w:t>
      </w:r>
    </w:p>
    <w:p>
      <w:pPr>
        <w:jc w:val="both"/>
      </w:pPr>
      <w:r>
        <w:t>A for loop goes through each item in a sequence. range(1, 11) produces the numbers 1 to 10.</w:t>
      </w:r>
    </w:p>
    <w:p>
      <w:pPr>
        <w:pStyle w:val="Heading2"/>
      </w:pPr>
      <w:r>
        <w:t>while Loops</w:t>
      </w:r>
    </w:p>
    <w:p>
      <w:pPr>
        <w:jc w:val="both"/>
      </w:pPr>
      <w:r>
        <w:t>A while loop repeats as long as its condition is true. Make sure something inside the loop eventually makes the condition false.</w:t>
      </w:r>
    </w:p>
    <w:p>
      <w:pPr>
        <w:pStyle w:val="Heading2"/>
      </w:pPr>
      <w:r>
        <w:t>Controlling Loops</w:t>
      </w:r>
    </w:p>
    <w:p>
      <w:pPr>
        <w:jc w:val="both"/>
      </w:pPr>
      <w:r>
        <w:t>break exits a loop early; continue skips to the next round.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639"/>
      </w:tblGrid>
      <w:tr>
        <w:tc>
          <w:tcPr>
            <w:tcW w:type="dxa" w:w="9638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B7079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total = 0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for n in range(1, 101):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total += n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print("Sum:", total)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Try this</w:t>
            </w:r>
          </w:p>
          <w:p>
            <w:pPr>
              <w:spacing w:after="0"/>
            </w:pPr>
            <w:r>
              <w:t>Print all numbers from 1 to 50 that are divisible by 3 or 5.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for loops suit known sequences.</w:t>
      </w:r>
    </w:p>
    <w:p>
      <w:pPr>
        <w:pStyle w:val="ListBullet"/>
      </w:pPr>
      <w:r>
        <w:t>while loops suit unknown repetitions.</w:t>
      </w:r>
    </w:p>
    <w:p>
      <w:pPr>
        <w:pStyle w:val="ListBullet"/>
      </w:pPr>
      <w:r>
        <w:t>Avoid infinite loops.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Print the multiplication table of 7.</w:t>
      </w:r>
    </w:p>
    <w:p>
      <w:pPr>
        <w:pStyle w:val="ListNumber"/>
      </w:pPr>
      <w:r>
        <w:t>Sum the numbers from 1 to 100.</w:t>
      </w:r>
    </w:p>
    <w:p>
      <w:pPr>
        <w:pStyle w:val="ListNumber"/>
      </w:pPr>
      <w:r>
        <w:t>Write a guessing game using while.</w:t>
      </w:r>
    </w:p>
    <w:p>
      <w:pPr>
        <w:keepNext/>
        <w:spacing w:after="40"/>
      </w:pPr>
      <w:r>
        <w:rPr>
          <w:b/>
          <w:color w:val="4338CA"/>
        </w:rPr>
        <w:t>Worksheet 4: Loops: Repeating Work</w:t>
      </w:r>
    </w:p>
    <w:p>
      <w:pPr>
        <w:spacing w:after="80"/>
      </w:pPr>
      <w:r>
        <w:rPr>
          <w:i/>
          <w:color w:val="6B7079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Print the multiplication table of 7.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Sum the numbers from 1 to 100.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Write a guessing game using while.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Loops: Repeating Work</w:t>
      </w:r>
    </w:p>
    <w:p>
      <w:r>
        <w:rPr>
          <w:i/>
          <w:color w:val="6B7079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for loops suit known sequences.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while loops suit unknown repetitions.</w:t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Avoid infinite loops.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4338C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05  Lists and Tuples</w:t>
      </w:r>
    </w:p>
    <w:p>
      <w:pPr>
        <w:jc w:val="both"/>
      </w:pPr>
      <w:r>
        <w:t>Lists store collections of items in order. They are one of the most useful tools in Python.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chapter you will learn</w:t>
            </w:r>
          </w:p>
          <w:p>
            <w:pPr>
              <w:spacing w:after="40"/>
            </w:pPr>
            <w:r>
              <w:t>•  Creating and indexing lists</w:t>
            </w:r>
          </w:p>
          <w:p>
            <w:pPr>
              <w:spacing w:after="40"/>
            </w:pPr>
            <w:r>
              <w:t>•  Adding, removing and sorting</w:t>
            </w:r>
          </w:p>
          <w:p>
            <w:pPr>
              <w:spacing w:after="40"/>
            </w:pPr>
            <w:r>
              <w:t>•  Tuples and when to use them</w:t>
            </w:r>
          </w:p>
        </w:tc>
      </w:tr>
    </w:tbl>
    <w:p>
      <w:pPr>
        <w:spacing w:after="80"/>
      </w:pPr>
    </w:p>
    <w:p>
      <w:pPr>
        <w:pStyle w:val="Heading2"/>
      </w:pPr>
      <w:r>
        <w:t>Creating Lists</w:t>
      </w:r>
    </w:p>
    <w:p>
      <w:pPr>
        <w:jc w:val="both"/>
      </w:pPr>
      <w:r>
        <w:t>Lists use square brackets. Items are numbered from 0, and negative indexes count from the end.</w:t>
      </w:r>
    </w:p>
    <w:p>
      <w:pPr>
        <w:pStyle w:val="Heading2"/>
      </w:pPr>
      <w:r>
        <w:t>Changing Lists</w:t>
      </w:r>
    </w:p>
    <w:p>
      <w:pPr>
        <w:jc w:val="both"/>
      </w:pPr>
      <w:r>
        <w:t>append() adds an item, remove() deletes one, sort() arranges items and len() counts them.</w:t>
      </w:r>
    </w:p>
    <w:p>
      <w:pPr>
        <w:pStyle w:val="Heading2"/>
      </w:pPr>
      <w:r>
        <w:t>Tuples</w:t>
      </w:r>
    </w:p>
    <w:p>
      <w:pPr>
        <w:jc w:val="both"/>
      </w:pPr>
      <w:r>
        <w:t>Tuples are like lists but cannot be changed after creation, which makes them suitable for fixed data such as coordinates.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639"/>
      </w:tblGrid>
      <w:tr>
        <w:tc>
          <w:tcPr>
            <w:tcW w:type="dxa" w:w="9638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B7079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 = [78, 91, 66, 85]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marks.append(72)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marks.sort()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print(marks, "average:", sum(marks) / len(marks))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Try this</w:t>
            </w:r>
          </w:p>
          <w:p>
            <w:pPr>
              <w:spacing w:after="0"/>
            </w:pPr>
            <w:r>
              <w:t>Create a shopping list, add two items, remove one and print it sorted.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Lists are ordered and changeable.</w:t>
      </w:r>
    </w:p>
    <w:p>
      <w:pPr>
        <w:pStyle w:val="ListBullet"/>
      </w:pPr>
      <w:r>
        <w:t>Indexes start at 0.</w:t>
      </w:r>
    </w:p>
    <w:p>
      <w:pPr>
        <w:pStyle w:val="ListBullet"/>
      </w:pPr>
      <w:r>
        <w:t>Tuples are fixed.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Store five marks in a list and print the average.</w:t>
      </w:r>
    </w:p>
    <w:p>
      <w:pPr>
        <w:pStyle w:val="ListNumber"/>
      </w:pPr>
      <w:r>
        <w:t>Find the largest item without max().</w:t>
      </w:r>
    </w:p>
    <w:p>
      <w:pPr>
        <w:pStyle w:val="ListNumber"/>
      </w:pPr>
      <w:r>
        <w:t>When would you use a tuple?</w:t>
      </w:r>
    </w:p>
    <w:p>
      <w:pPr>
        <w:keepNext/>
        <w:spacing w:after="40"/>
      </w:pPr>
      <w:r>
        <w:rPr>
          <w:b/>
          <w:color w:val="4338CA"/>
        </w:rPr>
        <w:t>Worksheet 5: Lists and Tuples</w:t>
      </w:r>
    </w:p>
    <w:p>
      <w:pPr>
        <w:spacing w:after="80"/>
      </w:pPr>
      <w:r>
        <w:rPr>
          <w:i/>
          <w:color w:val="6B7079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Store five marks in a list and print the average.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Find the largest item without max().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When would you use a tuple?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Lists and Tuples</w:t>
      </w:r>
    </w:p>
    <w:p>
      <w:r>
        <w:rPr>
          <w:i/>
          <w:color w:val="6B7079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Lists are ordered and changeable.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Indexes start at 0.</w:t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Tuples are fixed.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4338C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06  Dictionaries and Sets</w:t>
      </w:r>
    </w:p>
    <w:p>
      <w:pPr>
        <w:jc w:val="both"/>
      </w:pPr>
      <w:r>
        <w:t>Dictionaries store data as key–value pairs, which makes looking things up fast and readable.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chapter you will learn</w:t>
            </w:r>
          </w:p>
          <w:p>
            <w:pPr>
              <w:spacing w:after="40"/>
            </w:pPr>
            <w:r>
              <w:t>•  Creating dictionaries</w:t>
            </w:r>
          </w:p>
          <w:p>
            <w:pPr>
              <w:spacing w:after="40"/>
            </w:pPr>
            <w:r>
              <w:t>•  Looping through keys and values</w:t>
            </w:r>
          </w:p>
          <w:p>
            <w:pPr>
              <w:spacing w:after="40"/>
            </w:pPr>
            <w:r>
              <w:t>•  Using sets to remove duplicates</w:t>
            </w:r>
          </w:p>
        </w:tc>
      </w:tr>
    </w:tbl>
    <w:p>
      <w:pPr>
        <w:spacing w:after="80"/>
      </w:pPr>
    </w:p>
    <w:p>
      <w:pPr>
        <w:pStyle w:val="Heading2"/>
      </w:pPr>
      <w:r>
        <w:t>Key–Value Pairs</w:t>
      </w:r>
    </w:p>
    <w:p>
      <w:pPr>
        <w:jc w:val="both"/>
      </w:pPr>
      <w:r>
        <w:t>A dictionary maps keys to values, such as a roll number to a student name.</w:t>
      </w:r>
    </w:p>
    <w:p>
      <w:pPr>
        <w:pStyle w:val="Heading2"/>
      </w:pPr>
      <w:r>
        <w:t>Looping</w:t>
      </w:r>
    </w:p>
    <w:p>
      <w:pPr>
        <w:jc w:val="both"/>
      </w:pPr>
      <w:r>
        <w:t>items() returns pairs you can loop through. get() returns a default if a key is missing.</w:t>
      </w:r>
    </w:p>
    <w:p>
      <w:pPr>
        <w:pStyle w:val="Heading2"/>
      </w:pPr>
      <w:r>
        <w:t>Sets</w:t>
      </w:r>
    </w:p>
    <w:p>
      <w:pPr>
        <w:jc w:val="both"/>
      </w:pPr>
      <w:r>
        <w:t>Sets hold unique items and support union and intersection.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639"/>
      </w:tblGrid>
      <w:tr>
        <w:tc>
          <w:tcPr>
            <w:tcW w:type="dxa" w:w="9638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B7079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text = "to be or not to be"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count = {}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for w in text.split():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count[w] = count.get(w, 0) + 1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print(count)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Try this</w:t>
            </w:r>
          </w:p>
          <w:p>
            <w:pPr>
              <w:spacing w:after="0"/>
            </w:pPr>
            <w:r>
              <w:t>Build a dictionary of five countries and their capitals, then print them neatly.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Dictionaries map keys to values.</w:t>
      </w:r>
    </w:p>
    <w:p>
      <w:pPr>
        <w:pStyle w:val="ListBullet"/>
      </w:pPr>
      <w:r>
        <w:t>get() avoids errors for missing keys.</w:t>
      </w:r>
    </w:p>
    <w:p>
      <w:pPr>
        <w:pStyle w:val="ListBullet"/>
      </w:pPr>
      <w:r>
        <w:t>Sets remove duplicates.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Count how often each word appears in a sentence.</w:t>
      </w:r>
    </w:p>
    <w:p>
      <w:pPr>
        <w:pStyle w:val="ListNumber"/>
      </w:pPr>
      <w:r>
        <w:t>Store phone numbers by name.</w:t>
      </w:r>
    </w:p>
    <w:p>
      <w:pPr>
        <w:pStyle w:val="ListNumber"/>
      </w:pPr>
      <w:r>
        <w:t>Find common items in two lists.</w:t>
      </w:r>
    </w:p>
    <w:p>
      <w:pPr>
        <w:keepNext/>
        <w:spacing w:after="40"/>
      </w:pPr>
      <w:r>
        <w:rPr>
          <w:b/>
          <w:color w:val="4338CA"/>
        </w:rPr>
        <w:t>Worksheet 6: Dictionaries and Sets</w:t>
      </w:r>
    </w:p>
    <w:p>
      <w:pPr>
        <w:spacing w:after="80"/>
      </w:pPr>
      <w:r>
        <w:rPr>
          <w:i/>
          <w:color w:val="6B7079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Count how often each word appears in a sentence.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Store phone numbers by name.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Find common items in two lists.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Dictionaries and Sets</w:t>
      </w:r>
    </w:p>
    <w:p>
      <w:r>
        <w:rPr>
          <w:i/>
          <w:color w:val="6B7079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Dictionaries map keys to values.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get() avoids errors for missing keys.</w:t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Sets remove duplicates.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4338C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07  Functions</w:t>
      </w:r>
    </w:p>
    <w:p>
      <w:pPr>
        <w:jc w:val="both"/>
      </w:pPr>
      <w:r>
        <w:t>Functions package code into reusable blocks with a name, inputs and an output.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chapter you will learn</w:t>
            </w:r>
          </w:p>
          <w:p>
            <w:pPr>
              <w:spacing w:after="40"/>
            </w:pPr>
            <w:r>
              <w:t>•  Defining and calling functions</w:t>
            </w:r>
          </w:p>
          <w:p>
            <w:pPr>
              <w:spacing w:after="40"/>
            </w:pPr>
            <w:r>
              <w:t>•  Parameters and return values</w:t>
            </w:r>
          </w:p>
          <w:p>
            <w:pPr>
              <w:spacing w:after="40"/>
            </w:pPr>
            <w:r>
              <w:t>•  Default arguments</w:t>
            </w:r>
          </w:p>
        </w:tc>
      </w:tr>
    </w:tbl>
    <w:p>
      <w:pPr>
        <w:spacing w:after="80"/>
      </w:pPr>
    </w:p>
    <w:p>
      <w:pPr>
        <w:pStyle w:val="Heading2"/>
      </w:pPr>
      <w:r>
        <w:t>Defining Functions</w:t>
      </w:r>
    </w:p>
    <w:p>
      <w:pPr>
        <w:jc w:val="both"/>
      </w:pPr>
      <w:r>
        <w:t>Use def, a name and parentheses. The indented body runs each time the function is called.</w:t>
      </w:r>
    </w:p>
    <w:p>
      <w:pPr>
        <w:pStyle w:val="Heading2"/>
      </w:pPr>
      <w:r>
        <w:t>Returning Values</w:t>
      </w:r>
    </w:p>
    <w:p>
      <w:pPr>
        <w:jc w:val="both"/>
      </w:pPr>
      <w:r>
        <w:t>return sends a value back to the caller, so the result can be stored or used in calculations.</w:t>
      </w:r>
    </w:p>
    <w:p>
      <w:pPr>
        <w:pStyle w:val="Heading2"/>
      </w:pPr>
      <w:r>
        <w:t>Default Arguments</w:t>
      </w:r>
    </w:p>
    <w:p>
      <w:pPr>
        <w:jc w:val="both"/>
      </w:pPr>
      <w:r>
        <w:t>Parameters can have default values, making functions flexible.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639"/>
      </w:tblGrid>
      <w:tr>
        <w:tc>
          <w:tcPr>
            <w:tcW w:type="dxa" w:w="9638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B7079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def with_gst(price, rate=18):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return price * (1 + rate / 100)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print(with_gst(500))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print(with_gst(500, 5))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Try this</w:t>
            </w:r>
          </w:p>
          <w:p>
            <w:pPr>
              <w:spacing w:after="0"/>
            </w:pPr>
            <w:r>
              <w:t>Rewrite your GST program as a function that takes price and rate.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Functions reduce repetition.</w:t>
      </w:r>
    </w:p>
    <w:p>
      <w:pPr>
        <w:pStyle w:val="ListBullet"/>
      </w:pPr>
      <w:r>
        <w:t>return gives back a result.</w:t>
      </w:r>
    </w:p>
    <w:p>
      <w:pPr>
        <w:pStyle w:val="ListBullet"/>
      </w:pPr>
      <w:r>
        <w:t>Defaults make functions flexible.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function that returns the area of a circle.</w:t>
      </w:r>
    </w:p>
    <w:p>
      <w:pPr>
        <w:pStyle w:val="ListNumber"/>
      </w:pPr>
      <w:r>
        <w:t>Write a function that checks if a number is prime.</w:t>
      </w:r>
    </w:p>
    <w:p>
      <w:pPr>
        <w:pStyle w:val="ListNumber"/>
      </w:pPr>
      <w:r>
        <w:t>Why are functions useful?</w:t>
      </w:r>
    </w:p>
    <w:p>
      <w:pPr>
        <w:keepNext/>
        <w:spacing w:after="40"/>
      </w:pPr>
      <w:r>
        <w:rPr>
          <w:b/>
          <w:color w:val="4338CA"/>
        </w:rPr>
        <w:t>Worksheet 7: Functions</w:t>
      </w:r>
    </w:p>
    <w:p>
      <w:pPr>
        <w:spacing w:after="80"/>
      </w:pPr>
      <w:r>
        <w:rPr>
          <w:i/>
          <w:color w:val="6B7079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Write a function that returns the area of a circle.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Write a function that checks if a number is prime.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Why are functions useful?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Functions</w:t>
      </w:r>
    </w:p>
    <w:p>
      <w:r>
        <w:rPr>
          <w:i/>
          <w:color w:val="6B7079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Functions reduce repetition.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return gives back a result.</w:t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Defaults make functions flexible.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4338C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08  Files and Errors</w:t>
      </w:r>
    </w:p>
    <w:p>
      <w:pPr>
        <w:jc w:val="both"/>
      </w:pPr>
      <w:r>
        <w:t>Real programs read and write files and must handle unexpected situations gracefully.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chapter you will learn</w:t>
            </w:r>
          </w:p>
          <w:p>
            <w:pPr>
              <w:spacing w:after="40"/>
            </w:pPr>
            <w:r>
              <w:t>•  Reading and writing text files</w:t>
            </w:r>
          </w:p>
          <w:p>
            <w:pPr>
              <w:spacing w:after="40"/>
            </w:pPr>
            <w:r>
              <w:t>•  Using with blocks</w:t>
            </w:r>
          </w:p>
          <w:p>
            <w:pPr>
              <w:spacing w:after="40"/>
            </w:pPr>
            <w:r>
              <w:t>•  Handling errors with try/except</w:t>
            </w:r>
          </w:p>
        </w:tc>
      </w:tr>
    </w:tbl>
    <w:p>
      <w:pPr>
        <w:spacing w:after="80"/>
      </w:pPr>
    </w:p>
    <w:p>
      <w:pPr>
        <w:pStyle w:val="Heading2"/>
      </w:pPr>
      <w:r>
        <w:t>Reading Files</w:t>
      </w:r>
    </w:p>
    <w:p>
      <w:pPr>
        <w:jc w:val="both"/>
      </w:pPr>
      <w:r>
        <w:t>open() returns a file object. A with block closes the file automatically.</w:t>
      </w:r>
    </w:p>
    <w:p>
      <w:pPr>
        <w:pStyle w:val="Heading2"/>
      </w:pPr>
      <w:r>
        <w:t>Writing Files</w:t>
      </w:r>
    </w:p>
    <w:p>
      <w:pPr>
        <w:jc w:val="both"/>
      </w:pPr>
      <w:r>
        <w:t>Open a file with mode "w" to write or "a" to append.</w:t>
      </w:r>
    </w:p>
    <w:p>
      <w:pPr>
        <w:pStyle w:val="Heading2"/>
      </w:pPr>
      <w:r>
        <w:t>Handling Errors</w:t>
      </w:r>
    </w:p>
    <w:p>
      <w:pPr>
        <w:jc w:val="both"/>
      </w:pPr>
      <w:r>
        <w:t>try/except catches errors such as a missing file or invalid input, so your program can respond helpfully instead of crashing.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639"/>
      </w:tblGrid>
      <w:tr>
        <w:tc>
          <w:tcPr>
            <w:tcW w:type="dxa" w:w="9638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B7079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try: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with open("notes.txt") as f: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print(f.read())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except FileNotFoundError: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print("No notes yet — start writing!")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Try this</w:t>
            </w:r>
          </w:p>
          <w:p>
            <w:pPr>
              <w:spacing w:after="0"/>
            </w:pPr>
            <w:r>
              <w:t>Write a diary program that appends today’s note to diary.txt.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with blocks close files safely.</w:t>
      </w:r>
    </w:p>
    <w:p>
      <w:pPr>
        <w:pStyle w:val="ListBullet"/>
      </w:pPr>
      <w:r>
        <w:t>Choose the right file mode.</w:t>
      </w:r>
    </w:p>
    <w:p>
      <w:pPr>
        <w:pStyle w:val="ListBullet"/>
      </w:pPr>
      <w:r>
        <w:t>Catch expected errors.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program that saves notes to a file.</w:t>
      </w:r>
    </w:p>
    <w:p>
      <w:pPr>
        <w:pStyle w:val="ListNumber"/>
      </w:pPr>
      <w:r>
        <w:t>Count the lines in a file.</w:t>
      </w:r>
    </w:p>
    <w:p>
      <w:pPr>
        <w:pStyle w:val="ListNumber"/>
      </w:pPr>
      <w:r>
        <w:t>Handle non-numeric input gracefully.</w:t>
      </w:r>
    </w:p>
    <w:p>
      <w:pPr>
        <w:keepNext/>
        <w:spacing w:after="40"/>
      </w:pPr>
      <w:r>
        <w:rPr>
          <w:b/>
          <w:color w:val="4338CA"/>
        </w:rPr>
        <w:t>Worksheet 8: Files and Errors</w:t>
      </w:r>
    </w:p>
    <w:p>
      <w:pPr>
        <w:spacing w:after="80"/>
      </w:pPr>
      <w:r>
        <w:rPr>
          <w:i/>
          <w:color w:val="6B7079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Write a program that saves notes to a file.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Count the lines in a file.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Handle non-numeric input gracefully.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Files and Errors</w:t>
      </w:r>
    </w:p>
    <w:p>
      <w:r>
        <w:rPr>
          <w:i/>
          <w:color w:val="6B7079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with blocks close files safely.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Choose the right file mode.</w:t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Catch expected errors.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4338C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09  Modules and Libraries</w:t>
      </w:r>
    </w:p>
    <w:p>
      <w:pPr>
        <w:jc w:val="both"/>
      </w:pPr>
      <w:r>
        <w:t>Python’s strength comes from its standard library and thousands of free packages.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chapter you will learn</w:t>
            </w:r>
          </w:p>
          <w:p>
            <w:pPr>
              <w:spacing w:after="40"/>
            </w:pPr>
            <w:r>
              <w:t>•  Importing modules</w:t>
            </w:r>
          </w:p>
          <w:p>
            <w:pPr>
              <w:spacing w:after="40"/>
            </w:pPr>
            <w:r>
              <w:t>•  Useful standard modules</w:t>
            </w:r>
          </w:p>
          <w:p>
            <w:pPr>
              <w:spacing w:after="40"/>
            </w:pPr>
            <w:r>
              <w:t>•  Installing packages with pip</w:t>
            </w:r>
          </w:p>
        </w:tc>
      </w:tr>
    </w:tbl>
    <w:p>
      <w:pPr>
        <w:spacing w:after="80"/>
      </w:pPr>
    </w:p>
    <w:p>
      <w:pPr>
        <w:pStyle w:val="Heading2"/>
      </w:pPr>
      <w:r>
        <w:t>Importing</w:t>
      </w:r>
    </w:p>
    <w:p>
      <w:pPr>
        <w:jc w:val="both"/>
      </w:pPr>
      <w:r>
        <w:t>import math gives access to functions such as math.sqrt(). You can import specific names with from ... import ....</w:t>
      </w:r>
    </w:p>
    <w:p>
      <w:pPr>
        <w:pStyle w:val="Heading2"/>
      </w:pPr>
      <w:r>
        <w:t>Standard Library Highlights</w:t>
      </w:r>
    </w:p>
    <w:p>
      <w:pPr>
        <w:jc w:val="both"/>
      </w:pPr>
      <w:r>
        <w:t>random, datetime, os and csv cover many everyday tasks.</w:t>
      </w:r>
    </w:p>
    <w:p>
      <w:pPr>
        <w:pStyle w:val="ListBullet"/>
      </w:pPr>
      <w:r>
        <w:t>random — random choices and numbers</w:t>
      </w:r>
    </w:p>
    <w:p>
      <w:pPr>
        <w:pStyle w:val="ListBullet"/>
      </w:pPr>
      <w:r>
        <w:t>datetime — dates and times</w:t>
      </w:r>
    </w:p>
    <w:p>
      <w:pPr>
        <w:pStyle w:val="ListBullet"/>
      </w:pPr>
      <w:r>
        <w:t>csv — spreadsheets in text form</w:t>
      </w:r>
    </w:p>
    <w:p>
      <w:pPr>
        <w:pStyle w:val="Heading2"/>
      </w:pPr>
      <w:r>
        <w:t>Installing Packages</w:t>
      </w:r>
    </w:p>
    <w:p>
      <w:pPr>
        <w:jc w:val="both"/>
      </w:pPr>
      <w:r>
        <w:t>pip install package-name downloads a package. Use virtual environments to keep projects separate.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639"/>
      </w:tblGrid>
      <w:tr>
        <w:tc>
          <w:tcPr>
            <w:tcW w:type="dxa" w:w="9638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B7079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import random, datetime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print("Today:", datetime.date.today())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print("Dice:", random.randint(1, 6))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Try this</w:t>
            </w:r>
          </w:p>
          <w:p>
            <w:pPr>
              <w:spacing w:after="0"/>
            </w:pPr>
            <w:r>
              <w:t>Write a program that picks a random quote from a list each time it runs.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Modules extend Python.</w:t>
      </w:r>
    </w:p>
    <w:p>
      <w:pPr>
        <w:pStyle w:val="ListBullet"/>
      </w:pPr>
      <w:r>
        <w:t>The standard library is large.</w:t>
      </w:r>
    </w:p>
    <w:p>
      <w:pPr>
        <w:pStyle w:val="ListBullet"/>
      </w:pPr>
      <w:r>
        <w:t>pip installs extra packages.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Print today’s date using datetime.</w:t>
      </w:r>
    </w:p>
    <w:p>
      <w:pPr>
        <w:pStyle w:val="ListNumber"/>
      </w:pPr>
      <w:r>
        <w:t>Simulate a dice roll.</w:t>
      </w:r>
    </w:p>
    <w:p>
      <w:pPr>
        <w:pStyle w:val="ListNumber"/>
      </w:pPr>
      <w:r>
        <w:t>What is a virtual environment?</w:t>
      </w:r>
    </w:p>
    <w:p>
      <w:pPr>
        <w:keepNext/>
        <w:spacing w:after="40"/>
      </w:pPr>
      <w:r>
        <w:rPr>
          <w:b/>
          <w:color w:val="4338CA"/>
        </w:rPr>
        <w:t>Worksheet 9: Modules and Libraries</w:t>
      </w:r>
    </w:p>
    <w:p>
      <w:pPr>
        <w:spacing w:after="80"/>
      </w:pPr>
      <w:r>
        <w:rPr>
          <w:i/>
          <w:color w:val="6B7079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Print today’s date using datetime.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Simulate a dice roll.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is a virtual environment?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Modules and Libraries</w:t>
      </w:r>
    </w:p>
    <w:p>
      <w:r>
        <w:rPr>
          <w:i/>
          <w:color w:val="6B7079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Modules extend Python.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The standard library is large.</w:t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pip installs extra packages.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4338C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10  Your First Project</w:t>
      </w:r>
    </w:p>
    <w:p>
      <w:pPr>
        <w:jc w:val="both"/>
      </w:pPr>
      <w:r>
        <w:t>Bringing everything together, you will build a small expense tracker that stores entries in a CSV file and prints a monthly summary.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chapter you will learn</w:t>
            </w:r>
          </w:p>
          <w:p>
            <w:pPr>
              <w:spacing w:after="40"/>
            </w:pPr>
            <w:r>
              <w:t>•  Planning a small project</w:t>
            </w:r>
          </w:p>
          <w:p>
            <w:pPr>
              <w:spacing w:after="40"/>
            </w:pPr>
            <w:r>
              <w:t>•  Combining functions, files and dictionaries</w:t>
            </w:r>
          </w:p>
          <w:p>
            <w:pPr>
              <w:spacing w:after="40"/>
            </w:pPr>
            <w:r>
              <w:t>•  Next steps in your learning</w:t>
            </w:r>
          </w:p>
        </w:tc>
      </w:tr>
    </w:tbl>
    <w:p>
      <w:pPr>
        <w:spacing w:after="80"/>
      </w:pPr>
    </w:p>
    <w:p>
      <w:pPr>
        <w:pStyle w:val="Heading2"/>
      </w:pPr>
      <w:r>
        <w:t>Plan First</w:t>
      </w:r>
    </w:p>
    <w:p>
      <w:pPr>
        <w:jc w:val="both"/>
      </w:pPr>
      <w:r>
        <w:t>Write down what the program should do: add an expense, list expenses, show totals by category.</w:t>
      </w:r>
    </w:p>
    <w:p>
      <w:pPr>
        <w:pStyle w:val="Heading2"/>
      </w:pPr>
      <w:r>
        <w:t>Build in Steps</w:t>
      </w:r>
    </w:p>
    <w:p>
      <w:pPr>
        <w:jc w:val="both"/>
      </w:pPr>
      <w:r>
        <w:t>Write one function at a time and test it before moving on. Save data to a CSV file so it persists between runs.</w:t>
      </w:r>
    </w:p>
    <w:p>
      <w:pPr>
        <w:pStyle w:val="Heading2"/>
      </w:pPr>
      <w:r>
        <w:t>Where to Go Next</w:t>
      </w:r>
    </w:p>
    <w:p>
      <w:pPr>
        <w:jc w:val="both"/>
      </w:pPr>
      <w:r>
        <w:t>Explore web development, data analysis or automation depending on your interests. Build small projects regularly.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639"/>
      </w:tblGrid>
      <w:tr>
        <w:tc>
          <w:tcPr>
            <w:tcW w:type="dxa" w:w="9638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B7079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import csv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def add(date, category, amount):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with open("expenses.csv", "a", newline="") as f: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csv.writer(f).writerow([date, category, amount])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def summary():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totals = {}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with open("expenses.csv") as f: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for d, cat, amt in csv.reader(f):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    totals[cat] = totals.get(cat, 0) + float(amt)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return totals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Try this</w:t>
            </w:r>
          </w:p>
          <w:p>
            <w:pPr>
              <w:spacing w:after="0"/>
            </w:pPr>
            <w:r>
              <w:t>Extend the tracker to show a summary for a chosen month.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Plan before coding.</w:t>
      </w:r>
    </w:p>
    <w:p>
      <w:pPr>
        <w:pStyle w:val="ListBullet"/>
      </w:pPr>
      <w:r>
        <w:t>Build and test step by step.</w:t>
      </w:r>
    </w:p>
    <w:p>
      <w:pPr>
        <w:pStyle w:val="ListBullet"/>
      </w:pPr>
      <w:r>
        <w:t>Keep learning through projects.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Add a feature to delete an expense.</w:t>
      </w:r>
    </w:p>
    <w:p>
      <w:pPr>
        <w:pStyle w:val="ListNumber"/>
      </w:pPr>
      <w:r>
        <w:t>Show the category with the highest spending.</w:t>
      </w:r>
    </w:p>
    <w:p>
      <w:pPr>
        <w:pStyle w:val="ListNumber"/>
      </w:pPr>
      <w:r>
        <w:t>What project will you build next?</w:t>
      </w:r>
    </w:p>
    <w:p>
      <w:pPr>
        <w:keepNext/>
        <w:spacing w:after="40"/>
      </w:pPr>
      <w:r>
        <w:rPr>
          <w:b/>
          <w:color w:val="4338CA"/>
        </w:rPr>
        <w:t>Worksheet 10: Your First Project</w:t>
      </w:r>
    </w:p>
    <w:p>
      <w:pPr>
        <w:spacing w:after="80"/>
      </w:pPr>
      <w:r>
        <w:rPr>
          <w:i/>
          <w:color w:val="6B7079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Add a feature to delete an expense.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Show the category with the highest spending.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project will you build next?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Your First Project</w:t>
      </w:r>
    </w:p>
    <w:p>
      <w:r>
        <w:rPr>
          <w:i/>
          <w:color w:val="6B7079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Plan before coding.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Build and test step by step.</w:t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Keep learning through projects.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6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4338C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11  Practice Log</w:t>
      </w:r>
    </w:p>
    <w:p>
      <w:pPr>
        <w:jc w:val="both"/>
      </w:pPr>
      <w:r>
        <w:t>Record each practice session: what you built, what went wrong and what you learned. Regular short sessions beat occasional long ones.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1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2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3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4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5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6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7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8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9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10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11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Log — Week 12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56"/>
        <w:gridCol w:w="3301"/>
        <w:gridCol w:w="2640"/>
        <w:gridCol w:w="2640"/>
      </w:tblGrid>
      <w:tr>
        <w:trPr>
          <w:tblHeader/>
        </w:trPr>
        <w:tc>
          <w:tcPr>
            <w:tcW w:type="dxa" w:w="105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330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practised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 faced</w:t>
            </w:r>
          </w:p>
        </w:tc>
        <w:tc>
          <w:tcPr>
            <w:tcW w:type="dxa" w:w="264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Tue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Thu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Sat</w:t>
            </w:r>
          </w:p>
        </w:tc>
        <w:tc>
          <w:tcPr>
            <w:tcW w:type="dxa" w:w="330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907" w:hRule="atLeast"/>
        </w:trPr>
        <w:tc>
          <w:tcPr>
            <w:tcW w:type="dxa" w:w="10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33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4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12 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Variable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name that refers to a value</w:t>
            </w:r>
          </w:p>
        </w:tc>
      </w:tr>
      <w:tr>
        <w:tc>
          <w:tcPr>
            <w:tcW w:type="dxa" w:w="275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Function</w:t>
            </w:r>
          </w:p>
        </w:tc>
        <w:tc>
          <w:tcPr>
            <w:tcW w:type="dxa" w:w="688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A reusable block of code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Loop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Code that repeats</w:t>
            </w:r>
          </w:p>
        </w:tc>
      </w:tr>
      <w:tr>
        <w:tc>
          <w:tcPr>
            <w:tcW w:type="dxa" w:w="275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List</w:t>
            </w:r>
          </w:p>
        </w:tc>
        <w:tc>
          <w:tcPr>
            <w:tcW w:type="dxa" w:w="688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An ordered, changeable collection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Dictionary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collection of key–value pairs</w:t>
            </w:r>
          </w:p>
        </w:tc>
      </w:tr>
      <w:tr>
        <w:tc>
          <w:tcPr>
            <w:tcW w:type="dxa" w:w="275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Module</w:t>
            </w:r>
          </w:p>
        </w:tc>
        <w:tc>
          <w:tcPr>
            <w:tcW w:type="dxa" w:w="688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A file of Python code you can import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Exception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 error detected while the program runs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The official Python documentation and tutorial</w:t>
      </w:r>
    </w:p>
    <w:p>
      <w:pPr>
        <w:pStyle w:val="ListBullet"/>
      </w:pPr>
      <w:r>
        <w:t>A code editor such as VS Code</w:t>
      </w:r>
    </w:p>
    <w:p>
      <w:pPr>
        <w:pStyle w:val="ListBullet"/>
      </w:pPr>
      <w:r>
        <w:t>Practice websites with beginner exercises</w:t>
      </w:r>
    </w:p>
    <w:p>
      <w:pPr>
        <w:pStyle w:val="ListBullet"/>
      </w:pPr>
      <w:r>
        <w:t>Your college or school programming club</w:t>
      </w:r>
    </w:p>
    <w:p>
      <w:pPr>
        <w:pStyle w:val="Heading2"/>
      </w:pPr>
      <w:r>
        <w:t>About the Author</w:t>
      </w:r>
    </w:p>
    <w:p>
      <w:pPr>
        <w:jc w:val="both"/>
      </w:pPr>
      <w:r>
        <w:t>Write a short note about your programming experience and who this guide is for.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Python from Zero</w:t>
    </w:r>
    <w:r>
      <w:rPr>
        <w:color w:val="6B7079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98"/>
      <w:outlineLvl w:val="0"/>
      <w:pBdr>
        <w:left w:val="single" w:sz="24" w:space="10" w:color="4338CA"/>
      </w:pBdr>
    </w:pPr>
    <w:rPr>
      <w:rFonts w:ascii="Outfit" w:hAnsi="Outfit" w:cs="Outfit" w:eastAsia="Outfit"/>
      <w:b/>
      <w:bCs/>
      <w:i w:val="0"/>
      <w:color w:val="11182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4338C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Nunito Sans" w:hAnsi="Nunito Sans" w:cs="Nunito Sans" w:eastAsia="Nunito Sans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