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Raleway" w:hAnsi="Raleway" w:cs="Raleway" w:eastAsia="Raleway"/>
          <w:b/>
          <w:i w:val="0"/>
          <w:color w:val="CACCD0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C1917"/>
          <w:bottom w:val="single" w:sz="6" w:space="0" w:color="1C1917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0F172A"/>
                <w:sz w:val="20"/>
                <w:spacing w:val="60"/>
              </w:rPr>
              <w:t>Guide · Students</w:t>
            </w:r>
          </w:p>
          <w:p>
            <w:pPr>
              <w:pStyle w:val="Title"/>
            </w:pPr>
            <w:r>
              <w:rPr>
                <w:sz w:val="104"/>
              </w:rPr>
              <w:t>Study Smarter</w:t>
            </w:r>
          </w:p>
          <w:p>
            <w:r>
              <w:rPr>
                <w:b w:val="0"/>
                <w:i/>
                <w:color w:val="72706F"/>
                <w:sz w:val="30"/>
              </w:rPr>
              <w:t>An Exam Preparation Guide for Board Students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WRITTEN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EDITION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FORMAT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Your Name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First edition, 2026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Study Smarter</w:t>
      </w:r>
    </w:p>
    <w:p>
      <w:pPr>
        <w:spacing w:after="240"/>
      </w:pPr>
      <w:r>
        <w:rPr>
          <w:color w:val="72706F"/>
        </w:rPr>
        <w:t>An Exam Preparation Guide for Board Students</w:t>
      </w:r>
    </w:p>
    <w:p>
      <w:pPr>
        <w:spacing w:after="120"/>
      </w:pPr>
      <w:r>
        <w:rPr>
          <w:color w:val="72706F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2706F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2706F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2706F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Read one chapter a day and try the activities immediately. The planner pages at the end help you turn the ideas into a daily routine.</w:t>
      </w:r>
    </w:p>
    <w:p>
      <w:pPr>
        <w:jc w:val="both"/>
      </w:pPr>
      <w:r>
        <w:t>Every student is different. Use what works for you and adjust the rest.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0F172A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  <w:p>
            <w:pPr>
              <w:spacing w:after="40"/>
            </w:pPr>
            <w:r>
              <w:t>•  Worksheets to complete in the book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Know Your Syllabus and Exam Pattern</w:t>
      </w:r>
      <w:r>
        <w:tab/>
        <w:t>6</w:t>
      </w:r>
    </w:p>
    <w:p>
      <w:pPr>
        <w:pStyle w:val="TOC2"/>
      </w:pPr>
      <w:r>
        <w:t>Map the Syllabus</w:t>
      </w:r>
      <w:r>
        <w:tab/>
        <w:t>6</w:t>
      </w:r>
    </w:p>
    <w:p>
      <w:pPr>
        <w:pStyle w:val="TOC2"/>
      </w:pPr>
      <w:r>
        <w:t>Understand the Pattern</w:t>
      </w:r>
      <w:r>
        <w:tab/>
        <w:t>6</w:t>
      </w:r>
    </w:p>
    <w:p>
      <w:pPr>
        <w:pStyle w:val="TOC2"/>
      </w:pPr>
      <w:r>
        <w:t>Use Past Papers Early</w:t>
      </w:r>
      <w:r>
        <w:tab/>
        <w:t>6</w:t>
      </w:r>
    </w:p>
    <w:p>
      <w:pPr>
        <w:pStyle w:val="TOC1"/>
      </w:pPr>
      <w:r>
        <w:t>2. Building a Realistic Study Timetable</w:t>
      </w:r>
      <w:r>
        <w:tab/>
        <w:t>9</w:t>
      </w:r>
    </w:p>
    <w:p>
      <w:pPr>
        <w:pStyle w:val="TOC2"/>
      </w:pPr>
      <w:r>
        <w:t>Plan the Week First</w:t>
      </w:r>
      <w:r>
        <w:tab/>
        <w:t>9</w:t>
      </w:r>
    </w:p>
    <w:p>
      <w:pPr>
        <w:pStyle w:val="TOC2"/>
      </w:pPr>
      <w:r>
        <w:t>Daily Blocks</w:t>
      </w:r>
      <w:r>
        <w:tab/>
        <w:t>9</w:t>
      </w:r>
    </w:p>
    <w:p>
      <w:pPr>
        <w:pStyle w:val="TOC2"/>
      </w:pPr>
      <w:r>
        <w:t>Rest Is Part of the Plan</w:t>
      </w:r>
      <w:r>
        <w:tab/>
        <w:t>9</w:t>
      </w:r>
    </w:p>
    <w:p>
      <w:pPr>
        <w:pStyle w:val="TOC1"/>
      </w:pPr>
      <w:r>
        <w:t>3. Active Learning Techniques</w:t>
      </w:r>
      <w:r>
        <w:tab/>
        <w:t>12</w:t>
      </w:r>
    </w:p>
    <w:p>
      <w:pPr>
        <w:pStyle w:val="TOC2"/>
      </w:pPr>
      <w:r>
        <w:t>Active Recall</w:t>
      </w:r>
      <w:r>
        <w:tab/>
        <w:t>12</w:t>
      </w:r>
    </w:p>
    <w:p>
      <w:pPr>
        <w:pStyle w:val="TOC2"/>
      </w:pPr>
      <w:r>
        <w:t>Spaced Repetition</w:t>
      </w:r>
      <w:r>
        <w:tab/>
        <w:t>12</w:t>
      </w:r>
    </w:p>
    <w:p>
      <w:pPr>
        <w:pStyle w:val="TOC2"/>
      </w:pPr>
      <w:r>
        <w:t>Explain It Simply</w:t>
      </w:r>
      <w:r>
        <w:tab/>
        <w:t>12</w:t>
      </w:r>
    </w:p>
    <w:p>
      <w:pPr>
        <w:pStyle w:val="TOC1"/>
      </w:pPr>
      <w:r>
        <w:t>4. Making Notes That Help You Revise</w:t>
      </w:r>
      <w:r>
        <w:tab/>
        <w:t>15</w:t>
      </w:r>
    </w:p>
    <w:p>
      <w:pPr>
        <w:pStyle w:val="TOC2"/>
      </w:pPr>
      <w:r>
        <w:t>Cornell Notes</w:t>
      </w:r>
      <w:r>
        <w:tab/>
        <w:t>15</w:t>
      </w:r>
    </w:p>
    <w:p>
      <w:pPr>
        <w:pStyle w:val="TOC2"/>
      </w:pPr>
      <w:r>
        <w:t>Mind Maps</w:t>
      </w:r>
      <w:r>
        <w:tab/>
        <w:t>15</w:t>
      </w:r>
    </w:p>
    <w:p>
      <w:pPr>
        <w:pStyle w:val="TOC2"/>
      </w:pPr>
      <w:r>
        <w:t>One-Page Sheets</w:t>
      </w:r>
      <w:r>
        <w:tab/>
        <w:t>15</w:t>
      </w:r>
    </w:p>
    <w:p>
      <w:pPr>
        <w:pStyle w:val="TOC1"/>
      </w:pPr>
      <w:r>
        <w:t>5. Practising with Sample Papers</w:t>
      </w:r>
      <w:r>
        <w:tab/>
        <w:t>18</w:t>
      </w:r>
    </w:p>
    <w:p>
      <w:pPr>
        <w:pStyle w:val="TOC2"/>
      </w:pPr>
      <w:r>
        <w:t>Simulate the Exam</w:t>
      </w:r>
      <w:r>
        <w:tab/>
        <w:t>18</w:t>
      </w:r>
    </w:p>
    <w:p>
      <w:pPr>
        <w:pStyle w:val="TOC2"/>
      </w:pPr>
      <w:r>
        <w:t>Analyse Every Paper</w:t>
      </w:r>
      <w:r>
        <w:tab/>
        <w:t>18</w:t>
      </w:r>
    </w:p>
    <w:p>
      <w:pPr>
        <w:pStyle w:val="TOC2"/>
      </w:pPr>
      <w:r>
        <w:t>Build Speed</w:t>
      </w:r>
      <w:r>
        <w:tab/>
        <w:t>18</w:t>
      </w:r>
    </w:p>
    <w:p>
      <w:pPr>
        <w:pStyle w:val="TOC1"/>
      </w:pPr>
      <w:r>
        <w:t>6. Managing Stress and Staying Motivated</w:t>
      </w:r>
      <w:r>
        <w:tab/>
        <w:t>21</w:t>
      </w:r>
    </w:p>
    <w:p>
      <w:pPr>
        <w:pStyle w:val="TOC2"/>
      </w:pPr>
      <w:r>
        <w:t>Know the Signs</w:t>
      </w:r>
      <w:r>
        <w:tab/>
        <w:t>21</w:t>
      </w:r>
    </w:p>
    <w:p>
      <w:pPr>
        <w:pStyle w:val="TOC2"/>
      </w:pPr>
      <w:r>
        <w:t>Calming Techniques</w:t>
      </w:r>
      <w:r>
        <w:tab/>
        <w:t>21</w:t>
      </w:r>
    </w:p>
    <w:p>
      <w:pPr>
        <w:pStyle w:val="TOC2"/>
      </w:pPr>
      <w:r>
        <w:t>Motivation</w:t>
      </w:r>
      <w:r>
        <w:tab/>
        <w:t>21</w:t>
      </w:r>
    </w:p>
    <w:p>
      <w:pPr>
        <w:pStyle w:val="TOC1"/>
      </w:pPr>
      <w:r>
        <w:t>7. The Final Month Plan</w:t>
      </w:r>
      <w:r>
        <w:tab/>
        <w:t>24</w:t>
      </w:r>
    </w:p>
    <w:p>
      <w:pPr>
        <w:pStyle w:val="TOC2"/>
      </w:pPr>
      <w:r>
        <w:t>Revision Cycles</w:t>
      </w:r>
      <w:r>
        <w:tab/>
        <w:t>24</w:t>
      </w:r>
    </w:p>
    <w:p>
      <w:pPr>
        <w:pStyle w:val="TOC2"/>
      </w:pPr>
      <w:r>
        <w:t>Practice Papers</w:t>
      </w:r>
      <w:r>
        <w:tab/>
        <w:t>24</w:t>
      </w:r>
    </w:p>
    <w:p>
      <w:pPr>
        <w:pStyle w:val="TOC2"/>
      </w:pPr>
      <w:r>
        <w:t>Health First</w:t>
      </w:r>
      <w:r>
        <w:tab/>
        <w:t>24</w:t>
      </w:r>
    </w:p>
    <w:p>
      <w:pPr>
        <w:pStyle w:val="TOC1"/>
      </w:pPr>
      <w:r>
        <w:t>8. Exam Day Strategy</w:t>
      </w:r>
      <w:r>
        <w:tab/>
        <w:t>27</w:t>
      </w:r>
    </w:p>
    <w:p>
      <w:pPr>
        <w:pStyle w:val="TOC2"/>
      </w:pPr>
      <w:r>
        <w:t>The Night Before</w:t>
      </w:r>
      <w:r>
        <w:tab/>
        <w:t>27</w:t>
      </w:r>
    </w:p>
    <w:p>
      <w:pPr>
        <w:pStyle w:val="TOC2"/>
      </w:pPr>
      <w:r>
        <w:t>Reading Time</w:t>
      </w:r>
      <w:r>
        <w:tab/>
        <w:t>27</w:t>
      </w:r>
    </w:p>
    <w:p>
      <w:pPr>
        <w:pStyle w:val="TOC2"/>
      </w:pPr>
      <w:r>
        <w:t>Writing Answers</w:t>
      </w:r>
      <w:r>
        <w:tab/>
        <w:t>27</w:t>
      </w:r>
    </w:p>
    <w:p>
      <w:pPr>
        <w:pStyle w:val="TOC1"/>
      </w:pPr>
      <w:r>
        <w:t>9. Daily Study Planner</w:t>
      </w:r>
      <w:r>
        <w:tab/>
        <w:t>30</w:t>
      </w:r>
    </w:p>
    <w:p>
      <w:pPr>
        <w:pStyle w:val="TOC1"/>
      </w:pPr>
      <w:r>
        <w:t>10. Glossary and Resources</w:t>
      </w:r>
      <w:r>
        <w:tab/>
        <w:t>79</w:t>
      </w:r>
    </w:p>
    <w:p>
      <w:pPr>
        <w:pStyle w:val="TOC2"/>
      </w:pPr>
      <w:r>
        <w:t>Glossary</w:t>
      </w:r>
      <w:r>
        <w:tab/>
        <w:t>79</w:t>
      </w:r>
    </w:p>
    <w:p>
      <w:pPr>
        <w:pStyle w:val="TOC2"/>
      </w:pPr>
      <w:r>
        <w:t>Further Reading and Resources</w:t>
      </w:r>
      <w:r>
        <w:tab/>
        <w:t>79</w:t>
      </w:r>
    </w:p>
    <w:p>
      <w:pPr>
        <w:pStyle w:val="TOC2"/>
      </w:pPr>
      <w:r>
        <w:t>About the Author</w:t>
      </w:r>
      <w:r>
        <w:tab/>
        <w:t>79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Know Your Syllabus and Exam Pattern</w:t>
      </w:r>
    </w:p>
    <w:p>
      <w:pPr>
        <w:jc w:val="both"/>
      </w:pPr>
      <w:r>
        <w:t>Effective preparation starts with knowing exactly what will be tested and how. Students who map the syllabus early avoid last-minute surprises.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How to map the syllabus</w:t>
            </w:r>
          </w:p>
          <w:p>
            <w:pPr>
              <w:spacing w:after="40"/>
            </w:pPr>
            <w:r>
              <w:t>•  How marks are distributed</w:t>
            </w:r>
          </w:p>
          <w:p>
            <w:pPr>
              <w:spacing w:after="40"/>
            </w:pPr>
            <w:r>
              <w:t>•  How to use past papers</w:t>
            </w:r>
          </w:p>
        </w:tc>
      </w:tr>
    </w:tbl>
    <w:p>
      <w:pPr>
        <w:spacing w:after="80"/>
      </w:pPr>
    </w:p>
    <w:p>
      <w:pPr>
        <w:pStyle w:val="Heading2"/>
      </w:pPr>
      <w:r>
        <w:t>Map the Syllabus</w:t>
      </w:r>
    </w:p>
    <w:p>
      <w:pPr>
        <w:jc w:val="both"/>
      </w:pPr>
      <w:r>
        <w:t>List every chapter for each subject and mark it as strong, average or weak. This simple map becomes the basis of your study plan.</w:t>
      </w:r>
    </w:p>
    <w:p>
      <w:pPr>
        <w:pStyle w:val="Heading2"/>
      </w:pPr>
      <w:r>
        <w:t>Understand the Pattern</w:t>
      </w:r>
    </w:p>
    <w:p>
      <w:pPr>
        <w:jc w:val="both"/>
      </w:pPr>
      <w:r>
        <w:t>Note the types of questions — objective, short answer, long answer, case-based — and their marks. Practise each type, not just reading.</w:t>
      </w:r>
    </w:p>
    <w:p>
      <w:pPr>
        <w:pStyle w:val="Heading2"/>
      </w:pPr>
      <w:r>
        <w:t>Use Past Papers Early</w:t>
      </w:r>
    </w:p>
    <w:p>
      <w:pPr>
        <w:jc w:val="both"/>
      </w:pPr>
      <w:r>
        <w:t>Solving past and sample papers early shows which topics repeat and how answers are expected to be written.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W w:type="dxa" w:w="235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235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Question type</w:t>
            </w:r>
          </w:p>
        </w:tc>
        <w:tc>
          <w:tcPr>
            <w:tcW w:type="dxa" w:w="235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Marks each</w:t>
            </w:r>
          </w:p>
        </w:tc>
        <w:tc>
          <w:tcPr>
            <w:tcW w:type="dxa" w:w="2353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Strategy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Objective / MCQ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Speed and accuracy</w:t>
            </w:r>
          </w:p>
        </w:tc>
      </w:tr>
      <w:tr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B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Short answer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2–3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Key points, diagrams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Long answer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Structure and examples</w:t>
            </w:r>
          </w:p>
        </w:tc>
      </w:tr>
      <w:tr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D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Case-based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Read carefully, apply concepts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1: A typical paper structure (check your board’s current pattern)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Colour-code your syllabus list: green for strong, yellow for average, red for weak.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Map every chapter by confidence level.</w:t>
      </w:r>
    </w:p>
    <w:p>
      <w:pPr>
        <w:pStyle w:val="ListBullet"/>
      </w:pPr>
      <w:r>
        <w:t>Practise each question type.</w:t>
      </w:r>
    </w:p>
    <w:p>
      <w:pPr>
        <w:pStyle w:val="ListBullet"/>
      </w:pPr>
      <w:r>
        <w:t>Use sample papers from the start, not just at the end.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Make a chapter list for your toughest subject.</w:t>
      </w:r>
    </w:p>
    <w:p>
      <w:pPr>
        <w:pStyle w:val="ListNumber"/>
      </w:pPr>
      <w:r>
        <w:t>Which question type do you find hardest?</w:t>
      </w:r>
    </w:p>
    <w:p>
      <w:pPr>
        <w:pStyle w:val="ListNumber"/>
      </w:pPr>
      <w:r>
        <w:t>How many sample papers will you solve this month?</w:t>
      </w:r>
    </w:p>
    <w:p>
      <w:pPr>
        <w:keepNext/>
        <w:spacing w:after="40"/>
      </w:pPr>
      <w:r>
        <w:rPr>
          <w:b/>
          <w:color w:val="0F172A"/>
        </w:rPr>
        <w:t>Worksheet 1: Know Your Syllabus and Exam Pattern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Make a chapter list for your toughest subject.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Which question type do you find hardest?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How many sample papers will you solve this month?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Know Your Syllabus and Exam Pattern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Map every chapter by confidence level.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Practise each question type.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Use sample papers from the start, not just at the end.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2. Building a Realistic Study Timetable</w:t>
      </w:r>
    </w:p>
    <w:p>
      <w:pPr>
        <w:jc w:val="both"/>
      </w:pPr>
      <w:r>
        <w:t>A timetable turns intentions into action. The goal is consistency, not marathon days followed by burnout.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How to plan weekly and daily schedules</w:t>
            </w:r>
          </w:p>
          <w:p>
            <w:pPr>
              <w:spacing w:after="40"/>
            </w:pPr>
            <w:r>
              <w:t>•  How to balance subjects</w:t>
            </w:r>
          </w:p>
          <w:p>
            <w:pPr>
              <w:spacing w:after="40"/>
            </w:pPr>
            <w:r>
              <w:t>•  How to protect rest and revision time</w:t>
            </w:r>
          </w:p>
        </w:tc>
      </w:tr>
    </w:tbl>
    <w:p>
      <w:pPr>
        <w:spacing w:after="80"/>
      </w:pPr>
    </w:p>
    <w:p>
      <w:pPr>
        <w:pStyle w:val="Heading2"/>
      </w:pPr>
      <w:r>
        <w:t>Plan the Week First</w:t>
      </w:r>
    </w:p>
    <w:p>
      <w:pPr>
        <w:jc w:val="both"/>
      </w:pPr>
      <w:r>
        <w:t>Give each subject fixed slots across the week, with more time for weak areas. Keep one slot each week free to catch up.</w:t>
      </w:r>
    </w:p>
    <w:p>
      <w:pPr>
        <w:pStyle w:val="Heading2"/>
      </w:pPr>
      <w:r>
        <w:t>Daily Blocks</w:t>
      </w:r>
    </w:p>
    <w:p>
      <w:pPr>
        <w:jc w:val="both"/>
      </w:pPr>
      <w:r>
        <w:t>Study in focused blocks of 45–50 minutes with short breaks. Put demanding subjects at the time of day you concentrate best.</w:t>
      </w:r>
    </w:p>
    <w:p>
      <w:pPr>
        <w:pStyle w:val="ListBullet"/>
      </w:pPr>
      <w:r>
        <w:t>Start with the hardest task</w:t>
      </w:r>
    </w:p>
    <w:p>
      <w:pPr>
        <w:pStyle w:val="ListBullet"/>
      </w:pPr>
      <w:r>
        <w:t>Mix reading with problem solving</w:t>
      </w:r>
    </w:p>
    <w:p>
      <w:pPr>
        <w:pStyle w:val="ListBullet"/>
      </w:pPr>
      <w:r>
        <w:t>End the day with quick revision</w:t>
      </w:r>
    </w:p>
    <w:p>
      <w:pPr>
        <w:pStyle w:val="Heading2"/>
      </w:pPr>
      <w:r>
        <w:t>Rest Is Part of the Plan</w:t>
      </w:r>
    </w:p>
    <w:p>
      <w:pPr>
        <w:jc w:val="both"/>
      </w:pPr>
      <w:r>
        <w:t>Sleep, meals and short exercise improve memory and focus. A plan that ignores rest rarely lasts.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Try two 50-minute focused blocks tomorrow with your phone in another room and note how much you finish.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Plan weekly, then daily.</w:t>
      </w:r>
    </w:p>
    <w:p>
      <w:pPr>
        <w:pStyle w:val="ListBullet"/>
      </w:pPr>
      <w:r>
        <w:t>Use focused blocks with breaks.</w:t>
      </w:r>
    </w:p>
    <w:p>
      <w:pPr>
        <w:pStyle w:val="ListBullet"/>
      </w:pPr>
      <w:r>
        <w:t>Schedule rest deliberately.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Draft your timetable for next week.</w:t>
      </w:r>
    </w:p>
    <w:p>
      <w:pPr>
        <w:pStyle w:val="ListNumber"/>
      </w:pPr>
      <w:r>
        <w:t>When in the day do you focus best?</w:t>
      </w:r>
    </w:p>
    <w:p>
      <w:pPr>
        <w:pStyle w:val="ListNumber"/>
      </w:pPr>
      <w:r>
        <w:t>How many hours of sleep will you protect?</w:t>
      </w:r>
    </w:p>
    <w:p>
      <w:pPr>
        <w:keepNext/>
        <w:spacing w:after="40"/>
      </w:pPr>
      <w:r>
        <w:rPr>
          <w:b/>
          <w:color w:val="0F172A"/>
        </w:rPr>
        <w:t>Worksheet 2: Building a Realistic Study Timetable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Draft your timetable for next week.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When in the day do you focus best?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How many hours of sleep will you protect?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Building a Realistic Study Timetable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Plan weekly, then daily.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Use focused blocks with breaks.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Schedule rest deliberately.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3. Active Learning Techniques</w:t>
      </w:r>
    </w:p>
    <w:p>
      <w:pPr>
        <w:jc w:val="both"/>
      </w:pPr>
      <w:r>
        <w:t>Reading and highlighting feel productive but are weak ways to remember. Active techniques make the brain work to recall and connect ideas.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Active recall</w:t>
            </w:r>
          </w:p>
          <w:p>
            <w:pPr>
              <w:spacing w:after="40"/>
            </w:pPr>
            <w:r>
              <w:t>•  Spaced repetition</w:t>
            </w:r>
          </w:p>
          <w:p>
            <w:pPr>
              <w:spacing w:after="40"/>
            </w:pPr>
            <w:r>
              <w:t>•  The Feynman technique</w:t>
            </w:r>
          </w:p>
        </w:tc>
      </w:tr>
    </w:tbl>
    <w:p>
      <w:pPr>
        <w:spacing w:after="80"/>
      </w:pPr>
    </w:p>
    <w:p>
      <w:pPr>
        <w:pStyle w:val="Heading2"/>
      </w:pPr>
      <w:r>
        <w:t>Active Recall</w:t>
      </w:r>
    </w:p>
    <w:p>
      <w:pPr>
        <w:jc w:val="both"/>
      </w:pPr>
      <w:r>
        <w:t>Close the book and try to write or say what you just learned. Retrieving information strengthens memory far more than re-reading.</w:t>
      </w:r>
    </w:p>
    <w:p>
      <w:pPr>
        <w:pStyle w:val="Heading2"/>
      </w:pPr>
      <w:r>
        <w:t>Spaced Repetition</w:t>
      </w:r>
    </w:p>
    <w:p>
      <w:pPr>
        <w:jc w:val="both"/>
      </w:pPr>
      <w:r>
        <w:t>Review material after one day, three days, a week and a month. Spacing reviews helps move knowledge into long-term memory.</w:t>
      </w:r>
    </w:p>
    <w:p>
      <w:pPr>
        <w:pStyle w:val="Heading2"/>
      </w:pPr>
      <w:r>
        <w:t>Explain It Simply</w:t>
      </w:r>
    </w:p>
    <w:p>
      <w:pPr>
        <w:jc w:val="both"/>
      </w:pPr>
      <w:r>
        <w:t>Explain a concept in simple words as if teaching a younger student. Gaps in your explanation show exactly what to revise.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Make ten flashcards for a chapter today and test yourself tomorrow.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Test yourself instead of re-reading.</w:t>
      </w:r>
    </w:p>
    <w:p>
      <w:pPr>
        <w:pStyle w:val="ListBullet"/>
      </w:pPr>
      <w:r>
        <w:t>Space your reviews.</w:t>
      </w:r>
    </w:p>
    <w:p>
      <w:pPr>
        <w:pStyle w:val="ListBullet"/>
      </w:pPr>
      <w:r>
        <w:t>Teach to learn.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Choose one chapter and write everything you remember without notes.</w:t>
      </w:r>
    </w:p>
    <w:p>
      <w:pPr>
        <w:pStyle w:val="ListNumber"/>
      </w:pPr>
      <w:r>
        <w:t>Plan review dates for this week’s topics.</w:t>
      </w:r>
    </w:p>
    <w:p>
      <w:pPr>
        <w:pStyle w:val="ListNumber"/>
      </w:pPr>
      <w:r>
        <w:t>Explain one concept to a family member.</w:t>
      </w:r>
    </w:p>
    <w:p>
      <w:pPr>
        <w:keepNext/>
        <w:spacing w:after="40"/>
      </w:pPr>
      <w:r>
        <w:rPr>
          <w:b/>
          <w:color w:val="0F172A"/>
        </w:rPr>
        <w:t>Worksheet 3: Active Learning Techniques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Choose one chapter and write everything you remember without notes.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Plan review dates for this week’s topics.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Explain one concept to a family member.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Active Learning Techniques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Test yourself instead of re-reading.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Space your reviews.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Teach to learn.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4. Making Notes That Help You Revise</w:t>
      </w:r>
    </w:p>
    <w:p>
      <w:pPr>
        <w:jc w:val="both"/>
      </w:pPr>
      <w:r>
        <w:t>Good notes are short, organised and written in your own words. They save hours in the final weeks.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The Cornell method</w:t>
            </w:r>
          </w:p>
          <w:p>
            <w:pPr>
              <w:spacing w:after="40"/>
            </w:pPr>
            <w:r>
              <w:t>•  Mind maps</w:t>
            </w:r>
          </w:p>
          <w:p>
            <w:pPr>
              <w:spacing w:after="40"/>
            </w:pPr>
            <w:r>
              <w:t>•  Formula and definition sheets</w:t>
            </w:r>
          </w:p>
        </w:tc>
      </w:tr>
    </w:tbl>
    <w:p>
      <w:pPr>
        <w:spacing w:after="80"/>
      </w:pPr>
    </w:p>
    <w:p>
      <w:pPr>
        <w:pStyle w:val="Heading2"/>
      </w:pPr>
      <w:r>
        <w:t>Cornell Notes</w:t>
      </w:r>
    </w:p>
    <w:p>
      <w:pPr>
        <w:jc w:val="both"/>
      </w:pPr>
      <w:r>
        <w:t>Divide a page into a narrow cue column, a wide notes column and a summary at the bottom. Write questions in the cue column and use them to test yourself.</w:t>
      </w:r>
    </w:p>
    <w:p>
      <w:pPr>
        <w:pStyle w:val="Heading2"/>
      </w:pPr>
      <w:r>
        <w:t>Mind Maps</w:t>
      </w:r>
    </w:p>
    <w:p>
      <w:pPr>
        <w:jc w:val="both"/>
      </w:pPr>
      <w:r>
        <w:t>Put the main topic in the centre and branch out into subtopics. Mind maps are excellent for seeing connections in biology, history and geography.</w:t>
      </w:r>
    </w:p>
    <w:p>
      <w:pPr>
        <w:pStyle w:val="Heading2"/>
      </w:pPr>
      <w:r>
        <w:t>One-Page Sheets</w:t>
      </w:r>
    </w:p>
    <w:p>
      <w:pPr>
        <w:jc w:val="both"/>
      </w:pPr>
      <w:r>
        <w:t>For each chapter, keep one page of formulas, definitions and key diagrams for last-week revision.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Turn your notes from today’s class into a one-page summary sheet.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Write notes in your own words.</w:t>
      </w:r>
    </w:p>
    <w:p>
      <w:pPr>
        <w:pStyle w:val="ListBullet"/>
      </w:pPr>
      <w:r>
        <w:t>Use cues to self-test.</w:t>
      </w:r>
    </w:p>
    <w:p>
      <w:pPr>
        <w:pStyle w:val="ListBullet"/>
      </w:pPr>
      <w:r>
        <w:t>Create one-page summaries.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Convert one lesson into Cornell notes.</w:t>
      </w:r>
    </w:p>
    <w:p>
      <w:pPr>
        <w:pStyle w:val="ListNumber"/>
      </w:pPr>
      <w:r>
        <w:t>Draw a mind map of a chapter.</w:t>
      </w:r>
    </w:p>
    <w:p>
      <w:pPr>
        <w:pStyle w:val="ListNumber"/>
      </w:pPr>
      <w:r>
        <w:t>Make a formula sheet for one subject.</w:t>
      </w:r>
    </w:p>
    <w:p>
      <w:pPr>
        <w:keepNext/>
        <w:spacing w:after="40"/>
      </w:pPr>
      <w:r>
        <w:rPr>
          <w:b/>
          <w:color w:val="0F172A"/>
        </w:rPr>
        <w:t>Worksheet 4: Making Notes That Help You Revise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Convert one lesson into Cornell notes.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Draw a mind map of a chapter.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Make a formula sheet for one subject.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Making Notes That Help You Revise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Write notes in your own words.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Use cues to self-test.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Create one-page summaries.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5. Practising with Sample Papers</w:t>
      </w:r>
    </w:p>
    <w:p>
      <w:pPr>
        <w:jc w:val="both"/>
      </w:pPr>
      <w:r>
        <w:t>Practice under exam conditions builds speed, accuracy and confidence. Analysing mistakes is as important as solving the paper.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Simulating exam conditions</w:t>
            </w:r>
          </w:p>
          <w:p>
            <w:pPr>
              <w:spacing w:after="40"/>
            </w:pPr>
            <w:r>
              <w:t>•  Analysing mistakes</w:t>
            </w:r>
          </w:p>
          <w:p>
            <w:pPr>
              <w:spacing w:after="40"/>
            </w:pPr>
            <w:r>
              <w:t>•  Improving speed</w:t>
            </w:r>
          </w:p>
        </w:tc>
      </w:tr>
    </w:tbl>
    <w:p>
      <w:pPr>
        <w:spacing w:after="80"/>
      </w:pPr>
    </w:p>
    <w:p>
      <w:pPr>
        <w:pStyle w:val="Heading2"/>
      </w:pPr>
      <w:r>
        <w:t>Simulate the Exam</w:t>
      </w:r>
    </w:p>
    <w:p>
      <w:pPr>
        <w:jc w:val="both"/>
      </w:pPr>
      <w:r>
        <w:t>Sit for the full duration, without notes or phone, and follow the exam instructions exactly.</w:t>
      </w:r>
    </w:p>
    <w:p>
      <w:pPr>
        <w:pStyle w:val="Heading2"/>
      </w:pPr>
      <w:r>
        <w:t>Analyse Every Paper</w:t>
      </w:r>
    </w:p>
    <w:p>
      <w:pPr>
        <w:jc w:val="both"/>
      </w:pPr>
      <w:r>
        <w:t>After checking, classify each mistake as conceptual, careless or time-related. Each type needs a different fix.</w:t>
      </w:r>
    </w:p>
    <w:p>
      <w:pPr>
        <w:pStyle w:val="Heading2"/>
      </w:pPr>
      <w:r>
        <w:t>Build Speed</w:t>
      </w:r>
    </w:p>
    <w:p>
      <w:pPr>
        <w:jc w:val="both"/>
      </w:pPr>
      <w:r>
        <w:t>Time yourself for each section. Practise writing key points quickly and neatly.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Mistake type</w:t>
            </w:r>
          </w:p>
        </w:tc>
        <w:tc>
          <w:tcPr>
            <w:tcW w:type="dxa" w:w="313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Example</w:t>
            </w:r>
          </w:p>
        </w:tc>
        <w:tc>
          <w:tcPr>
            <w:tcW w:type="dxa" w:w="313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Fix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Conceptual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Wrong formula applied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Revise concept, solve similar questions</w:t>
            </w:r>
          </w:p>
        </w:tc>
      </w:tr>
      <w:tr>
        <w:tc>
          <w:tcPr>
            <w:tcW w:type="dxa" w:w="313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Careless</w:t>
            </w:r>
          </w:p>
        </w:tc>
        <w:tc>
          <w:tcPr>
            <w:tcW w:type="dxa" w:w="313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Sign error, misread question</w:t>
            </w:r>
          </w:p>
        </w:tc>
        <w:tc>
          <w:tcPr>
            <w:tcW w:type="dxa" w:w="313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Underline key words, re-check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Time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Long answer left incomplete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Practise timed sections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5: Types of mistakes and how to fix them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Keep an error log: for every mistake, write the correct answer and the reason you got it wrong.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Practise under real conditions.</w:t>
      </w:r>
    </w:p>
    <w:p>
      <w:pPr>
        <w:pStyle w:val="ListBullet"/>
      </w:pPr>
      <w:r>
        <w:t>Classify and fix mistakes.</w:t>
      </w:r>
    </w:p>
    <w:p>
      <w:pPr>
        <w:pStyle w:val="ListBullet"/>
      </w:pPr>
      <w:r>
        <w:t>Track time per section.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Solve one full sample paper this week.</w:t>
      </w:r>
    </w:p>
    <w:p>
      <w:pPr>
        <w:pStyle w:val="ListNumber"/>
      </w:pPr>
      <w:r>
        <w:t>List your three most common mistakes.</w:t>
      </w:r>
    </w:p>
    <w:p>
      <w:pPr>
        <w:pStyle w:val="ListNumber"/>
      </w:pPr>
      <w:r>
        <w:t>How long do you take for each section?</w:t>
      </w:r>
    </w:p>
    <w:p>
      <w:pPr>
        <w:keepNext/>
        <w:spacing w:after="40"/>
      </w:pPr>
      <w:r>
        <w:rPr>
          <w:b/>
          <w:color w:val="0F172A"/>
        </w:rPr>
        <w:t>Worksheet 5: Practising with Sample Papers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Solve one full sample paper this week.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List your three most common mistakes.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How long do you take for each section?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Practising with Sample Papers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Practise under real conditions.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Classify and fix mistakes.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Track time per section.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6. Managing Stress and Staying Motivated</w:t>
      </w:r>
    </w:p>
    <w:p>
      <w:pPr>
        <w:jc w:val="both"/>
      </w:pPr>
      <w:r>
        <w:t>Some pressure helps you focus, but too much stress harms sleep, memory and health. Learning to manage it is part of good preparation.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Recognising stress signals</w:t>
            </w:r>
          </w:p>
          <w:p>
            <w:pPr>
              <w:spacing w:after="40"/>
            </w:pPr>
            <w:r>
              <w:t>•  Simple calming techniques</w:t>
            </w:r>
          </w:p>
          <w:p>
            <w:pPr>
              <w:spacing w:after="40"/>
            </w:pPr>
            <w:r>
              <w:t>•  Staying motivated over months</w:t>
            </w:r>
          </w:p>
        </w:tc>
      </w:tr>
    </w:tbl>
    <w:p>
      <w:pPr>
        <w:spacing w:after="80"/>
      </w:pPr>
    </w:p>
    <w:p>
      <w:pPr>
        <w:pStyle w:val="Heading2"/>
      </w:pPr>
      <w:r>
        <w:t>Know the Signs</w:t>
      </w:r>
    </w:p>
    <w:p>
      <w:pPr>
        <w:jc w:val="both"/>
      </w:pPr>
      <w:r>
        <w:t>Trouble sleeping, irritability and constant worry are signals to slow down and use support.</w:t>
      </w:r>
    </w:p>
    <w:p>
      <w:pPr>
        <w:pStyle w:val="Heading2"/>
      </w:pPr>
      <w:r>
        <w:t>Calming Techniques</w:t>
      </w:r>
    </w:p>
    <w:p>
      <w:pPr>
        <w:jc w:val="both"/>
      </w:pPr>
      <w:r>
        <w:t>Slow breathing, a short walk, stretching and talking to someone you trust can reduce stress quickly.</w:t>
      </w:r>
    </w:p>
    <w:p>
      <w:pPr>
        <w:pStyle w:val="ListBullet"/>
      </w:pPr>
      <w:r>
        <w:t>Box breathing: in 4, hold 4, out 4, hold 4</w:t>
      </w:r>
    </w:p>
    <w:p>
      <w:pPr>
        <w:pStyle w:val="ListBullet"/>
      </w:pPr>
      <w:r>
        <w:t>Ten-minute walk between study blocks</w:t>
      </w:r>
    </w:p>
    <w:p>
      <w:pPr>
        <w:pStyle w:val="ListBullet"/>
      </w:pPr>
      <w:r>
        <w:t>Write worries down, then plan one action</w:t>
      </w:r>
    </w:p>
    <w:p>
      <w:pPr>
        <w:pStyle w:val="Heading2"/>
      </w:pPr>
      <w:r>
        <w:t>Motivation</w:t>
      </w:r>
    </w:p>
    <w:p>
      <w:pPr>
        <w:jc w:val="both"/>
      </w:pPr>
      <w:r>
        <w:t>Break big goals into weekly targets and celebrate small wins. Compare yourself with your own progress, not with others.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Practise box breathing for two minutes before your next study session.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Notice stress early.</w:t>
      </w:r>
    </w:p>
    <w:p>
      <w:pPr>
        <w:pStyle w:val="ListBullet"/>
      </w:pPr>
      <w:r>
        <w:t>Use simple calming tools.</w:t>
      </w:r>
    </w:p>
    <w:p>
      <w:pPr>
        <w:pStyle w:val="ListBullet"/>
      </w:pPr>
      <w:r>
        <w:t>Celebrate progress.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What are your stress signals?</w:t>
      </w:r>
    </w:p>
    <w:p>
      <w:pPr>
        <w:pStyle w:val="ListNumber"/>
      </w:pPr>
      <w:r>
        <w:t>Which calming technique will you try?</w:t>
      </w:r>
    </w:p>
    <w:p>
      <w:pPr>
        <w:pStyle w:val="ListNumber"/>
      </w:pPr>
      <w:r>
        <w:t>What small win will you celebrate this week?</w:t>
      </w:r>
    </w:p>
    <w:p>
      <w:pPr>
        <w:keepNext/>
        <w:spacing w:after="40"/>
      </w:pPr>
      <w:r>
        <w:rPr>
          <w:b/>
          <w:color w:val="0F172A"/>
        </w:rPr>
        <w:t>Worksheet 6: Managing Stress and Staying Motivated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are your stress signals?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Which calming technique will you try?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small win will you celebrate this week?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Managing Stress and Staying Motivated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Notice stress early.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Use simple calming tools.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Celebrate progress.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7. The Final Month Plan</w:t>
      </w:r>
    </w:p>
    <w:p>
      <w:pPr>
        <w:jc w:val="both"/>
      </w:pPr>
      <w:r>
        <w:t>The last month is for revision, practice and staying healthy — not for starting new topics in panic.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How to plan the last 30 days</w:t>
            </w:r>
          </w:p>
          <w:p>
            <w:pPr>
              <w:spacing w:after="40"/>
            </w:pPr>
            <w:r>
              <w:t>•  What to revise and when</w:t>
            </w:r>
          </w:p>
          <w:p>
            <w:pPr>
              <w:spacing w:after="40"/>
            </w:pPr>
            <w:r>
              <w:t>•  Taking care of health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Cycles</w:t>
      </w:r>
    </w:p>
    <w:p>
      <w:pPr>
        <w:jc w:val="both"/>
      </w:pPr>
      <w:r>
        <w:t>Revise each subject at least twice in the final month: first thoroughly, then quickly with summary sheets.</w:t>
      </w:r>
    </w:p>
    <w:p>
      <w:pPr>
        <w:pStyle w:val="Heading2"/>
      </w:pPr>
      <w:r>
        <w:t>Practice Papers</w:t>
      </w:r>
    </w:p>
    <w:p>
      <w:pPr>
        <w:jc w:val="both"/>
      </w:pPr>
      <w:r>
        <w:t>Alternate revision days with full sample papers, and keep analysing mistakes.</w:t>
      </w:r>
    </w:p>
    <w:p>
      <w:pPr>
        <w:pStyle w:val="Heading2"/>
      </w:pPr>
      <w:r>
        <w:t>Health First</w:t>
      </w:r>
    </w:p>
    <w:p>
      <w:pPr>
        <w:jc w:val="both"/>
      </w:pPr>
      <w:r>
        <w:t>Keep regular sleep, eat simple meals and avoid all-night study sessions.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Use the planner pages at the end of this book to map your final month.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Revise in cycles.</w:t>
      </w:r>
    </w:p>
    <w:p>
      <w:pPr>
        <w:pStyle w:val="ListBullet"/>
      </w:pPr>
      <w:r>
        <w:t>Keep practising papers.</w:t>
      </w:r>
    </w:p>
    <w:p>
      <w:pPr>
        <w:pStyle w:val="ListBullet"/>
      </w:pPr>
      <w:r>
        <w:t>Protect sleep and health.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Draft your 30-day revision plan.</w:t>
      </w:r>
    </w:p>
    <w:p>
      <w:pPr>
        <w:pStyle w:val="ListNumber"/>
      </w:pPr>
      <w:r>
        <w:t>Which subjects need two full revisions?</w:t>
      </w:r>
    </w:p>
    <w:p>
      <w:pPr>
        <w:pStyle w:val="ListNumber"/>
      </w:pPr>
      <w:r>
        <w:t>What will your exam-week routine look like?</w:t>
      </w:r>
    </w:p>
    <w:p>
      <w:pPr>
        <w:keepNext/>
        <w:spacing w:after="40"/>
      </w:pPr>
      <w:r>
        <w:rPr>
          <w:b/>
          <w:color w:val="0F172A"/>
        </w:rPr>
        <w:t>Worksheet 7: The Final Month Plan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Draft your 30-day revision plan.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Which subjects need two full revisions?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will your exam-week routine look like?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The Final Month Plan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Revise in cycles.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Keep practising papers.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Protect sleep and health.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8. Exam Day Strategy</w:t>
      </w:r>
    </w:p>
    <w:p>
      <w:pPr>
        <w:jc w:val="both"/>
      </w:pPr>
      <w:r>
        <w:t>A calm, planned exam day helps you show what you know.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0F172A"/>
          <w:left w:val="single" w:sz="8" w:space="0" w:color="0F172A"/>
          <w:bottom w:val="single" w:sz="8" w:space="0" w:color="0F172A"/>
          <w:right w:val="single" w:sz="8" w:space="0" w:color="0F172A"/>
          <w:insideH w:val="single" w:sz="8" w:space="0" w:color="0F172A"/>
          <w:insideV w:val="single" w:sz="8" w:space="0" w:color="0F172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60"/>
            </w:pPr>
            <w:r>
              <w:rPr>
                <w:b/>
                <w:color w:val="0F172A"/>
              </w:rPr>
              <w:t>In this chapter you will learn</w:t>
            </w:r>
          </w:p>
          <w:p>
            <w:pPr>
              <w:spacing w:after="40"/>
            </w:pPr>
            <w:r>
              <w:t>•  What to do the night before</w:t>
            </w:r>
          </w:p>
          <w:p>
            <w:pPr>
              <w:spacing w:after="40"/>
            </w:pPr>
            <w:r>
              <w:t>•  How to use reading time</w:t>
            </w:r>
          </w:p>
          <w:p>
            <w:pPr>
              <w:spacing w:after="40"/>
            </w:pPr>
            <w:r>
              <w:t>•  Answer-writing tips</w:t>
            </w:r>
          </w:p>
        </w:tc>
      </w:tr>
    </w:tbl>
    <w:p>
      <w:pPr>
        <w:spacing w:after="80"/>
      </w:pPr>
    </w:p>
    <w:p>
      <w:pPr>
        <w:pStyle w:val="Heading2"/>
      </w:pPr>
      <w:r>
        <w:t>The Night Before</w:t>
      </w:r>
    </w:p>
    <w:p>
      <w:pPr>
        <w:jc w:val="both"/>
      </w:pPr>
      <w:r>
        <w:t>Pack admit card, pens, instruments and water. Revise only summary sheets and sleep on time.</w:t>
      </w:r>
    </w:p>
    <w:p>
      <w:pPr>
        <w:pStyle w:val="Heading2"/>
      </w:pPr>
      <w:r>
        <w:t>Reading Time</w:t>
      </w:r>
    </w:p>
    <w:p>
      <w:pPr>
        <w:jc w:val="both"/>
      </w:pPr>
      <w:r>
        <w:t>Read the paper fully, mark questions you are confident about and plan the order of attempting them.</w:t>
      </w:r>
    </w:p>
    <w:p>
      <w:pPr>
        <w:pStyle w:val="Heading2"/>
      </w:pPr>
      <w:r>
        <w:t>Writing Answers</w:t>
      </w:r>
    </w:p>
    <w:p>
      <w:pPr>
        <w:jc w:val="both"/>
      </w:pPr>
      <w:r>
        <w:t>Write in points where suitable, underline key terms, draw labelled diagrams and leave time to revise.</w:t>
      </w:r>
    </w:p>
    <w:p>
      <w:pPr>
        <w:pStyle w:val="ListBullet"/>
      </w:pPr>
      <w:r>
        <w:t>Attempt all questions</w:t>
      </w:r>
    </w:p>
    <w:p>
      <w:pPr>
        <w:pStyle w:val="ListBullet"/>
      </w:pPr>
      <w:r>
        <w:t>Follow word limits</w:t>
      </w:r>
    </w:p>
    <w:p>
      <w:pPr>
        <w:pStyle w:val="ListBullet"/>
      </w:pPr>
      <w:r>
        <w:t>Keep 10 minutes to check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Try this</w:t>
            </w:r>
          </w:p>
          <w:p>
            <w:pPr>
              <w:spacing w:after="0"/>
            </w:pPr>
            <w:r>
              <w:t>Practise reading-time planning on your next sample paper.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Prepare everything the night before.</w:t>
      </w:r>
    </w:p>
    <w:p>
      <w:pPr>
        <w:pStyle w:val="ListBullet"/>
      </w:pPr>
      <w:r>
        <w:t>Plan during reading time.</w:t>
      </w:r>
    </w:p>
    <w:p>
      <w:pPr>
        <w:pStyle w:val="ListBullet"/>
      </w:pPr>
      <w:r>
        <w:t>Present answers clearly.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Make your exam-day checklist.</w:t>
      </w:r>
    </w:p>
    <w:p>
      <w:pPr>
        <w:pStyle w:val="ListNumber"/>
      </w:pPr>
      <w:r>
        <w:t>How will you use reading time?</w:t>
      </w:r>
    </w:p>
    <w:p>
      <w:pPr>
        <w:pStyle w:val="ListNumber"/>
      </w:pPr>
      <w:r>
        <w:t>What will you do if you get stuck?</w:t>
      </w:r>
    </w:p>
    <w:p>
      <w:pPr>
        <w:keepNext/>
        <w:spacing w:after="40"/>
      </w:pPr>
      <w:r>
        <w:rPr>
          <w:b/>
          <w:color w:val="0F172A"/>
        </w:rPr>
        <w:t>Worksheet 8: Exam Day Strategy</w:t>
      </w:r>
    </w:p>
    <w:p>
      <w:pPr>
        <w:spacing w:after="80"/>
      </w:pPr>
      <w:r>
        <w:rPr>
          <w:i/>
          <w:color w:val="72706F"/>
        </w:rPr>
        <w:t>Write your answers here, or print this page.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Make your exam-day checklist.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How will you use reading time?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will you do if you get stuck?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2"/>
      </w:pPr>
      <w:r>
        <w:t>Action Plan: Exam Day Strategy</w:t>
      </w:r>
    </w:p>
    <w:p>
      <w:r>
        <w:rPr>
          <w:i/>
          <w:color w:val="72706F"/>
        </w:rPr>
        <w:t>Turn the ideas from this chapter into three concrete actions. Keep each one small enough to start this week.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"/>
        <w:gridCol w:w="3839"/>
        <w:gridCol w:w="2600"/>
        <w:gridCol w:w="1486"/>
        <w:gridCol w:w="866"/>
      </w:tblGrid>
      <w:tr>
        <w:trPr>
          <w:tblHeader/>
        </w:trPr>
        <w:tc>
          <w:tcPr>
            <w:tcW w:type="dxa" w:w="61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83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Action I will take</w:t>
            </w:r>
          </w:p>
        </w:tc>
        <w:tc>
          <w:tcPr>
            <w:tcW w:type="dxa" w:w="2600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First step</w:t>
            </w:r>
          </w:p>
        </w:tc>
        <w:tc>
          <w:tcPr>
            <w:tcW w:type="dxa" w:w="148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By when</w:t>
            </w:r>
          </w:p>
        </w:tc>
        <w:tc>
          <w:tcPr>
            <w:tcW w:type="dxa" w:w="86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Prepare everything the night before.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Plan during reading time.</w:t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Present answers clearly.</w:t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383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  <w:tr>
        <w:trPr>
          <w:trHeight w:val="907" w:hRule="atLeast"/>
        </w:trPr>
        <w:tc>
          <w:tcPr>
            <w:tcW w:type="dxa" w:w="61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383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600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☐</w:t>
            </w:r>
          </w:p>
        </w:tc>
      </w:tr>
    </w:tbl>
    <w:p>
      <w:pPr>
        <w:spacing w:after="80"/>
      </w:pPr>
    </w:p>
    <w:p>
      <w:pPr>
        <w:pStyle w:val="Heading3"/>
      </w:pPr>
      <w:r>
        <w:t>Reflection</w:t>
      </w:r>
    </w:p>
    <w:p>
      <w:pPr>
        <w:keepNext/>
        <w:spacing w:after="40"/>
      </w:pPr>
      <w:r>
        <w:rPr>
          <w:b/>
          <w:color w:val="0F172A"/>
        </w:rPr>
        <w:t>Looking back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What surprised me most in this chapter?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Where did I struggle, and what will I try differently?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Who can I share one idea from this chapter with?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pStyle w:val="Heading1"/>
      </w:pPr>
      <w:r>
        <w:t>9. Daily Study Planner</w:t>
      </w:r>
    </w:p>
    <w:p>
      <w:pPr>
        <w:jc w:val="both"/>
      </w:pPr>
      <w:r>
        <w:t>Use one page per day in your final weeks. Plan your blocks in the morning and tick them off at night.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7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8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9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10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17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18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19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20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27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28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29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30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37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38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39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40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41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42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43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44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45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46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47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2"/>
      </w:pPr>
      <w:r>
        <w:t>Day 48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47"/>
        <w:gridCol w:w="2596"/>
        <w:gridCol w:w="3894"/>
        <w:gridCol w:w="973"/>
      </w:tblGrid>
      <w:tr>
        <w:trPr>
          <w:tblHeader/>
        </w:trPr>
        <w:tc>
          <w:tcPr>
            <w:tcW w:type="dxa" w:w="1947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Time block</w:t>
            </w:r>
          </w:p>
        </w:tc>
        <w:tc>
          <w:tcPr>
            <w:tcW w:type="dxa" w:w="2596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Subject / topic</w:t>
            </w:r>
          </w:p>
        </w:tc>
        <w:tc>
          <w:tcPr>
            <w:tcW w:type="dxa" w:w="389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974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Done</w:t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7:00–8:00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10:00–11:00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11:00–12:00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2:00–3:00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4:00–5:00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6:00–7:00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624" w:hRule="atLeast"/>
        </w:trPr>
        <w:tc>
          <w:tcPr>
            <w:tcW w:type="dxa" w:w="1947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8:00–9:00</w:t>
            </w:r>
          </w:p>
        </w:tc>
        <w:tc>
          <w:tcPr>
            <w:tcW w:type="dxa" w:w="2596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89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974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keepNext/>
        <w:spacing w:after="40"/>
      </w:pPr>
      <w:r>
        <w:rPr>
          <w:b/>
          <w:color w:val="0F172A"/>
        </w:rPr>
        <w:t>Reflection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single" w:sz="4" w:space="0" w:color="CDCCCC"/>
        </w:tblBorders>
      </w:tblPr>
      <w:tblGrid>
        <w:gridCol w:w="9412"/>
      </w:tblGrid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One thing I learned today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  <w:tr>
        <w:tc>
          <w:tcPr>
            <w:tcW w:type="dxa" w:w="9411"/>
            <w:shd w:val="clear" w:color="auto" w:fill="E7E8EA"/>
          </w:tcPr>
          <w:p>
            <w:pPr>
              <w:spacing w:after="0"/>
            </w:pPr>
            <w:r>
              <w:rPr>
                <w:b/>
              </w:rPr>
              <w:t>Tomorrow’s top priority</w:t>
            </w:r>
          </w:p>
        </w:tc>
      </w:tr>
      <w:tr>
        <w:trPr>
          <w:trHeight w:val="510" w:hRule="atLeast"/>
        </w:trPr>
        <w:tc>
          <w:tcPr>
            <w:tcW w:type="dxa" w:w="9411"/>
          </w:tcPr>
          <w:p/>
        </w:tc>
      </w:tr>
    </w:tbl>
    <w:p>
      <w:pPr>
        <w:spacing w:after="120"/>
      </w:pP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10.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0B112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Active recall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Testing yourself to strengthen memory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Spaced repetition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Reviewing at increasing intervals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Cornell notes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note format with cues, notes and summary</w:t>
            </w:r>
          </w:p>
        </w:tc>
      </w:tr>
      <w:tr>
        <w:tc>
          <w:tcPr>
            <w:tcW w:type="dxa" w:w="2689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Error log</w:t>
            </w:r>
          </w:p>
        </w:tc>
        <w:tc>
          <w:tcPr>
            <w:tcW w:type="dxa" w:w="6722"/>
            <w:vAlign w:val="center"/>
            <w:shd w:val="clear" w:color="auto" w:fill="E7E8EA"/>
          </w:tcPr>
          <w:p>
            <w:pPr>
              <w:spacing w:after="0"/>
            </w:pPr>
            <w:r/>
            <w:r>
              <w:rPr>
                <w:sz w:val="20"/>
              </w:rPr>
              <w:t>A record of mistakes and their fixes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Mind map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diagram connecting ideas around a central topic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Your board’s official website for syllabus and sample papers</w:t>
      </w:r>
    </w:p>
    <w:p>
      <w:pPr>
        <w:pStyle w:val="ListBullet"/>
      </w:pPr>
      <w:r>
        <w:t>Textbooks prescribed by your school</w:t>
      </w:r>
    </w:p>
    <w:p>
      <w:pPr>
        <w:pStyle w:val="ListBullet"/>
      </w:pPr>
      <w:r>
        <w:t>A simple timer for focused study blocks</w:t>
      </w:r>
    </w:p>
    <w:p>
      <w:pPr>
        <w:pStyle w:val="ListBullet"/>
      </w:pPr>
      <w:r>
        <w:t>Your teachers and study group</w:t>
      </w:r>
    </w:p>
    <w:p>
      <w:pPr>
        <w:pStyle w:val="Heading2"/>
      </w:pPr>
      <w:r>
        <w:t>About the Author</w:t>
      </w:r>
    </w:p>
    <w:p>
      <w:pPr>
        <w:jc w:val="both"/>
      </w:pPr>
      <w:r>
        <w:t>Write a few lines about yourself and your experience with exams or teaching.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7E8EA"/>
            <w:tcBorders>
              <w:left w:val="single" w:sz="36" w:space="0" w:color="0F172A"/>
            </w:tcBorders>
          </w:tcPr>
          <w:p>
            <w:pPr>
              <w:spacing w:after="60"/>
            </w:pPr>
            <w:r>
              <w:rPr>
                <w:b/>
                <w:color w:val="0F172A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—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Study Smarter</w:t>
    </w:r>
    <w:r>
      <w:rPr>
        <w:color w:val="72706F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0F172A"/>
      </w:pBdr>
    </w:pPr>
    <w:rPr>
      <w:rFonts w:ascii="Raleway" w:hAnsi="Raleway" w:cs="Raleway" w:eastAsia="Raleway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Raleway" w:hAnsi="Raleway" w:cs="Raleway" w:eastAsia="Raleway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