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double" w:sz="12" w:space="0" w:color="A16207"/>
          <w:left w:val="double" w:sz="12" w:space="0" w:color="A16207"/>
          <w:bottom w:val="double" w:sz="12" w:space="0" w:color="A16207"/>
          <w:right w:val="double" w:sz="12" w:space="0" w:color="A16207"/>
        </w:tblBorders>
        <w:tblCellMar>
          <w:top w:w="300" w:type="dxa"/>
          <w:left w:w="600" w:type="dxa"/>
          <w:bottom w:w="300" w:type="dxa"/>
          <w:right w:w="600" w:type="dxa"/>
        </w:tblCellMar>
      </w:tblPr>
      <w:tblGrid>
        <w:gridCol w:w="9412"/>
      </w:tblGrid>
      <w:tr>
        <w:trPr>
          <w:trHeight w:val="14071" w:hRule="exact"/>
        </w:trPr>
        <w:tc>
          <w:tcPr>
            <w:tcW w:type="dxa" w:w="9411"/>
            <w:vAlign w:val="center"/>
          </w:tcPr>
          <w:p>
            <w:pPr>
              <w:spacing w:after="480"/>
              <w:jc w:val="center"/>
            </w:pPr>
            <w:r>
              <w:rPr>
                <w:b/>
                <w:i w:val="0"/>
                <w:caps/>
                <w:color w:val="A16207"/>
                <w:sz w:val="20"/>
                <w:spacing w:val="60"/>
              </w:rPr>
              <w:t>Guide · Business</w:t>
            </w:r>
          </w:p>
          <w:p>
            <w:pPr>
              <w:pStyle w:val="Title"/>
              <w:jc w:val="center"/>
            </w:pPr>
            <w:r>
              <w:t>Grow Online</w:t>
            </w:r>
          </w:p>
          <w:p>
            <w:pPr>
              <w:jc w:val="center"/>
            </w:pPr>
            <w:r>
              <w:rPr>
                <w:b/>
                <w:i w:val="0"/>
                <w:color w:val="A16207"/>
                <w:sz w:val="28"/>
              </w:rPr>
              <w:t>———</w:t>
            </w:r>
          </w:p>
          <w:p>
            <w:pPr>
              <w:spacing w:after="1200"/>
              <w:jc w:val="center"/>
            </w:pPr>
            <w:r>
              <w:rPr>
                <w:b w:val="0"/>
                <w:i w:val="0"/>
                <w:color w:val="767676"/>
                <w:sz w:val="26"/>
              </w:rPr>
              <w:t>Digital Marketing Basics for Small Businesses</w:t>
            </w:r>
          </w:p>
          <w:p>
            <w:pPr>
              <w:spacing w:after="0"/>
              <w:jc w:val="center"/>
            </w:pPr>
            <w:r>
              <w:rPr>
                <w:b/>
                <w:i w:val="0"/>
                <w:color w:val="767676"/>
                <w:sz w:val="16"/>
                <w:spacing w:val="30"/>
              </w:rPr>
              <w:t>WRITTEN BY</w:t>
            </w:r>
          </w:p>
          <w:p>
            <w:pPr>
              <w:spacing w:after="160"/>
              <w:jc w:val="center"/>
            </w:pPr>
            <w:r>
              <w:rPr>
                <w:b/>
                <w:i w:val="0"/>
                <w:color w:val="222222"/>
                <w:sz w:val="22"/>
              </w:rPr>
              <w:t>Your Name</w:t>
            </w:r>
          </w:p>
          <w:p>
            <w:pPr>
              <w:spacing w:after="0"/>
              <w:jc w:val="center"/>
            </w:pPr>
            <w:r>
              <w:rPr>
                <w:b/>
                <w:i w:val="0"/>
                <w:color w:val="767676"/>
                <w:sz w:val="16"/>
                <w:spacing w:val="30"/>
              </w:rPr>
              <w:t>EDITION</w:t>
            </w:r>
          </w:p>
          <w:p>
            <w:pPr>
              <w:spacing w:after="160"/>
              <w:jc w:val="center"/>
            </w:pPr>
            <w:r>
              <w:rPr>
                <w:b/>
                <w:i w:val="0"/>
                <w:color w:val="222222"/>
                <w:sz w:val="22"/>
              </w:rPr>
              <w:t>First edition, 2026</w:t>
            </w:r>
          </w:p>
          <w:p>
            <w:pPr>
              <w:spacing w:after="0"/>
              <w:jc w:val="center"/>
            </w:pPr>
            <w:r>
              <w:rPr>
                <w:b/>
                <w:i w:val="0"/>
                <w:color w:val="767676"/>
                <w:sz w:val="16"/>
                <w:spacing w:val="30"/>
              </w:rPr>
              <w:t>FORMAT</w:t>
            </w:r>
          </w:p>
          <w:p>
            <w:pPr>
              <w:spacing w:after="160"/>
              <w:jc w:val="center"/>
            </w:pPr>
            <w:r>
              <w:rPr>
                <w:b/>
                <w:i w:val="0"/>
                <w:color w:val="222222"/>
                <w:sz w:val="22"/>
              </w:rPr>
              <w:t>Editable guide</w:t>
            </w:r>
          </w:p>
        </w:tc>
      </w:tr>
    </w:tbl>
    <w:p>
      <w:pPr>
        <w:spacing w:after="0" w:before="0" w:line="20" w:lineRule="exact"/>
      </w:pPr>
      <w:r>
        <w:rPr>
          <w:sz w:val="2"/>
        </w:rPr>
        <w:br w:type="page"/>
      </w:r>
    </w:p>
    <w:p>
      <w:pPr>
        <w:spacing w:after="4000"/>
      </w:pPr>
    </w:p>
    <w:p>
      <w:pPr>
        <w:spacing w:after="40"/>
      </w:pPr>
      <w:r>
        <w:rPr>
          <w:b/>
        </w:rPr>
        <w:t>Grow Online</w:t>
      </w:r>
    </w:p>
    <w:p>
      <w:pPr>
        <w:spacing w:after="240"/>
      </w:pPr>
      <w:r>
        <w:rPr>
          <w:color w:val="767676"/>
        </w:rPr>
        <w:t>Digital Marketing Basics for Small Businesses</w:t>
      </w:r>
    </w:p>
    <w:p>
      <w:pPr>
        <w:spacing w:after="120"/>
      </w:pPr>
      <w:r>
        <w:rPr>
          <w:color w:val="767676"/>
          <w:sz w:val="18"/>
        </w:rPr>
        <w:t>© 2026 Your Name. All rights reserved. This template is provided by Morphiq; replace the author and publisher details with your own.</w:t>
      </w:r>
    </w:p>
    <w:p>
      <w:pPr>
        <w:spacing w:after="120"/>
      </w:pPr>
      <w:r>
        <w:rPr>
          <w:color w:val="767676"/>
          <w:sz w:val="18"/>
        </w:rPr>
        <w:t>This book is for general information and education. It is not professional, financial, medical or legal advice; consult a qualified professional for decisions about your own situation.</w:t>
      </w:r>
    </w:p>
    <w:p>
      <w:pPr>
        <w:spacing w:after="120"/>
      </w:pPr>
      <w:r>
        <w:rPr>
          <w:color w:val="767676"/>
          <w:sz w:val="18"/>
        </w:rPr>
        <w:t>Examples, names, organisations and figures in this book are illustrative and should not be read as statistics.</w:t>
      </w:r>
    </w:p>
    <w:p>
      <w:pPr>
        <w:spacing w:after="120"/>
      </w:pPr>
      <w:r>
        <w:rPr>
          <w:color w:val="767676"/>
          <w:sz w:val="18"/>
        </w:rPr>
        <w:t>Edition: First · Published by Morphiq Guides</w:t>
      </w:r>
    </w:p>
    <w:p>
      <w:pPr>
        <w:spacing w:after="0" w:line="20" w:lineRule="exact"/>
      </w:pPr>
      <w:r>
        <w:rPr>
          <w:sz w:val="2"/>
        </w:rPr>
        <w:br w:type="page"/>
      </w:r>
    </w:p>
    <w:p>
      <w:pPr>
        <w:pStyle w:val="Heading1"/>
      </w:pPr>
      <w:r>
        <w:t>How to Use This Book</w:t>
      </w:r>
    </w:p>
    <w:p>
      <w:pPr>
        <w:jc w:val="both"/>
      </w:pPr>
      <w:r>
        <w:t>Each chapter covers one area of digital marketing in plain language, followed by a simple action you can take the same day.</w:t>
      </w:r>
    </w:p>
    <w:p>
      <w:pPr>
        <w:jc w:val="both"/>
      </w:pPr>
      <w:r>
        <w:t>You do not need a large budget — consistency and clarity matter most.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8" w:space="0" w:color="A16207"/>
          <w:left w:val="single" w:sz="8" w:space="0" w:color="A16207"/>
          <w:bottom w:val="single" w:sz="8" w:space="0" w:color="A16207"/>
          <w:right w:val="single" w:sz="8" w:space="0" w:color="A16207"/>
          <w:insideH w:val="single" w:sz="8" w:space="0" w:color="A16207"/>
          <w:insideV w:val="single" w:sz="8" w:space="0" w:color="A16207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412"/>
      </w:tblGrid>
      <w:tr>
        <w:tc>
          <w:tcPr>
            <w:tcW w:type="dxa" w:w="9411"/>
            <w:shd w:val="clear" w:color="auto" w:fill="FFFFFF"/>
          </w:tcPr>
          <w:p>
            <w:pPr>
              <w:spacing w:after="60"/>
            </w:pPr>
            <w:r>
              <w:rPr>
                <w:b/>
                <w:color w:val="A16207"/>
              </w:rPr>
              <w:t>Inside every chapter</w:t>
            </w:r>
          </w:p>
          <w:p>
            <w:pPr>
              <w:spacing w:after="40"/>
            </w:pPr>
            <w:r>
              <w:t>•  A short list of what you will learn</w:t>
            </w:r>
          </w:p>
          <w:p>
            <w:pPr>
              <w:spacing w:after="40"/>
            </w:pPr>
            <w:r>
              <w:t>•  Clear explanations with examples and tables</w:t>
            </w:r>
          </w:p>
          <w:p>
            <w:pPr>
              <w:spacing w:after="40"/>
            </w:pPr>
            <w:r>
              <w:t>•  “Try this” activities to apply ideas straight away</w:t>
            </w:r>
          </w:p>
          <w:p>
            <w:pPr>
              <w:spacing w:after="40"/>
            </w:pPr>
            <w:r>
              <w:t>•  Key takeaways and practice questions</w:t>
            </w:r>
          </w:p>
        </w:tc>
      </w:tr>
    </w:tbl>
    <w:p>
      <w:pPr>
        <w:spacing w:after="80"/>
      </w:pPr>
    </w:p>
    <w:p>
      <w:pPr>
        <w:pStyle w:val="Heading1"/>
      </w:pPr>
      <w:r>
        <w:t>Contents</w:t>
      </w:r>
    </w:p>
    <w:p>
      <w:pPr>
        <w:spacing w:after="0"/>
      </w:pPr>
      <w:r>
        <w:fldChar w:fldCharType="begin" w:dirty="false"/>
      </w:r>
      <w:r>
        <w:instrText xml:space="preserve"> TOC \o "1-2" \h \z \u </w:instrText>
      </w:r>
      <w:r>
        <w:fldChar w:fldCharType="separate"/>
      </w:r>
    </w:p>
    <w:p>
      <w:pPr>
        <w:pStyle w:val="TOC1"/>
      </w:pPr>
      <w:r>
        <w:t>1. Marketing in the Digital Age</w:t>
      </w:r>
      <w:r>
        <w:tab/>
        <w:t>6</w:t>
      </w:r>
    </w:p>
    <w:p>
      <w:pPr>
        <w:pStyle w:val="TOC2"/>
      </w:pPr>
      <w:r>
        <w:t>The Customer Journey</w:t>
      </w:r>
      <w:r>
        <w:tab/>
        <w:t>6</w:t>
      </w:r>
    </w:p>
    <w:p>
      <w:pPr>
        <w:pStyle w:val="TOC2"/>
      </w:pPr>
      <w:r>
        <w:t>Main Channels</w:t>
      </w:r>
      <w:r>
        <w:tab/>
        <w:t>6</w:t>
      </w:r>
    </w:p>
    <w:p>
      <w:pPr>
        <w:pStyle w:val="TOC2"/>
      </w:pPr>
      <w:r>
        <w:t>Set Clear Goals</w:t>
      </w:r>
      <w:r>
        <w:tab/>
        <w:t>6</w:t>
      </w:r>
    </w:p>
    <w:p>
      <w:pPr>
        <w:pStyle w:val="TOC1"/>
      </w:pPr>
      <w:r>
        <w:t>2. Your Business Online: Listings and Website</w:t>
      </w:r>
      <w:r>
        <w:tab/>
        <w:t>7</w:t>
      </w:r>
    </w:p>
    <w:p>
      <w:pPr>
        <w:pStyle w:val="TOC2"/>
      </w:pPr>
      <w:r>
        <w:t>Map Listings</w:t>
      </w:r>
      <w:r>
        <w:tab/>
        <w:t>7</w:t>
      </w:r>
    </w:p>
    <w:p>
      <w:pPr>
        <w:pStyle w:val="TOC2"/>
      </w:pPr>
      <w:r>
        <w:t>A Simple Website</w:t>
      </w:r>
      <w:r>
        <w:tab/>
        <w:t>7</w:t>
      </w:r>
    </w:p>
    <w:p>
      <w:pPr>
        <w:pStyle w:val="TOC2"/>
      </w:pPr>
      <w:r>
        <w:t>Reviews</w:t>
      </w:r>
      <w:r>
        <w:tab/>
        <w:t>7</w:t>
      </w:r>
    </w:p>
    <w:p>
      <w:pPr>
        <w:pStyle w:val="TOC1"/>
      </w:pPr>
      <w:r>
        <w:t>3. Social Media That Works</w:t>
      </w:r>
      <w:r>
        <w:tab/>
        <w:t>8</w:t>
      </w:r>
    </w:p>
    <w:p>
      <w:pPr>
        <w:pStyle w:val="TOC2"/>
      </w:pPr>
      <w:r>
        <w:t>Pick Your Platforms</w:t>
      </w:r>
      <w:r>
        <w:tab/>
        <w:t>8</w:t>
      </w:r>
    </w:p>
    <w:p>
      <w:pPr>
        <w:pStyle w:val="TOC2"/>
      </w:pPr>
      <w:r>
        <w:t>Content Pillars</w:t>
      </w:r>
      <w:r>
        <w:tab/>
        <w:t>8</w:t>
      </w:r>
    </w:p>
    <w:p>
      <w:pPr>
        <w:pStyle w:val="TOC2"/>
      </w:pPr>
      <w:r>
        <w:t>Engagement</w:t>
      </w:r>
      <w:r>
        <w:tab/>
        <w:t>8</w:t>
      </w:r>
    </w:p>
    <w:p>
      <w:pPr>
        <w:pStyle w:val="TOC1"/>
      </w:pPr>
      <w:r>
        <w:t>4. Search Visibility Basics</w:t>
      </w:r>
      <w:r>
        <w:tab/>
        <w:t>10</w:t>
      </w:r>
    </w:p>
    <w:p>
      <w:pPr>
        <w:pStyle w:val="TOC2"/>
      </w:pPr>
      <w:r>
        <w:t>Think Like a Customer</w:t>
      </w:r>
      <w:r>
        <w:tab/>
        <w:t>10</w:t>
      </w:r>
    </w:p>
    <w:p>
      <w:pPr>
        <w:pStyle w:val="TOC2"/>
      </w:pPr>
      <w:r>
        <w:t>Use Keywords Naturally</w:t>
      </w:r>
      <w:r>
        <w:tab/>
        <w:t>10</w:t>
      </w:r>
    </w:p>
    <w:p>
      <w:pPr>
        <w:pStyle w:val="TOC2"/>
      </w:pPr>
      <w:r>
        <w:t>Local Search</w:t>
      </w:r>
      <w:r>
        <w:tab/>
        <w:t>10</w:t>
      </w:r>
    </w:p>
    <w:p>
      <w:pPr>
        <w:pStyle w:val="TOC1"/>
      </w:pPr>
      <w:r>
        <w:t>5. Messaging and Email Marketing</w:t>
      </w:r>
      <w:r>
        <w:tab/>
        <w:t>11</w:t>
      </w:r>
    </w:p>
    <w:p>
      <w:pPr>
        <w:pStyle w:val="TOC2"/>
      </w:pPr>
      <w:r>
        <w:t>Permission First</w:t>
      </w:r>
      <w:r>
        <w:tab/>
        <w:t>11</w:t>
      </w:r>
    </w:p>
    <w:p>
      <w:pPr>
        <w:pStyle w:val="TOC2"/>
      </w:pPr>
      <w:r>
        <w:t>Useful Messages</w:t>
      </w:r>
      <w:r>
        <w:tab/>
        <w:t>11</w:t>
      </w:r>
    </w:p>
    <w:p>
      <w:pPr>
        <w:pStyle w:val="TOC2"/>
      </w:pPr>
      <w:r>
        <w:t>Frequency</w:t>
      </w:r>
      <w:r>
        <w:tab/>
        <w:t>11</w:t>
      </w:r>
    </w:p>
    <w:p>
      <w:pPr>
        <w:pStyle w:val="TOC1"/>
      </w:pPr>
      <w:r>
        <w:t>6. Paid Advertising on a Small Budget</w:t>
      </w:r>
      <w:r>
        <w:tab/>
        <w:t>12</w:t>
      </w:r>
    </w:p>
    <w:p>
      <w:pPr>
        <w:pStyle w:val="TOC2"/>
      </w:pPr>
      <w:r>
        <w:t>Start Small</w:t>
      </w:r>
      <w:r>
        <w:tab/>
        <w:t>12</w:t>
      </w:r>
    </w:p>
    <w:p>
      <w:pPr>
        <w:pStyle w:val="TOC2"/>
      </w:pPr>
      <w:r>
        <w:t>Target Carefully</w:t>
      </w:r>
      <w:r>
        <w:tab/>
        <w:t>12</w:t>
      </w:r>
    </w:p>
    <w:p>
      <w:pPr>
        <w:pStyle w:val="TOC2"/>
      </w:pPr>
      <w:r>
        <w:t>Measure</w:t>
      </w:r>
      <w:r>
        <w:tab/>
        <w:t>12</w:t>
      </w:r>
    </w:p>
    <w:p>
      <w:pPr>
        <w:pStyle w:val="TOC1"/>
      </w:pPr>
      <w:r>
        <w:t>7. Measuring What Matters</w:t>
      </w:r>
      <w:r>
        <w:tab/>
        <w:t>13</w:t>
      </w:r>
    </w:p>
    <w:p>
      <w:pPr>
        <w:pStyle w:val="TOC2"/>
      </w:pPr>
      <w:r>
        <w:t>Choose a Few Metrics</w:t>
      </w:r>
      <w:r>
        <w:tab/>
        <w:t>13</w:t>
      </w:r>
    </w:p>
    <w:p>
      <w:pPr>
        <w:pStyle w:val="TOC2"/>
      </w:pPr>
      <w:r>
        <w:t>Free Tools</w:t>
      </w:r>
      <w:r>
        <w:tab/>
        <w:t>13</w:t>
      </w:r>
    </w:p>
    <w:p>
      <w:pPr>
        <w:pStyle w:val="TOC2"/>
      </w:pPr>
      <w:r>
        <w:t>Monthly Review</w:t>
      </w:r>
      <w:r>
        <w:tab/>
        <w:t>13</w:t>
      </w:r>
    </w:p>
    <w:p>
      <w:pPr>
        <w:pStyle w:val="TOC1"/>
      </w:pPr>
      <w:r>
        <w:t>8. Your 90-Day Marketing Plan</w:t>
      </w:r>
      <w:r>
        <w:tab/>
        <w:t>15</w:t>
      </w:r>
    </w:p>
    <w:p>
      <w:pPr>
        <w:pStyle w:val="TOC2"/>
      </w:pPr>
      <w:r>
        <w:t>One Goal</w:t>
      </w:r>
      <w:r>
        <w:tab/>
        <w:t>15</w:t>
      </w:r>
    </w:p>
    <w:p>
      <w:pPr>
        <w:pStyle w:val="TOC2"/>
      </w:pPr>
      <w:r>
        <w:t>Weekly Actions</w:t>
      </w:r>
      <w:r>
        <w:tab/>
        <w:t>15</w:t>
      </w:r>
    </w:p>
    <w:p>
      <w:pPr>
        <w:pStyle w:val="TOC2"/>
      </w:pPr>
      <w:r>
        <w:t>Review</w:t>
      </w:r>
      <w:r>
        <w:tab/>
        <w:t>15</w:t>
      </w:r>
    </w:p>
    <w:p>
      <w:pPr>
        <w:pStyle w:val="TOC1"/>
      </w:pPr>
      <w:r>
        <w:t>9. Glossary and Resources</w:t>
      </w:r>
      <w:r>
        <w:tab/>
        <w:t>16</w:t>
      </w:r>
    </w:p>
    <w:p>
      <w:pPr>
        <w:pStyle w:val="TOC2"/>
      </w:pPr>
      <w:r>
        <w:t>Glossary</w:t>
      </w:r>
      <w:r>
        <w:tab/>
        <w:t>16</w:t>
      </w:r>
    </w:p>
    <w:p>
      <w:pPr>
        <w:pStyle w:val="TOC2"/>
      </w:pPr>
      <w:r>
        <w:t>Further Reading and Resources</w:t>
      </w:r>
      <w:r>
        <w:tab/>
        <w:t>16</w:t>
      </w:r>
    </w:p>
    <w:p>
      <w:pPr>
        <w:pStyle w:val="TOC2"/>
      </w:pPr>
      <w:r>
        <w:t>About the Author</w:t>
      </w:r>
      <w:r>
        <w:tab/>
        <w:t>16</w:t>
      </w:r>
    </w:p>
    <w:p>
      <w:pPr>
        <w:spacing w:after="0"/>
      </w:pPr>
      <w:r>
        <w:fldChar w:fldCharType="end"/>
      </w:r>
    </w:p>
    <w:p>
      <w:pPr>
        <w:pStyle w:val="Heading1"/>
      </w:pPr>
      <w:r>
        <w:t>1. Marketing in the Digital Age</w:t>
      </w:r>
    </w:p>
    <w:p>
      <w:pPr>
        <w:jc w:val="both"/>
      </w:pPr>
      <w:r>
        <w:t>Customers now discover, compare and buy online. Even a small shop can reach new customers with clear digital basics.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8" w:space="0" w:color="A16207"/>
          <w:left w:val="single" w:sz="8" w:space="0" w:color="A16207"/>
          <w:bottom w:val="single" w:sz="8" w:space="0" w:color="A16207"/>
          <w:right w:val="single" w:sz="8" w:space="0" w:color="A16207"/>
          <w:insideH w:val="single" w:sz="8" w:space="0" w:color="A16207"/>
          <w:insideV w:val="single" w:sz="8" w:space="0" w:color="A16207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412"/>
      </w:tblGrid>
      <w:tr>
        <w:tc>
          <w:tcPr>
            <w:tcW w:type="dxa" w:w="9411"/>
            <w:shd w:val="clear" w:color="auto" w:fill="F6EFE6"/>
          </w:tcPr>
          <w:p>
            <w:pPr>
              <w:spacing w:after="60"/>
            </w:pPr>
            <w:r>
              <w:rPr>
                <w:b/>
                <w:color w:val="A16207"/>
              </w:rPr>
              <w:t>In this chapter you will learn</w:t>
            </w:r>
          </w:p>
          <w:p>
            <w:pPr>
              <w:spacing w:after="40"/>
            </w:pPr>
            <w:r>
              <w:t>•  How customers find businesses online</w:t>
            </w:r>
          </w:p>
          <w:p>
            <w:pPr>
              <w:spacing w:after="40"/>
            </w:pPr>
            <w:r>
              <w:t>•  The main digital channels</w:t>
            </w:r>
          </w:p>
          <w:p>
            <w:pPr>
              <w:spacing w:after="40"/>
            </w:pPr>
            <w:r>
              <w:t>•  Setting marketing goals</w:t>
            </w:r>
          </w:p>
        </w:tc>
      </w:tr>
    </w:tbl>
    <w:p>
      <w:pPr>
        <w:spacing w:after="80"/>
      </w:pPr>
    </w:p>
    <w:p>
      <w:pPr>
        <w:pStyle w:val="Heading2"/>
      </w:pPr>
      <w:r>
        <w:t>The Customer Journey</w:t>
      </w:r>
    </w:p>
    <w:p>
      <w:pPr>
        <w:jc w:val="both"/>
      </w:pPr>
      <w:r>
        <w:t>People move from awareness to consideration to purchase and loyalty. Digital tools can support each stage.</w:t>
      </w:r>
    </w:p>
    <w:p>
      <w:pPr>
        <w:pStyle w:val="Heading2"/>
      </w:pPr>
      <w:r>
        <w:t>Main Channels</w:t>
      </w:r>
    </w:p>
    <w:p>
      <w:pPr>
        <w:jc w:val="both"/>
      </w:pPr>
      <w:r>
        <w:t>Search, social media, messaging, email and marketplaces each play a different role. You do not need all of them.</w:t>
      </w:r>
    </w:p>
    <w:p>
      <w:pPr>
        <w:pStyle w:val="Heading2"/>
      </w:pPr>
      <w:r>
        <w:t>Set Clear Goals</w:t>
      </w:r>
    </w:p>
    <w:p>
      <w:pPr>
        <w:jc w:val="both"/>
      </w:pPr>
      <w:r>
        <w:t>Choose one main goal for the next three months — more enquiries, more store visits or more online orders.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F6EFE6"/>
            <w:tcBorders>
              <w:left w:val="single" w:sz="36" w:space="0" w:color="A16207"/>
            </w:tcBorders>
          </w:tcPr>
          <w:p>
            <w:pPr>
              <w:spacing w:after="60"/>
            </w:pPr>
            <w:r>
              <w:rPr>
                <w:b/>
                <w:color w:val="A16207"/>
              </w:rPr>
              <w:t>Try this</w:t>
            </w:r>
          </w:p>
          <w:p>
            <w:pPr>
              <w:spacing w:after="0"/>
            </w:pPr>
            <w:r>
              <w:t>Search for your business name online and note what customers see.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Understand the customer journey.</w:t>
      </w:r>
    </w:p>
    <w:p>
      <w:pPr>
        <w:pStyle w:val="ListBullet"/>
      </w:pPr>
      <w:r>
        <w:t>Choose channels that fit your business.</w:t>
      </w:r>
    </w:p>
    <w:p>
      <w:pPr>
        <w:pStyle w:val="ListBullet"/>
      </w:pPr>
      <w:r>
        <w:t>Set one clear goal.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Describe your typical customer.</w:t>
      </w:r>
    </w:p>
    <w:p>
      <w:pPr>
        <w:pStyle w:val="ListNumber"/>
      </w:pPr>
      <w:r>
        <w:t>Which two channels suit your business best?</w:t>
      </w:r>
    </w:p>
    <w:p>
      <w:pPr>
        <w:pStyle w:val="ListNumber"/>
      </w:pPr>
      <w:r>
        <w:t>What is your main goal for the next three months?</w:t>
      </w:r>
    </w:p>
    <w:p>
      <w:pPr>
        <w:pStyle w:val="Heading1"/>
      </w:pPr>
      <w:r>
        <w:t>2. Your Business Online: Listings and Website</w:t>
      </w:r>
    </w:p>
    <w:p>
      <w:pPr>
        <w:jc w:val="both"/>
      </w:pPr>
      <w:r>
        <w:t>A complete online presence makes it easy for customers to find and trust you.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8" w:space="0" w:color="A16207"/>
          <w:left w:val="single" w:sz="8" w:space="0" w:color="A16207"/>
          <w:bottom w:val="single" w:sz="8" w:space="0" w:color="A16207"/>
          <w:right w:val="single" w:sz="8" w:space="0" w:color="A16207"/>
          <w:insideH w:val="single" w:sz="8" w:space="0" w:color="A16207"/>
          <w:insideV w:val="single" w:sz="8" w:space="0" w:color="A16207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412"/>
      </w:tblGrid>
      <w:tr>
        <w:tc>
          <w:tcPr>
            <w:tcW w:type="dxa" w:w="9411"/>
            <w:shd w:val="clear" w:color="auto" w:fill="F6EFE6"/>
          </w:tcPr>
          <w:p>
            <w:pPr>
              <w:spacing w:after="60"/>
            </w:pPr>
            <w:r>
              <w:rPr>
                <w:b/>
                <w:color w:val="A16207"/>
              </w:rPr>
              <w:t>In this chapter you will learn</w:t>
            </w:r>
          </w:p>
          <w:p>
            <w:pPr>
              <w:spacing w:after="40"/>
            </w:pPr>
            <w:r>
              <w:t>•  Setting up a business listing on maps</w:t>
            </w:r>
          </w:p>
          <w:p>
            <w:pPr>
              <w:spacing w:after="40"/>
            </w:pPr>
            <w:r>
              <w:t>•  Basics of a simple website</w:t>
            </w:r>
          </w:p>
          <w:p>
            <w:pPr>
              <w:spacing w:after="40"/>
            </w:pPr>
            <w:r>
              <w:t>•  Collecting reviews</w:t>
            </w:r>
          </w:p>
        </w:tc>
      </w:tr>
    </w:tbl>
    <w:p>
      <w:pPr>
        <w:spacing w:after="80"/>
      </w:pPr>
    </w:p>
    <w:p>
      <w:pPr>
        <w:pStyle w:val="Heading2"/>
      </w:pPr>
      <w:r>
        <w:t>Map Listings</w:t>
      </w:r>
    </w:p>
    <w:p>
      <w:pPr>
        <w:jc w:val="both"/>
      </w:pPr>
      <w:r>
        <w:t>A complete listing with address, hours, photos and phone number helps local customers find you.</w:t>
      </w:r>
    </w:p>
    <w:p>
      <w:pPr>
        <w:pStyle w:val="Heading2"/>
      </w:pPr>
      <w:r>
        <w:t>A Simple Website</w:t>
      </w:r>
    </w:p>
    <w:p>
      <w:pPr>
        <w:jc w:val="both"/>
      </w:pPr>
      <w:r>
        <w:t>A one-page site with what you offer, prices or ranges, location and contact options is enough to start.</w:t>
      </w:r>
    </w:p>
    <w:p>
      <w:pPr>
        <w:pStyle w:val="Heading2"/>
      </w:pPr>
      <w:r>
        <w:t>Reviews</w:t>
      </w:r>
    </w:p>
    <w:p>
      <w:pPr>
        <w:jc w:val="both"/>
      </w:pPr>
      <w:r>
        <w:t>Ask satisfied customers for honest reviews and reply politely to all of them.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F6EFE6"/>
            <w:tcBorders>
              <w:left w:val="single" w:sz="36" w:space="0" w:color="A16207"/>
            </w:tcBorders>
          </w:tcPr>
          <w:p>
            <w:pPr>
              <w:spacing w:after="60"/>
            </w:pPr>
            <w:r>
              <w:rPr>
                <w:b/>
                <w:color w:val="A16207"/>
              </w:rPr>
              <w:t>Try this</w:t>
            </w:r>
          </w:p>
          <w:p>
            <w:pPr>
              <w:spacing w:after="0"/>
            </w:pPr>
            <w:r>
              <w:t>Add five good photos and your opening hours to your business listing today.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Complete your map listing.</w:t>
      </w:r>
    </w:p>
    <w:p>
      <w:pPr>
        <w:pStyle w:val="ListBullet"/>
      </w:pPr>
      <w:r>
        <w:t>Keep the website simple and clear.</w:t>
      </w:r>
    </w:p>
    <w:p>
      <w:pPr>
        <w:pStyle w:val="ListBullet"/>
      </w:pPr>
      <w:r>
        <w:t>Ask for and respond to reviews.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List the information your listing must include.</w:t>
      </w:r>
    </w:p>
    <w:p>
      <w:pPr>
        <w:pStyle w:val="ListNumber"/>
      </w:pPr>
      <w:r>
        <w:t>Draft the headline for your website.</w:t>
      </w:r>
    </w:p>
    <w:p>
      <w:pPr>
        <w:pStyle w:val="ListNumber"/>
      </w:pPr>
      <w:r>
        <w:t>How will you ask customers for reviews?</w:t>
      </w:r>
    </w:p>
    <w:p>
      <w:pPr>
        <w:pStyle w:val="Heading1"/>
      </w:pPr>
      <w:r>
        <w:t>3. Social Media That Works</w:t>
      </w:r>
    </w:p>
    <w:p>
      <w:pPr>
        <w:jc w:val="both"/>
      </w:pPr>
      <w:r>
        <w:t>Social media is about consistency and usefulness, not going viral.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8" w:space="0" w:color="A16207"/>
          <w:left w:val="single" w:sz="8" w:space="0" w:color="A16207"/>
          <w:bottom w:val="single" w:sz="8" w:space="0" w:color="A16207"/>
          <w:right w:val="single" w:sz="8" w:space="0" w:color="A16207"/>
          <w:insideH w:val="single" w:sz="8" w:space="0" w:color="A16207"/>
          <w:insideV w:val="single" w:sz="8" w:space="0" w:color="A16207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412"/>
      </w:tblGrid>
      <w:tr>
        <w:tc>
          <w:tcPr>
            <w:tcW w:type="dxa" w:w="9411"/>
            <w:shd w:val="clear" w:color="auto" w:fill="F6EFE6"/>
          </w:tcPr>
          <w:p>
            <w:pPr>
              <w:spacing w:after="60"/>
            </w:pPr>
            <w:r>
              <w:rPr>
                <w:b/>
                <w:color w:val="A16207"/>
              </w:rPr>
              <w:t>In this chapter you will learn</w:t>
            </w:r>
          </w:p>
          <w:p>
            <w:pPr>
              <w:spacing w:after="40"/>
            </w:pPr>
            <w:r>
              <w:t>•  Choosing platforms</w:t>
            </w:r>
          </w:p>
          <w:p>
            <w:pPr>
              <w:spacing w:after="40"/>
            </w:pPr>
            <w:r>
              <w:t>•  Planning content</w:t>
            </w:r>
          </w:p>
          <w:p>
            <w:pPr>
              <w:spacing w:after="40"/>
            </w:pPr>
            <w:r>
              <w:t>•  Engaging with followers</w:t>
            </w:r>
          </w:p>
        </w:tc>
      </w:tr>
    </w:tbl>
    <w:p>
      <w:pPr>
        <w:spacing w:after="80"/>
      </w:pPr>
    </w:p>
    <w:p>
      <w:pPr>
        <w:pStyle w:val="Heading2"/>
      </w:pPr>
      <w:r>
        <w:t>Pick Your Platforms</w:t>
      </w:r>
    </w:p>
    <w:p>
      <w:pPr>
        <w:jc w:val="both"/>
      </w:pPr>
      <w:r>
        <w:t>Go where your customers are. A café may focus on Instagram; a B2B service may prefer LinkedIn.</w:t>
      </w:r>
    </w:p>
    <w:p>
      <w:pPr>
        <w:pStyle w:val="Heading2"/>
      </w:pPr>
      <w:r>
        <w:t>Content Pillars</w:t>
      </w:r>
    </w:p>
    <w:p>
      <w:pPr>
        <w:jc w:val="both"/>
      </w:pPr>
      <w:r>
        <w:t>Plan content around three or four themes such as products, behind the scenes, tips and customer stories.</w:t>
      </w:r>
    </w:p>
    <w:p>
      <w:pPr>
        <w:pStyle w:val="ListBullet"/>
      </w:pPr>
      <w:r>
        <w:t>Products and offers</w:t>
      </w:r>
    </w:p>
    <w:p>
      <w:pPr>
        <w:pStyle w:val="ListBullet"/>
      </w:pPr>
      <w:r>
        <w:t>Behind the scenes</w:t>
      </w:r>
    </w:p>
    <w:p>
      <w:pPr>
        <w:pStyle w:val="ListBullet"/>
      </w:pPr>
      <w:r>
        <w:t>Helpful tips</w:t>
      </w:r>
    </w:p>
    <w:p>
      <w:pPr>
        <w:pStyle w:val="ListBullet"/>
      </w:pPr>
      <w:r>
        <w:t>Customer stories (with permission)</w:t>
      </w:r>
    </w:p>
    <w:p>
      <w:pPr>
        <w:pStyle w:val="Heading2"/>
      </w:pPr>
      <w:r>
        <w:t>Engagement</w:t>
      </w:r>
    </w:p>
    <w:p>
      <w:pPr>
        <w:jc w:val="both"/>
      </w:pPr>
      <w:r>
        <w:t>Reply to comments and messages quickly. Conversations build trust.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353"/>
        <w:gridCol w:w="2353"/>
        <w:gridCol w:w="2353"/>
        <w:gridCol w:w="2353"/>
      </w:tblGrid>
      <w:tr>
        <w:trPr>
          <w:tblHeader/>
        </w:trPr>
        <w:tc>
          <w:tcPr>
            <w:tcW w:type="dxa" w:w="2353"/>
            <w:vAlign w:val="center"/>
            <w:shd w:val="clear" w:color="auto" w:fill="794A05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Day</w:t>
            </w:r>
          </w:p>
        </w:tc>
        <w:tc>
          <w:tcPr>
            <w:tcW w:type="dxa" w:w="2353"/>
            <w:vAlign w:val="center"/>
            <w:shd w:val="clear" w:color="auto" w:fill="794A05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Pillar</w:t>
            </w:r>
          </w:p>
        </w:tc>
        <w:tc>
          <w:tcPr>
            <w:tcW w:type="dxa" w:w="2353"/>
            <w:vAlign w:val="center"/>
            <w:shd w:val="clear" w:color="auto" w:fill="794A05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Post idea</w:t>
            </w:r>
          </w:p>
        </w:tc>
        <w:tc>
          <w:tcPr>
            <w:tcW w:type="dxa" w:w="2353"/>
            <w:vAlign w:val="center"/>
            <w:shd w:val="clear" w:color="auto" w:fill="794A05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Format</w:t>
            </w:r>
          </w:p>
        </w:tc>
      </w:tr>
      <w:tr>
        <w:tc>
          <w:tcPr>
            <w:tcW w:type="dxa" w:w="235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Mon</w:t>
            </w:r>
          </w:p>
        </w:tc>
        <w:tc>
          <w:tcPr>
            <w:tcW w:type="dxa" w:w="235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Products</w:t>
            </w:r>
          </w:p>
        </w:tc>
        <w:tc>
          <w:tcPr>
            <w:tcW w:type="dxa" w:w="235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New arrival of the week</w:t>
            </w:r>
          </w:p>
        </w:tc>
        <w:tc>
          <w:tcPr>
            <w:tcW w:type="dxa" w:w="235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Photo</w:t>
            </w:r>
          </w:p>
        </w:tc>
      </w:tr>
      <w:tr>
        <w:tc>
          <w:tcPr>
            <w:tcW w:type="dxa" w:w="2353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20"/>
              </w:rPr>
              <w:t>Wed</w:t>
            </w:r>
          </w:p>
        </w:tc>
        <w:tc>
          <w:tcPr>
            <w:tcW w:type="dxa" w:w="2353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20"/>
              </w:rPr>
              <w:t>Tips</w:t>
            </w:r>
          </w:p>
        </w:tc>
        <w:tc>
          <w:tcPr>
            <w:tcW w:type="dxa" w:w="2353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20"/>
              </w:rPr>
              <w:t>How to choose the right size</w:t>
            </w:r>
          </w:p>
        </w:tc>
        <w:tc>
          <w:tcPr>
            <w:tcW w:type="dxa" w:w="2353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20"/>
              </w:rPr>
              <w:t>Carousel</w:t>
            </w:r>
          </w:p>
        </w:tc>
      </w:tr>
      <w:tr>
        <w:tc>
          <w:tcPr>
            <w:tcW w:type="dxa" w:w="235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Fri</w:t>
            </w:r>
          </w:p>
        </w:tc>
        <w:tc>
          <w:tcPr>
            <w:tcW w:type="dxa" w:w="235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Behind the scenes</w:t>
            </w:r>
          </w:p>
        </w:tc>
        <w:tc>
          <w:tcPr>
            <w:tcW w:type="dxa" w:w="235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Packing orders</w:t>
            </w:r>
          </w:p>
        </w:tc>
        <w:tc>
          <w:tcPr>
            <w:tcW w:type="dxa" w:w="235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Short video</w:t>
            </w:r>
          </w:p>
        </w:tc>
      </w:tr>
      <w:tr>
        <w:tc>
          <w:tcPr>
            <w:tcW w:type="dxa" w:w="2353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20"/>
              </w:rPr>
              <w:t>Sun</w:t>
            </w:r>
          </w:p>
        </w:tc>
        <w:tc>
          <w:tcPr>
            <w:tcW w:type="dxa" w:w="2353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20"/>
              </w:rPr>
              <w:t>Customer story</w:t>
            </w:r>
          </w:p>
        </w:tc>
        <w:tc>
          <w:tcPr>
            <w:tcW w:type="dxa" w:w="2353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20"/>
              </w:rPr>
              <w:t>Thank-you post (with permission)</w:t>
            </w:r>
          </w:p>
        </w:tc>
        <w:tc>
          <w:tcPr>
            <w:tcW w:type="dxa" w:w="2353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20"/>
              </w:rPr>
              <w:t>Photo</w:t>
            </w:r>
          </w:p>
        </w:tc>
      </w:tr>
    </w:tbl>
    <w:p>
      <w:pPr>
        <w:spacing w:after="80"/>
      </w:pPr>
    </w:p>
    <w:p>
      <w:pPr>
        <w:pStyle w:val="Caption"/>
        <w:jc w:val="center"/>
      </w:pPr>
      <w:r>
        <w:t>Table 3: Sample weekly content plan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F6EFE6"/>
            <w:tcBorders>
              <w:left w:val="single" w:sz="36" w:space="0" w:color="A16207"/>
            </w:tcBorders>
          </w:tcPr>
          <w:p>
            <w:pPr>
              <w:spacing w:after="60"/>
            </w:pPr>
            <w:r>
              <w:rPr>
                <w:b/>
                <w:color w:val="A16207"/>
              </w:rPr>
              <w:t>Try this</w:t>
            </w:r>
          </w:p>
          <w:p>
            <w:pPr>
              <w:spacing w:after="0"/>
            </w:pPr>
            <w:r>
              <w:t>Plan a two-week content calendar with one post every two days.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Choose platforms based on customers.</w:t>
      </w:r>
    </w:p>
    <w:p>
      <w:pPr>
        <w:pStyle w:val="ListBullet"/>
      </w:pPr>
      <w:r>
        <w:t>Plan content pillars.</w:t>
      </w:r>
    </w:p>
    <w:p>
      <w:pPr>
        <w:pStyle w:val="ListBullet"/>
      </w:pPr>
      <w:r>
        <w:t>Engage, do not just post.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Which platform will you focus on?</w:t>
      </w:r>
    </w:p>
    <w:p>
      <w:pPr>
        <w:pStyle w:val="ListNumber"/>
      </w:pPr>
      <w:r>
        <w:t>List your content pillars.</w:t>
      </w:r>
    </w:p>
    <w:p>
      <w:pPr>
        <w:pStyle w:val="ListNumber"/>
      </w:pPr>
      <w:r>
        <w:t>How quickly will you reply to messages?</w:t>
      </w:r>
    </w:p>
    <w:p>
      <w:pPr>
        <w:pStyle w:val="Heading1"/>
      </w:pPr>
      <w:r>
        <w:t>4. Search Visibility Basics</w:t>
      </w:r>
    </w:p>
    <w:p>
      <w:pPr>
        <w:jc w:val="both"/>
      </w:pPr>
      <w:r>
        <w:t>Search engines connect people with what they need at the moment they need it.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8" w:space="0" w:color="A16207"/>
          <w:left w:val="single" w:sz="8" w:space="0" w:color="A16207"/>
          <w:bottom w:val="single" w:sz="8" w:space="0" w:color="A16207"/>
          <w:right w:val="single" w:sz="8" w:space="0" w:color="A16207"/>
          <w:insideH w:val="single" w:sz="8" w:space="0" w:color="A16207"/>
          <w:insideV w:val="single" w:sz="8" w:space="0" w:color="A16207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412"/>
      </w:tblGrid>
      <w:tr>
        <w:tc>
          <w:tcPr>
            <w:tcW w:type="dxa" w:w="9411"/>
            <w:shd w:val="clear" w:color="auto" w:fill="F6EFE6"/>
          </w:tcPr>
          <w:p>
            <w:pPr>
              <w:spacing w:after="60"/>
            </w:pPr>
            <w:r>
              <w:rPr>
                <w:b/>
                <w:color w:val="A16207"/>
              </w:rPr>
              <w:t>In this chapter you will learn</w:t>
            </w:r>
          </w:p>
          <w:p>
            <w:pPr>
              <w:spacing w:after="40"/>
            </w:pPr>
            <w:r>
              <w:t>•  How search works in simple terms</w:t>
            </w:r>
          </w:p>
          <w:p>
            <w:pPr>
              <w:spacing w:after="40"/>
            </w:pPr>
            <w:r>
              <w:t>•  Choosing keywords</w:t>
            </w:r>
          </w:p>
          <w:p>
            <w:pPr>
              <w:spacing w:after="40"/>
            </w:pPr>
            <w:r>
              <w:t>•  Local search tips</w:t>
            </w:r>
          </w:p>
        </w:tc>
      </w:tr>
    </w:tbl>
    <w:p>
      <w:pPr>
        <w:spacing w:after="80"/>
      </w:pPr>
    </w:p>
    <w:p>
      <w:pPr>
        <w:pStyle w:val="Heading2"/>
      </w:pPr>
      <w:r>
        <w:t>Think Like a Customer</w:t>
      </w:r>
    </w:p>
    <w:p>
      <w:pPr>
        <w:jc w:val="both"/>
      </w:pPr>
      <w:r>
        <w:t>Write down the words customers type when looking for your products, including your city or area.</w:t>
      </w:r>
    </w:p>
    <w:p>
      <w:pPr>
        <w:pStyle w:val="Heading2"/>
      </w:pPr>
      <w:r>
        <w:t>Use Keywords Naturally</w:t>
      </w:r>
    </w:p>
    <w:p>
      <w:pPr>
        <w:jc w:val="both"/>
      </w:pPr>
      <w:r>
        <w:t>Include these words in page titles, headings and descriptions, written for people first.</w:t>
      </w:r>
    </w:p>
    <w:p>
      <w:pPr>
        <w:pStyle w:val="Heading2"/>
      </w:pPr>
      <w:r>
        <w:t>Local Search</w:t>
      </w:r>
    </w:p>
    <w:p>
      <w:pPr>
        <w:jc w:val="both"/>
      </w:pPr>
      <w:r>
        <w:t>Keep your name, address and phone consistent everywhere and encourage reviews.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F6EFE6"/>
            <w:tcBorders>
              <w:left w:val="single" w:sz="36" w:space="0" w:color="A16207"/>
            </w:tcBorders>
          </w:tcPr>
          <w:p>
            <w:pPr>
              <w:spacing w:after="60"/>
            </w:pPr>
            <w:r>
              <w:rPr>
                <w:b/>
                <w:color w:val="A16207"/>
              </w:rPr>
              <w:t>Try this</w:t>
            </w:r>
          </w:p>
          <w:p>
            <w:pPr>
              <w:spacing w:after="0"/>
            </w:pPr>
            <w:r>
              <w:t>Check that your address and phone number are identical on every listing.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Use customer words.</w:t>
      </w:r>
    </w:p>
    <w:p>
      <w:pPr>
        <w:pStyle w:val="ListBullet"/>
      </w:pPr>
      <w:r>
        <w:t>Write for people first.</w:t>
      </w:r>
    </w:p>
    <w:p>
      <w:pPr>
        <w:pStyle w:val="ListBullet"/>
      </w:pPr>
      <w:r>
        <w:t>Be consistent locally.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List ten keywords for your business.</w:t>
      </w:r>
    </w:p>
    <w:p>
      <w:pPr>
        <w:pStyle w:val="ListNumber"/>
      </w:pPr>
      <w:r>
        <w:t>Rewrite your website title using one keyword.</w:t>
      </w:r>
    </w:p>
    <w:p>
      <w:pPr>
        <w:pStyle w:val="ListNumber"/>
      </w:pPr>
      <w:r>
        <w:t>Where is your business listed online?</w:t>
      </w:r>
    </w:p>
    <w:p>
      <w:pPr>
        <w:pStyle w:val="Heading1"/>
      </w:pPr>
      <w:r>
        <w:t>5. Messaging and Email Marketing</w:t>
      </w:r>
    </w:p>
    <w:p>
      <w:pPr>
        <w:jc w:val="both"/>
      </w:pPr>
      <w:r>
        <w:t>Direct messages and email reach customers who already know you, at low cost.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8" w:space="0" w:color="A16207"/>
          <w:left w:val="single" w:sz="8" w:space="0" w:color="A16207"/>
          <w:bottom w:val="single" w:sz="8" w:space="0" w:color="A16207"/>
          <w:right w:val="single" w:sz="8" w:space="0" w:color="A16207"/>
          <w:insideH w:val="single" w:sz="8" w:space="0" w:color="A16207"/>
          <w:insideV w:val="single" w:sz="8" w:space="0" w:color="A16207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412"/>
      </w:tblGrid>
      <w:tr>
        <w:tc>
          <w:tcPr>
            <w:tcW w:type="dxa" w:w="9411"/>
            <w:shd w:val="clear" w:color="auto" w:fill="F6EFE6"/>
          </w:tcPr>
          <w:p>
            <w:pPr>
              <w:spacing w:after="60"/>
            </w:pPr>
            <w:r>
              <w:rPr>
                <w:b/>
                <w:color w:val="A16207"/>
              </w:rPr>
              <w:t>In this chapter you will learn</w:t>
            </w:r>
          </w:p>
          <w:p>
            <w:pPr>
              <w:spacing w:after="40"/>
            </w:pPr>
            <w:r>
              <w:t>•  Building a contact list with permission</w:t>
            </w:r>
          </w:p>
          <w:p>
            <w:pPr>
              <w:spacing w:after="40"/>
            </w:pPr>
            <w:r>
              <w:t>•  Writing messages people read</w:t>
            </w:r>
          </w:p>
          <w:p>
            <w:pPr>
              <w:spacing w:after="40"/>
            </w:pPr>
            <w:r>
              <w:t>•  Avoiding spam</w:t>
            </w:r>
          </w:p>
        </w:tc>
      </w:tr>
    </w:tbl>
    <w:p>
      <w:pPr>
        <w:spacing w:after="80"/>
      </w:pPr>
    </w:p>
    <w:p>
      <w:pPr>
        <w:pStyle w:val="Heading2"/>
      </w:pPr>
      <w:r>
        <w:t>Permission First</w:t>
      </w:r>
    </w:p>
    <w:p>
      <w:pPr>
        <w:jc w:val="both"/>
      </w:pPr>
      <w:r>
        <w:t>Only message people who have agreed to hear from you, and make it easy to opt out.</w:t>
      </w:r>
    </w:p>
    <w:p>
      <w:pPr>
        <w:pStyle w:val="Heading2"/>
      </w:pPr>
      <w:r>
        <w:t>Useful Messages</w:t>
      </w:r>
    </w:p>
    <w:p>
      <w:pPr>
        <w:jc w:val="both"/>
      </w:pPr>
      <w:r>
        <w:t>Send occasional, relevant updates: new stock, festival offers, reminders. Keep them short.</w:t>
      </w:r>
    </w:p>
    <w:p>
      <w:pPr>
        <w:pStyle w:val="Heading2"/>
      </w:pPr>
      <w:r>
        <w:t>Frequency</w:t>
      </w:r>
    </w:p>
    <w:p>
      <w:pPr>
        <w:jc w:val="both"/>
      </w:pPr>
      <w:r>
        <w:t>Too many messages lead to blocks and unsubscribes. Quality beats quantity.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F6EFE6"/>
            <w:tcBorders>
              <w:left w:val="single" w:sz="36" w:space="0" w:color="A16207"/>
            </w:tcBorders>
          </w:tcPr>
          <w:p>
            <w:pPr>
              <w:spacing w:after="60"/>
            </w:pPr>
            <w:r>
              <w:rPr>
                <w:b/>
                <w:color w:val="A16207"/>
              </w:rPr>
              <w:t>Try this</w:t>
            </w:r>
          </w:p>
          <w:p>
            <w:pPr>
              <w:spacing w:after="0"/>
            </w:pPr>
            <w:r>
              <w:t>Write a three-line message announcing a new product.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Always get permission.</w:t>
      </w:r>
    </w:p>
    <w:p>
      <w:pPr>
        <w:pStyle w:val="ListBullet"/>
      </w:pPr>
      <w:r>
        <w:t>Be useful and brief.</w:t>
      </w:r>
    </w:p>
    <w:p>
      <w:pPr>
        <w:pStyle w:val="ListBullet"/>
      </w:pPr>
      <w:r>
        <w:t>Do not over-message.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How will you collect contacts?</w:t>
      </w:r>
    </w:p>
    <w:p>
      <w:pPr>
        <w:pStyle w:val="ListNumber"/>
      </w:pPr>
      <w:r>
        <w:t>Draft a festival offer message.</w:t>
      </w:r>
    </w:p>
    <w:p>
      <w:pPr>
        <w:pStyle w:val="ListNumber"/>
      </w:pPr>
      <w:r>
        <w:t>What frequency suits your customers?</w:t>
      </w:r>
    </w:p>
    <w:p>
      <w:pPr>
        <w:pStyle w:val="Heading1"/>
      </w:pPr>
      <w:r>
        <w:t>6. Paid Advertising on a Small Budget</w:t>
      </w:r>
    </w:p>
    <w:p>
      <w:pPr>
        <w:jc w:val="both"/>
      </w:pPr>
      <w:r>
        <w:t>Paid ads can bring quick results if they are targeted and measured.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8" w:space="0" w:color="A16207"/>
          <w:left w:val="single" w:sz="8" w:space="0" w:color="A16207"/>
          <w:bottom w:val="single" w:sz="8" w:space="0" w:color="A16207"/>
          <w:right w:val="single" w:sz="8" w:space="0" w:color="A16207"/>
          <w:insideH w:val="single" w:sz="8" w:space="0" w:color="A16207"/>
          <w:insideV w:val="single" w:sz="8" w:space="0" w:color="A16207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412"/>
      </w:tblGrid>
      <w:tr>
        <w:tc>
          <w:tcPr>
            <w:tcW w:type="dxa" w:w="9411"/>
            <w:shd w:val="clear" w:color="auto" w:fill="F6EFE6"/>
          </w:tcPr>
          <w:p>
            <w:pPr>
              <w:spacing w:after="60"/>
            </w:pPr>
            <w:r>
              <w:rPr>
                <w:b/>
                <w:color w:val="A16207"/>
              </w:rPr>
              <w:t>In this chapter you will learn</w:t>
            </w:r>
          </w:p>
          <w:p>
            <w:pPr>
              <w:spacing w:after="40"/>
            </w:pPr>
            <w:r>
              <w:t>•  Setting a test budget</w:t>
            </w:r>
          </w:p>
          <w:p>
            <w:pPr>
              <w:spacing w:after="40"/>
            </w:pPr>
            <w:r>
              <w:t>•  Targeting basics</w:t>
            </w:r>
          </w:p>
          <w:p>
            <w:pPr>
              <w:spacing w:after="40"/>
            </w:pPr>
            <w:r>
              <w:t>•  Measuring results</w:t>
            </w:r>
          </w:p>
        </w:tc>
      </w:tr>
    </w:tbl>
    <w:p>
      <w:pPr>
        <w:spacing w:after="80"/>
      </w:pPr>
    </w:p>
    <w:p>
      <w:pPr>
        <w:pStyle w:val="Heading2"/>
      </w:pPr>
      <w:r>
        <w:t>Start Small</w:t>
      </w:r>
    </w:p>
    <w:p>
      <w:pPr>
        <w:jc w:val="both"/>
      </w:pPr>
      <w:r>
        <w:t>Begin with a small daily budget and one clear goal for each campaign.</w:t>
      </w:r>
    </w:p>
    <w:p>
      <w:pPr>
        <w:pStyle w:val="Heading2"/>
      </w:pPr>
      <w:r>
        <w:t>Target Carefully</w:t>
      </w:r>
    </w:p>
    <w:p>
      <w:pPr>
        <w:jc w:val="both"/>
      </w:pPr>
      <w:r>
        <w:t>Use location, age and interests that match your real customers.</w:t>
      </w:r>
    </w:p>
    <w:p>
      <w:pPr>
        <w:pStyle w:val="Heading2"/>
      </w:pPr>
      <w:r>
        <w:t>Measure</w:t>
      </w:r>
    </w:p>
    <w:p>
      <w:pPr>
        <w:jc w:val="both"/>
      </w:pPr>
      <w:r>
        <w:t>Track cost per enquiry or sale, not just likes. Stop ads that do not perform.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F6EFE6"/>
            <w:tcBorders>
              <w:left w:val="single" w:sz="36" w:space="0" w:color="A16207"/>
            </w:tcBorders>
          </w:tcPr>
          <w:p>
            <w:pPr>
              <w:spacing w:after="60"/>
            </w:pPr>
            <w:r>
              <w:rPr>
                <w:b/>
                <w:color w:val="A16207"/>
              </w:rPr>
              <w:t>Try this</w:t>
            </w:r>
          </w:p>
          <w:p>
            <w:pPr>
              <w:spacing w:after="0"/>
            </w:pPr>
            <w:r>
              <w:t>Run one test ad for a week and record the results in a table.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Test with small budgets.</w:t>
      </w:r>
    </w:p>
    <w:p>
      <w:pPr>
        <w:pStyle w:val="ListBullet"/>
      </w:pPr>
      <w:r>
        <w:t>Target real customers.</w:t>
      </w:r>
    </w:p>
    <w:p>
      <w:pPr>
        <w:pStyle w:val="ListBullet"/>
      </w:pPr>
      <w:r>
        <w:t>Measure cost per result.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Define the goal of your first ad.</w:t>
      </w:r>
    </w:p>
    <w:p>
      <w:pPr>
        <w:pStyle w:val="ListNumber"/>
      </w:pPr>
      <w:r>
        <w:t>Who exactly should see it?</w:t>
      </w:r>
    </w:p>
    <w:p>
      <w:pPr>
        <w:pStyle w:val="ListNumber"/>
      </w:pPr>
      <w:r>
        <w:t>What cost per enquiry is acceptable?</w:t>
      </w:r>
    </w:p>
    <w:p>
      <w:pPr>
        <w:pStyle w:val="Heading1"/>
      </w:pPr>
      <w:r>
        <w:t>7. Measuring What Matters</w:t>
      </w:r>
    </w:p>
    <w:p>
      <w:pPr>
        <w:jc w:val="both"/>
      </w:pPr>
      <w:r>
        <w:t>Simple measurement shows what works so that you can do more of it.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8" w:space="0" w:color="A16207"/>
          <w:left w:val="single" w:sz="8" w:space="0" w:color="A16207"/>
          <w:bottom w:val="single" w:sz="8" w:space="0" w:color="A16207"/>
          <w:right w:val="single" w:sz="8" w:space="0" w:color="A16207"/>
          <w:insideH w:val="single" w:sz="8" w:space="0" w:color="A16207"/>
          <w:insideV w:val="single" w:sz="8" w:space="0" w:color="A16207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412"/>
      </w:tblGrid>
      <w:tr>
        <w:tc>
          <w:tcPr>
            <w:tcW w:type="dxa" w:w="9411"/>
            <w:shd w:val="clear" w:color="auto" w:fill="F6EFE6"/>
          </w:tcPr>
          <w:p>
            <w:pPr>
              <w:spacing w:after="60"/>
            </w:pPr>
            <w:r>
              <w:rPr>
                <w:b/>
                <w:color w:val="A16207"/>
              </w:rPr>
              <w:t>In this chapter you will learn</w:t>
            </w:r>
          </w:p>
          <w:p>
            <w:pPr>
              <w:spacing w:after="40"/>
            </w:pPr>
            <w:r>
              <w:t>•  Key metrics for small businesses</w:t>
            </w:r>
          </w:p>
          <w:p>
            <w:pPr>
              <w:spacing w:after="40"/>
            </w:pPr>
            <w:r>
              <w:t>•  Using free analytics tools</w:t>
            </w:r>
          </w:p>
          <w:p>
            <w:pPr>
              <w:spacing w:after="40"/>
            </w:pPr>
            <w:r>
              <w:t>•  Monthly reviews</w:t>
            </w:r>
          </w:p>
        </w:tc>
      </w:tr>
    </w:tbl>
    <w:p>
      <w:pPr>
        <w:spacing w:after="80"/>
      </w:pPr>
    </w:p>
    <w:p>
      <w:pPr>
        <w:pStyle w:val="Heading2"/>
      </w:pPr>
      <w:r>
        <w:t>Choose a Few Metrics</w:t>
      </w:r>
    </w:p>
    <w:p>
      <w:pPr>
        <w:jc w:val="both"/>
      </w:pPr>
      <w:r>
        <w:t>Enquiries, store visits, online orders and repeat customers matter more than follower counts.</w:t>
      </w:r>
    </w:p>
    <w:p>
      <w:pPr>
        <w:pStyle w:val="Heading2"/>
      </w:pPr>
      <w:r>
        <w:t>Free Tools</w:t>
      </w:r>
    </w:p>
    <w:p>
      <w:pPr>
        <w:jc w:val="both"/>
      </w:pPr>
      <w:r>
        <w:t>Platform insights and website analytics show where visitors come from.</w:t>
      </w:r>
    </w:p>
    <w:p>
      <w:pPr>
        <w:pStyle w:val="Heading2"/>
      </w:pPr>
      <w:r>
        <w:t>Monthly Review</w:t>
      </w:r>
    </w:p>
    <w:p>
      <w:pPr>
        <w:jc w:val="both"/>
      </w:pPr>
      <w:r>
        <w:t>Once a month, review results, keep what works and change one thing.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353"/>
        <w:gridCol w:w="2353"/>
        <w:gridCol w:w="2353"/>
        <w:gridCol w:w="2353"/>
      </w:tblGrid>
      <w:tr>
        <w:trPr>
          <w:tblHeader/>
        </w:trPr>
        <w:tc>
          <w:tcPr>
            <w:tcW w:type="dxa" w:w="2353"/>
            <w:vAlign w:val="center"/>
            <w:shd w:val="clear" w:color="auto" w:fill="794A05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Metric</w:t>
            </w:r>
          </w:p>
        </w:tc>
        <w:tc>
          <w:tcPr>
            <w:tcW w:type="dxa" w:w="2353"/>
            <w:vAlign w:val="center"/>
            <w:shd w:val="clear" w:color="auto" w:fill="794A05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This month</w:t>
            </w:r>
          </w:p>
        </w:tc>
        <w:tc>
          <w:tcPr>
            <w:tcW w:type="dxa" w:w="2353"/>
            <w:vAlign w:val="center"/>
            <w:shd w:val="clear" w:color="auto" w:fill="794A05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Last month</w:t>
            </w:r>
          </w:p>
        </w:tc>
        <w:tc>
          <w:tcPr>
            <w:tcW w:type="dxa" w:w="2353"/>
            <w:vAlign w:val="center"/>
            <w:shd w:val="clear" w:color="auto" w:fill="794A05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Change</w:t>
            </w:r>
          </w:p>
        </w:tc>
      </w:tr>
      <w:tr>
        <w:tc>
          <w:tcPr>
            <w:tcW w:type="dxa" w:w="235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Enquiries</w:t>
            </w:r>
          </w:p>
        </w:tc>
        <w:tc>
          <w:tcPr>
            <w:tcW w:type="dxa" w:w="235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35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35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2353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20"/>
              </w:rPr>
              <w:t>Online orders</w:t>
            </w:r>
          </w:p>
        </w:tc>
        <w:tc>
          <w:tcPr>
            <w:tcW w:type="dxa" w:w="2353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353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353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235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New reviews</w:t>
            </w:r>
          </w:p>
        </w:tc>
        <w:tc>
          <w:tcPr>
            <w:tcW w:type="dxa" w:w="235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35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353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  <w:tr>
        <w:tc>
          <w:tcPr>
            <w:tcW w:type="dxa" w:w="2353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20"/>
              </w:rPr>
              <w:t>Repeat customers</w:t>
            </w:r>
          </w:p>
        </w:tc>
        <w:tc>
          <w:tcPr>
            <w:tcW w:type="dxa" w:w="2353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353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  <w:tc>
          <w:tcPr>
            <w:tcW w:type="dxa" w:w="2353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20"/>
              </w:rPr>
            </w:r>
          </w:p>
        </w:tc>
      </w:tr>
    </w:tbl>
    <w:p>
      <w:pPr>
        <w:spacing w:after="80"/>
      </w:pPr>
    </w:p>
    <w:p>
      <w:pPr>
        <w:pStyle w:val="Caption"/>
        <w:jc w:val="center"/>
      </w:pPr>
      <w:r>
        <w:t>Table 7: Monthly marketing scorecard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F6EFE6"/>
            <w:tcBorders>
              <w:left w:val="single" w:sz="36" w:space="0" w:color="A16207"/>
            </w:tcBorders>
          </w:tcPr>
          <w:p>
            <w:pPr>
              <w:spacing w:after="60"/>
            </w:pPr>
            <w:r>
              <w:rPr>
                <w:b/>
                <w:color w:val="A16207"/>
              </w:rPr>
              <w:t>Try this</w:t>
            </w:r>
          </w:p>
          <w:p>
            <w:pPr>
              <w:spacing w:after="0"/>
            </w:pPr>
            <w:r>
              <w:t>Create a simple monthly marketing report with three numbers and one lesson.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Track business results.</w:t>
      </w:r>
    </w:p>
    <w:p>
      <w:pPr>
        <w:pStyle w:val="ListBullet"/>
      </w:pPr>
      <w:r>
        <w:t>Use free insights.</w:t>
      </w:r>
    </w:p>
    <w:p>
      <w:pPr>
        <w:pStyle w:val="ListBullet"/>
      </w:pPr>
      <w:r>
        <w:t>Review monthly.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List three metrics you will track.</w:t>
      </w:r>
    </w:p>
    <w:p>
      <w:pPr>
        <w:pStyle w:val="ListNumber"/>
      </w:pPr>
      <w:r>
        <w:t>Where will you record them?</w:t>
      </w:r>
    </w:p>
    <w:p>
      <w:pPr>
        <w:pStyle w:val="ListNumber"/>
      </w:pPr>
      <w:r>
        <w:t>What will you change next month?</w:t>
      </w:r>
    </w:p>
    <w:p>
      <w:pPr>
        <w:pStyle w:val="Heading1"/>
      </w:pPr>
      <w:r>
        <w:t>8. Your 90-Day Marketing Plan</w:t>
      </w:r>
    </w:p>
    <w:p>
      <w:pPr>
        <w:jc w:val="both"/>
      </w:pPr>
      <w:r>
        <w:t>Bring everything together in a simple, realistic plan.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single" w:sz="8" w:space="0" w:color="A16207"/>
          <w:left w:val="single" w:sz="8" w:space="0" w:color="A16207"/>
          <w:bottom w:val="single" w:sz="8" w:space="0" w:color="A16207"/>
          <w:right w:val="single" w:sz="8" w:space="0" w:color="A16207"/>
          <w:insideH w:val="single" w:sz="8" w:space="0" w:color="A16207"/>
          <w:insideV w:val="single" w:sz="8" w:space="0" w:color="A16207"/>
        </w:tblBorders>
        <w:tblCellMar>
          <w:top w:w="140" w:type="dxa"/>
          <w:left w:w="200" w:type="dxa"/>
          <w:bottom w:w="140" w:type="dxa"/>
          <w:right w:w="200" w:type="dxa"/>
        </w:tblCellMar>
      </w:tblPr>
      <w:tblGrid>
        <w:gridCol w:w="9412"/>
      </w:tblGrid>
      <w:tr>
        <w:tc>
          <w:tcPr>
            <w:tcW w:type="dxa" w:w="9411"/>
            <w:shd w:val="clear" w:color="auto" w:fill="F6EFE6"/>
          </w:tcPr>
          <w:p>
            <w:pPr>
              <w:spacing w:after="60"/>
            </w:pPr>
            <w:r>
              <w:rPr>
                <w:b/>
                <w:color w:val="A16207"/>
              </w:rPr>
              <w:t>In this chapter you will learn</w:t>
            </w:r>
          </w:p>
          <w:p>
            <w:pPr>
              <w:spacing w:after="40"/>
            </w:pPr>
            <w:r>
              <w:t>•  Setting a 90-day goal</w:t>
            </w:r>
          </w:p>
          <w:p>
            <w:pPr>
              <w:spacing w:after="40"/>
            </w:pPr>
            <w:r>
              <w:t>•  Weekly actions</w:t>
            </w:r>
          </w:p>
          <w:p>
            <w:pPr>
              <w:spacing w:after="40"/>
            </w:pPr>
            <w:r>
              <w:t>•  Reviewing and adjusting</w:t>
            </w:r>
          </w:p>
        </w:tc>
      </w:tr>
    </w:tbl>
    <w:p>
      <w:pPr>
        <w:spacing w:after="80"/>
      </w:pPr>
    </w:p>
    <w:p>
      <w:pPr>
        <w:pStyle w:val="Heading2"/>
      </w:pPr>
      <w:r>
        <w:t>One Goal</w:t>
      </w:r>
    </w:p>
    <w:p>
      <w:pPr>
        <w:jc w:val="both"/>
      </w:pPr>
      <w:r>
        <w:t>Choose one measurable goal for the next 90 days.</w:t>
      </w:r>
    </w:p>
    <w:p>
      <w:pPr>
        <w:pStyle w:val="Heading2"/>
      </w:pPr>
      <w:r>
        <w:t>Weekly Actions</w:t>
      </w:r>
    </w:p>
    <w:p>
      <w:pPr>
        <w:jc w:val="both"/>
      </w:pPr>
      <w:r>
        <w:t>List three to five actions each week across your chosen channels.</w:t>
      </w:r>
    </w:p>
    <w:p>
      <w:pPr>
        <w:pStyle w:val="Heading2"/>
      </w:pPr>
      <w:r>
        <w:t>Review</w:t>
      </w:r>
    </w:p>
    <w:p>
      <w:pPr>
        <w:jc w:val="both"/>
      </w:pPr>
      <w:r>
        <w:t>Check progress every two weeks and adjust.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F6EFE6"/>
            <w:tcBorders>
              <w:left w:val="single" w:sz="36" w:space="0" w:color="A16207"/>
            </w:tcBorders>
          </w:tcPr>
          <w:p>
            <w:pPr>
              <w:spacing w:after="60"/>
            </w:pPr>
            <w:r>
              <w:rPr>
                <w:b/>
                <w:color w:val="A16207"/>
              </w:rPr>
              <w:t>Try this</w:t>
            </w:r>
          </w:p>
          <w:p>
            <w:pPr>
              <w:spacing w:after="0"/>
            </w:pPr>
            <w:r>
              <w:t>Fill in the 90-day plan table and stick it near your desk.</w:t>
            </w:r>
          </w:p>
        </w:tc>
      </w:tr>
    </w:tbl>
    <w:p>
      <w:pPr>
        <w:spacing w:after="40"/>
      </w:pPr>
    </w:p>
    <w:p>
      <w:pPr>
        <w:pStyle w:val="Heading3"/>
      </w:pPr>
      <w:r>
        <w:t>Key Takeaways</w:t>
      </w:r>
    </w:p>
    <w:p>
      <w:pPr>
        <w:pStyle w:val="ListBullet"/>
      </w:pPr>
      <w:r>
        <w:t>One goal, weekly actions.</w:t>
      </w:r>
    </w:p>
    <w:p>
      <w:pPr>
        <w:pStyle w:val="ListBullet"/>
      </w:pPr>
      <w:r>
        <w:t>Keep it realistic.</w:t>
      </w:r>
    </w:p>
    <w:p>
      <w:pPr>
        <w:pStyle w:val="ListBullet"/>
      </w:pPr>
      <w:r>
        <w:t>Review every two weeks.</w:t>
      </w:r>
    </w:p>
    <w:p>
      <w:pPr>
        <w:pStyle w:val="Heading3"/>
      </w:pPr>
      <w:r>
        <w:t>Practice Questions</w:t>
      </w:r>
    </w:p>
    <w:p>
      <w:pPr>
        <w:pStyle w:val="ListNumber"/>
      </w:pPr>
      <w:r>
        <w:t>Write your 90-day goal.</w:t>
      </w:r>
    </w:p>
    <w:p>
      <w:pPr>
        <w:pStyle w:val="ListNumber"/>
      </w:pPr>
      <w:r>
        <w:t>List actions for week one.</w:t>
      </w:r>
    </w:p>
    <w:p>
      <w:pPr>
        <w:pStyle w:val="ListNumber"/>
      </w:pPr>
      <w:r>
        <w:t>When will you review?</w:t>
      </w:r>
    </w:p>
    <w:p>
      <w:pPr>
        <w:pStyle w:val="Heading1"/>
      </w:pPr>
      <w:r>
        <w:t>9. Glossary and Resources</w:t>
      </w:r>
    </w:p>
    <w:p>
      <w:pPr>
        <w:pStyle w:val="Heading2"/>
      </w:pPr>
      <w:r>
        <w:t>Glossary</w:t>
      </w:r>
    </w:p>
    <w:tbl>
      <w:tblPr>
        <w:jc w:val="center"/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single" w:sz="4" w:space="0" w:color="CECECE"/>
          <w:insideV w:val="nil"/>
        </w:tblBorders>
        <w:tblCellMar>
          <w:top w:w="70" w:type="dxa"/>
          <w:left w:w="110" w:type="dxa"/>
          <w:bottom w:w="70" w:type="dxa"/>
          <w:right w:w="110" w:type="dxa"/>
        </w:tblCellMar>
      </w:tblPr>
      <w:tblGrid>
        <w:gridCol w:w="2689"/>
        <w:gridCol w:w="6723"/>
      </w:tblGrid>
      <w:tr>
        <w:trPr>
          <w:tblHeader/>
        </w:trPr>
        <w:tc>
          <w:tcPr>
            <w:tcW w:type="dxa" w:w="2689"/>
            <w:vAlign w:val="center"/>
            <w:shd w:val="clear" w:color="auto" w:fill="794A05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Term</w:t>
            </w:r>
          </w:p>
        </w:tc>
        <w:tc>
          <w:tcPr>
            <w:tcW w:type="dxa" w:w="6722"/>
            <w:vAlign w:val="center"/>
            <w:shd w:val="clear" w:color="auto" w:fill="794A05"/>
          </w:tcPr>
          <w:p>
            <w:pPr>
              <w:spacing w:after="0"/>
            </w:pPr>
            <w:r/>
            <w:r>
              <w:rPr>
                <w:b/>
                <w:color w:val="FFFFFF"/>
                <w:sz w:val="20"/>
              </w:rPr>
              <w:t>Meaning</w:t>
            </w:r>
          </w:p>
        </w:tc>
      </w:tr>
      <w:tr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CTR</w:t>
            </w:r>
          </w:p>
        </w:tc>
        <w:tc>
          <w:tcPr>
            <w:tcW w:type="dxa" w:w="672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Click-through rate: clicks divided by views</w:t>
            </w:r>
          </w:p>
        </w:tc>
      </w:tr>
      <w:tr>
        <w:tc>
          <w:tcPr>
            <w:tcW w:type="dxa" w:w="2689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20"/>
              </w:rPr>
              <w:t>Keyword</w:t>
            </w:r>
          </w:p>
        </w:tc>
        <w:tc>
          <w:tcPr>
            <w:tcW w:type="dxa" w:w="6722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20"/>
              </w:rPr>
              <w:t>A word or phrase people search for</w:t>
            </w:r>
          </w:p>
        </w:tc>
      </w:tr>
      <w:tr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Listing</w:t>
            </w:r>
          </w:p>
        </w:tc>
        <w:tc>
          <w:tcPr>
            <w:tcW w:type="dxa" w:w="672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Your business profile on maps or directories</w:t>
            </w:r>
          </w:p>
        </w:tc>
      </w:tr>
      <w:tr>
        <w:tc>
          <w:tcPr>
            <w:tcW w:type="dxa" w:w="2689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20"/>
              </w:rPr>
              <w:t>Conversion</w:t>
            </w:r>
          </w:p>
        </w:tc>
        <w:tc>
          <w:tcPr>
            <w:tcW w:type="dxa" w:w="6722"/>
            <w:vAlign w:val="center"/>
            <w:shd w:val="clear" w:color="auto" w:fill="F6EFE6"/>
          </w:tcPr>
          <w:p>
            <w:pPr>
              <w:spacing w:after="0"/>
            </w:pPr>
            <w:r/>
            <w:r>
              <w:rPr>
                <w:sz w:val="20"/>
              </w:rPr>
              <w:t>A desired action, such as an order or enquiry</w:t>
            </w:r>
          </w:p>
        </w:tc>
      </w:tr>
      <w:tr>
        <w:tc>
          <w:tcPr>
            <w:tcW w:type="dxa" w:w="2689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Content pillar</w:t>
            </w:r>
          </w:p>
        </w:tc>
        <w:tc>
          <w:tcPr>
            <w:tcW w:type="dxa" w:w="6722"/>
            <w:vAlign w:val="center"/>
          </w:tcPr>
          <w:p>
            <w:pPr>
              <w:spacing w:after="0"/>
            </w:pPr>
            <w:r/>
            <w:r>
              <w:rPr>
                <w:sz w:val="20"/>
              </w:rPr>
              <w:t>A recurring theme for posts</w:t>
            </w:r>
          </w:p>
        </w:tc>
      </w:tr>
    </w:tbl>
    <w:p>
      <w:pPr>
        <w:spacing w:after="80"/>
      </w:pPr>
    </w:p>
    <w:p>
      <w:pPr>
        <w:pStyle w:val="Heading2"/>
      </w:pPr>
      <w:r>
        <w:t>Further Reading and Resources</w:t>
      </w:r>
    </w:p>
    <w:p>
      <w:pPr>
        <w:pStyle w:val="ListBullet"/>
      </w:pPr>
      <w:r>
        <w:t>Official help centres of the platforms you use</w:t>
      </w:r>
    </w:p>
    <w:p>
      <w:pPr>
        <w:pStyle w:val="ListBullet"/>
      </w:pPr>
      <w:r>
        <w:t>Free website builders</w:t>
      </w:r>
    </w:p>
    <w:p>
      <w:pPr>
        <w:pStyle w:val="ListBullet"/>
      </w:pPr>
      <w:r>
        <w:t>Free design tools for social media posts</w:t>
      </w:r>
    </w:p>
    <w:p>
      <w:pPr>
        <w:pStyle w:val="ListBullet"/>
      </w:pPr>
      <w:r>
        <w:t>Morphiq social media templates</w:t>
      </w:r>
    </w:p>
    <w:p>
      <w:pPr>
        <w:pStyle w:val="Heading2"/>
      </w:pPr>
      <w:r>
        <w:t>About the Author</w:t>
      </w:r>
    </w:p>
    <w:p>
      <w:pPr>
        <w:jc w:val="both"/>
      </w:pPr>
      <w:r>
        <w:t>Describe your marketing experience and the businesses you have helped.</w:t>
      </w:r>
    </w:p>
    <w:tbl>
      <w:tblPr>
        <w:tblLayout w:type="fixed"/>
        <w:tblLook w:firstColumn="1" w:firstRow="1" w:lastColumn="0" w:lastRow="0" w:noHBand="0" w:noVBand="1" w:val="04A0"/>
        <w:tblW w:w="9412" w:type="dxa"/>
        <w:tblLayout w:type="fixed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160" w:type="dxa"/>
          <w:left w:w="240" w:type="dxa"/>
          <w:bottom w:w="160" w:type="dxa"/>
          <w:right w:w="240" w:type="dxa"/>
        </w:tblCellMar>
      </w:tblPr>
      <w:tblGrid>
        <w:gridCol w:w="9412"/>
      </w:tblGrid>
      <w:tr>
        <w:tc>
          <w:tcPr>
            <w:tcW w:type="dxa" w:w="9411"/>
            <w:shd w:val="clear" w:color="auto" w:fill="F6EFE6"/>
            <w:tcBorders>
              <w:left w:val="single" w:sz="36" w:space="0" w:color="A16207"/>
            </w:tcBorders>
          </w:tcPr>
          <w:p>
            <w:pPr>
              <w:spacing w:after="60"/>
            </w:pPr>
            <w:r>
              <w:rPr>
                <w:b/>
                <w:color w:val="A16207"/>
              </w:rPr>
              <w:t>Your notes</w:t>
            </w:r>
          </w:p>
          <w:p>
            <w:pPr>
              <w:spacing w:after="0"/>
            </w:pPr>
            <w:r>
              <w:t>Use this space to write the three ideas from this book you will act on first, and the date you will start.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185" w:right="1247" w:bottom="1185" w:left="1247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r>
      <w:rPr>
        <w:color w:val="767676"/>
        <w:sz w:val="18"/>
      </w:rPr>
      <w:t xml:space="preserve">— </w:t>
    </w:r>
    <w:r>
      <w:rPr>
        <w:color w:val="767676"/>
        <w:sz w:val="18"/>
      </w:rPr>
      <w:fldChar w:fldCharType="begin"/>
    </w:r>
    <w:r>
      <w:rPr>
        <w:color w:val="767676"/>
        <w:sz w:val="18"/>
      </w:rPr>
      <w:instrText xml:space="preserve"> PAGE </w:instrText>
    </w:r>
    <w:r>
      <w:rPr>
        <w:color w:val="767676"/>
        <w:sz w:val="18"/>
      </w:rPr>
      <w:fldChar w:fldCharType="separate"/>
    </w:r>
    <w:r>
      <w:rPr>
        <w:color w:val="767676"/>
        <w:sz w:val="18"/>
      </w:rPr>
      <w:t>1</w:t>
    </w:r>
    <w:r>
      <w:rPr>
        <w:color w:val="767676"/>
        <w:sz w:val="18"/>
      </w:rPr>
      <w:fldChar w:fldCharType="end"/>
    </w:r>
    <w:r>
      <w:rPr>
        <w:color w:val="767676"/>
        <w:sz w:val="18"/>
      </w:rPr>
      <w:t xml:space="preserve"> —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tabs>
        <w:tab w:pos="9411" w:val="right"/>
      </w:tabs>
      <w:pBdr>
        <w:bottom w:val="single" w:sz="4" w:space="6" w:color="CECECE"/>
      </w:pBdr>
    </w:pPr>
    <w:r/>
    <w:r>
      <w:rPr>
        <w:caps/>
        <w:color w:val="767676"/>
        <w:sz w:val="17"/>
      </w:rPr>
      <w:t>Grow Online</w:t>
    </w:r>
    <w:r>
      <w:rPr>
        <w:color w:val="767676"/>
        <w:sz w:val="17"/>
      </w:rPr>
      <w:tab/>
      <w:t>Your Name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32" w:line="300" w:lineRule="auto"/>
    </w:pPr>
    <w:rPr>
      <w:rFonts w:ascii="Lato" w:hAnsi="Lato" w:cs="Lato" w:eastAsia="Lato"/>
      <w:color w:val="222222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360" w:after="160" w:line="264" w:lineRule="auto"/>
      <w:ind w:left="198"/>
      <w:outlineLvl w:val="0"/>
      <w:pBdr>
        <w:left w:val="single" w:sz="24" w:space="10" w:color="A16207"/>
      </w:pBdr>
    </w:pPr>
    <w:rPr>
      <w:rFonts w:ascii="EB Garamond" w:hAnsi="EB Garamond" w:cs="EB Garamond" w:eastAsia="EB Garamond"/>
      <w:b w:val="0"/>
      <w:bCs/>
      <w:i w:val="0"/>
      <w:caps/>
      <w:color w:val="222222"/>
      <w:sz w:val="40"/>
      <w:szCs w:val="40"/>
      <w:spacing w:val="3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00" w:line="264" w:lineRule="auto"/>
      <w:outlineLvl w:val="1"/>
    </w:pPr>
    <w:rPr>
      <w:rFonts w:ascii="EB Garamond" w:hAnsi="EB Garamond" w:cs="EB Garamond" w:eastAsia="EB Garamond"/>
      <w:b/>
      <w:bCs/>
      <w:i w:val="0"/>
      <w:color w:val="222222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80" w:line="264" w:lineRule="auto"/>
      <w:outlineLvl w:val="2"/>
    </w:pPr>
    <w:rPr>
      <w:rFonts w:ascii="EB Garamond" w:hAnsi="EB Garamond" w:cs="EB Garamond" w:eastAsia="EB Garamond"/>
      <w:b/>
      <w:bCs/>
      <w:i w:val="0"/>
      <w:color w:val="22222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/>
      <w:contextualSpacing/>
    </w:pPr>
    <w:rPr>
      <w:rFonts w:ascii="EB Garamond" w:hAnsi="EB Garamond" w:cs="EB Garamond" w:eastAsia="EB Garamond"/>
      <w:b w:val="0"/>
      <w:color w:val="222222"/>
      <w:spacing w:val="5"/>
      <w:kern w:val="28"/>
      <w:sz w:val="68"/>
      <w:szCs w:val="68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80"/>
    </w:pPr>
    <w:rPr>
      <w:rFonts w:ascii="Lato" w:hAnsi="Lato" w:cs="Lato" w:eastAsia="Lato"/>
      <w:i w:val="0"/>
      <w:iCs/>
      <w:color w:val="76767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160" w:after="160"/>
      <w:ind w:left="567"/>
    </w:pPr>
    <w:rPr>
      <w:rFonts w:ascii="EB Garamond" w:hAnsi="EB Garamond" w:cs="EB Garamond" w:eastAsia="EB Garamond"/>
      <w:i/>
      <w:iCs/>
      <w:color w:val="222222"/>
      <w:sz w:val="30"/>
      <w:szCs w:val="3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ato" w:hAnsi="Lato" w:cs="Lato" w:eastAsia="Lato"/>
      <w:b w:val="0"/>
      <w:bCs/>
      <w:i/>
      <w:color w:val="767676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TOC1">
    <w:name w:val="TOC 1"/>
    <w:basedOn w:val="Normal"/>
    <w:pPr>
      <w:tabs>
        <w:tab w:pos="9411" w:val="right" w:leader="dot"/>
      </w:tabs>
      <w:spacing w:after="120"/>
      <w:ind w:left="0"/>
    </w:pPr>
    <w:rPr>
      <w:rFonts w:ascii="Lato" w:hAnsi="Lato" w:cs="Lato" w:eastAsia="Lato"/>
      <w:b/>
      <w:sz w:val="24"/>
      <w:szCs w:val="24"/>
    </w:rPr>
  </w:style>
  <w:style w:type="paragraph" w:customStyle="1" w:styleId="TOC2">
    <w:name w:val="TOC 2"/>
    <w:basedOn w:val="Normal"/>
    <w:pPr>
      <w:tabs>
        <w:tab w:pos="9411" w:val="right" w:leader="dot"/>
      </w:tabs>
      <w:spacing w:after="80"/>
      <w:ind w:left="340"/>
    </w:pPr>
    <w:rPr>
      <w:rFonts w:ascii="Lato" w:hAnsi="Lato" w:cs="Lato" w:eastAsia="Lato"/>
      <w:b w:val="0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Morphiq</dc:creator>
  <cp:keywords/>
  <dc:description>Editable Morphiq template — styles: Home &gt; Styles; update the contents table: right-click &gt; Update Field.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