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right"/>
        <w:pBdr>
          <w:top w:val="single" w:sz="18" w:space="6" w:color="9A3412"/>
        </w:pBdr>
      </w:pPr>
      <w:r>
        <w:rPr>
          <w:color w:val="767676"/>
          <w:sz w:val="18"/>
          <w:szCs w:val="18"/>
        </w:rPr>
        <w:t>प्रार्थना पत्र · अवकाश हेतु</w:t>
      </w:r>
    </w:p>
    <w:p>
      <w:pPr>
        <w:spacing w:after="0"/>
      </w:pPr>
      <w:r>
        <w:rPr>
          <w:b/>
          <w:bCs/>
        </w:rPr>
        <w:t>सेवा में,</w:t>
      </w:r>
    </w:p>
    <w:p>
      <w:pPr>
        <w:spacing w:after="0"/>
        <w:jc w:val="left"/>
      </w:pPr>
      <w:r>
        <w:rPr>
          <w:b w:val="0"/>
          <w:bCs w:val="0"/>
        </w:rPr>
        <w:t>श्रीमान प्रधानाचार्य महोदय,</w:t>
      </w:r>
    </w:p>
    <w:p>
      <w:pPr>
        <w:spacing w:after="0"/>
        <w:jc w:val="left"/>
      </w:pPr>
      <w:r>
        <w:rPr>
          <w:b w:val="0"/>
          <w:bCs w:val="0"/>
        </w:rPr>
        <w:t>सूर्योदय पब्लिक स्कूल,</w:t>
      </w:r>
    </w:p>
    <w:p>
      <w:pPr>
        <w:spacing w:after="240"/>
        <w:jc w:val="left"/>
      </w:pPr>
      <w:r>
        <w:rPr>
          <w:b w:val="0"/>
          <w:bCs w:val="0"/>
        </w:rPr>
        <w:t>गोमती नगर, लखनऊ।</w:t>
      </w:r>
    </w:p>
    <w:p>
      <w:pPr>
        <w:spacing w:after="200"/>
      </w:pPr>
      <w:r>
        <w:t>दिनांक : 14 जुलाई 2026</w:t>
      </w:r>
    </w:p>
    <w:p>
      <w:pPr>
        <w:spacing w:after="240"/>
      </w:pPr>
      <w:r>
        <w:rPr>
          <w:b/>
          <w:bCs/>
          <w:color w:val="9A3412"/>
        </w:rPr>
        <w:t xml:space="preserve">विषय : </w:t>
      </w:r>
      <w:r>
        <w:rPr>
          <w:b/>
          <w:bCs/>
        </w:rPr>
        <w:t>बीमारी के कारण तीन दिन के अवकाश हेतु प्रार्थना पत्र।</w:t>
      </w:r>
    </w:p>
    <w:p>
      <w:pPr>
        <w:spacing w:after="160"/>
      </w:pPr>
      <w:r>
        <w:t>महोदय,</w:t>
      </w:r>
    </w:p>
    <w:p>
      <w:pPr>
        <w:ind w:firstLine="567"/>
        <w:jc w:val="both"/>
      </w:pPr>
      <w:r>
        <w:t>सविनय निवेदन है कि मैं आपके विद्यालय की कक्षा 8 (अ) का छात्र हूँ। कल शाम से मुझे तेज़ बुखार और गले में दर्द है। डॉक्टर ने जाँच के बाद मुझे तीन दिन पूरा आराम करने की सलाह दी है।</w:t>
      </w:r>
    </w:p>
    <w:p>
      <w:pPr>
        <w:ind w:firstLine="567"/>
        <w:jc w:val="both"/>
      </w:pPr>
      <w:r>
        <w:t>अतः आपसे विनम्र प्रार्थना है कि मुझे दिनांक 14 जुलाई 2026 से 16 जुलाई 2026 तक तीन दिन का अवकाश प्रदान करने की कृपा करें। विद्यालय लौटने पर मैं छूटा हुआ गृहकार्य अपने सहपाठियों की सहायता से पूरा कर लूँगा।</w:t>
      </w:r>
    </w:p>
    <w:p>
      <w:pPr>
        <w:ind w:firstLine="567"/>
        <w:jc w:val="both"/>
      </w:pPr>
      <w:r>
        <w:t>डॉक्टर का पर्चा इस प्रार्थना पत्र के साथ संलग्न है।</w:t>
      </w:r>
    </w:p>
    <w:p>
      <w:pPr>
        <w:spacing w:after="280"/>
      </w:pPr>
      <w:r>
        <w:t>आपकी अति कृपा होगी।</w:t>
      </w:r>
    </w:p>
    <w:p>
      <w:pPr>
        <w:spacing w:after="0"/>
      </w:pPr>
      <w:r>
        <w:t>आपका आज्ञाकारी शिष्य,</w:t>
      </w:r>
    </w:p>
    <w:p>
      <w:pPr>
        <w:spacing w:after="440"/>
      </w:pPr>
    </w:p>
    <w:p>
      <w:pPr>
        <w:spacing w:after="0"/>
        <w:jc w:val="left"/>
      </w:pPr>
      <w:r>
        <w:rPr>
          <w:b/>
          <w:bCs/>
        </w:rPr>
        <w:t>आरव मिश्रा</w:t>
      </w:r>
    </w:p>
    <w:p>
      <w:pPr>
        <w:spacing w:after="0"/>
        <w:jc w:val="left"/>
      </w:pPr>
      <w:r>
        <w:rPr>
          <w:b w:val="0"/>
          <w:bCs w:val="0"/>
        </w:rPr>
        <w:t>कक्षा : 8 (अ)</w:t>
      </w:r>
    </w:p>
    <w:p>
      <w:pPr>
        <w:spacing w:after="200"/>
        <w:jc w:val="left"/>
      </w:pPr>
      <w:r>
        <w:rPr>
          <w:b w:val="0"/>
          <w:bCs w:val="0"/>
        </w:rPr>
        <w:t>अनुक्रमांक : 21</w:t>
      </w:r>
    </w:p>
    <w:p>
      <w:pPr>
        <w:spacing w:after="40" w:before="120"/>
      </w:pPr>
      <w:r>
        <w:rPr>
          <w:b/>
          <w:bCs/>
        </w:rPr>
        <w:t>संलग्नक :</w:t>
      </w:r>
    </w:p>
    <w:p>
      <w:pPr>
        <w:pStyle w:val="ListNumber"/>
      </w:pPr>
      <w:r>
        <w:t>डॉक्टर का पर्चा (प्रतिलिपि)</w:t>
      </w:r>
    </w:p>
    <w:sectPr w:rsidR="00FC693F" w:rsidRPr="0006063C" w:rsidSect="00034616">
      <w:headerReference w:type="default" r:id="rId9"/>
      <w:footerReference w:type="default" r:id="rId10"/>
      <w:headerReference w:type="first" r:id="rId11"/>
      <w:footerReference w:type="first" r:id="rId12"/>
      <w:pgSz w:w="11906" w:h="16838"/>
      <w:pgMar w:top="1185" w:right="1247" w:bottom="1185"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36" w:lineRule="auto"/>
    </w:pPr>
    <w:rPr>
      <w:rFonts w:ascii="Mukta" w:hAnsi="Mukta" w:cs="Mukta" w:eastAsia="Mukta"/>
      <w:color w:val="222222"/>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Bdr>
        <w:bottom w:val="single" w:sz="8" w:space="6" w:color="9A3412"/>
      </w:pBdr>
    </w:pPr>
    <w:rPr>
      <w:rFonts w:ascii="Tiro Devanagari Hindi" w:hAnsi="Tiro Devanagari Hindi" w:cs="Tiro Devanagari Hindi" w:eastAsia="Tiro Devanagari Hindi"/>
      <w:b w:val="0"/>
      <w:bCs w:val="0"/>
      <w:i w:val="0"/>
      <w:iCs w:val="0"/>
      <w:caps w:val="0"/>
      <w:color w:val="222222"/>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Tiro Devanagari Hindi" w:hAnsi="Tiro Devanagari Hindi" w:cs="Tiro Devanagari Hindi" w:eastAsia="Tiro Devanagari Hindi"/>
      <w:b/>
      <w:bCs/>
      <w:i w:val="0"/>
      <w:iCs w:val="0"/>
      <w:color w:val="9A3412"/>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Tiro Devanagari Hindi" w:hAnsi="Tiro Devanagari Hindi" w:cs="Tiro Devanagari Hindi" w:eastAsia="Tiro Devanagari Hindi"/>
      <w:b/>
      <w:bCs/>
      <w:i w:val="0"/>
      <w:iCs w:val="0"/>
      <w:color w:val="222222"/>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iro Devanagari Hindi" w:hAnsi="Tiro Devanagari Hindi" w:cs="Tiro Devanagari Hindi" w:eastAsia="Tiro Devanagari Hindi"/>
      <w:b w:val="0"/>
      <w:bCs w:val="0"/>
      <w:color w:val="222222"/>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ukta" w:hAnsi="Mukta" w:cs="Mukta" w:eastAsia="Mukta"/>
      <w:i w:val="0"/>
      <w:iCs w:val="0"/>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Tiro Devanagari Hindi" w:hAnsi="Tiro Devanagari Hindi" w:cs="Tiro Devanagari Hindi" w:eastAsia="Tiro Devanagari Hindi"/>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ukta" w:hAnsi="Mukta" w:cs="Mukta" w:eastAsia="Mukta"/>
      <w:b w:val="0"/>
      <w:bCs w:val="0"/>
      <w:i/>
      <w:iCs/>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Mukta" w:hAnsi="Mukta" w:cs="Mukta" w:eastAsia="Mukta"/>
      <w:b/>
      <w:bCs/>
      <w:sz w:val="26"/>
      <w:szCs w:val="26"/>
    </w:rPr>
  </w:style>
  <w:style w:type="paragraph" w:customStyle="1" w:styleId="TOC2">
    <w:name w:val="TOC 2"/>
    <w:basedOn w:val="Normal"/>
    <w:pPr>
      <w:tabs>
        <w:tab w:pos="9411" w:val="right" w:leader="dot"/>
      </w:tabs>
      <w:spacing w:after="80"/>
      <w:ind w:left="340"/>
    </w:pPr>
    <w:rPr>
      <w:rFonts w:ascii="Mukta" w:hAnsi="Mukta" w:cs="Mukta" w:eastAsia="Mukta"/>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