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right"/>
        <w:pBdr>
          <w:top w:val="single" w:sz="18" w:space="6" w:color="6D28D9"/>
        </w:pBdr>
      </w:pPr>
      <w:r>
        <w:rPr>
          <w:color w:val="6F7581"/>
          <w:sz w:val="18"/>
          <w:szCs w:val="18"/>
        </w:rPr>
        <w:t>प्रार्थना पत्र · शुल्क माफ़ी हेतु</w:t>
      </w:r>
    </w:p>
    <w:p>
      <w:pPr>
        <w:spacing w:after="0"/>
      </w:pPr>
      <w:r>
        <w:rPr>
          <w:b/>
          <w:bCs/>
        </w:rPr>
        <w:t>सेवा में,</w:t>
      </w:r>
    </w:p>
    <w:p>
      <w:pPr>
        <w:spacing w:after="0"/>
        <w:jc w:val="left"/>
      </w:pPr>
      <w:r>
        <w:rPr>
          <w:b w:val="0"/>
          <w:bCs w:val="0"/>
        </w:rPr>
        <w:t>श्रीमती प्रधानाचार्या महोदया,</w:t>
      </w:r>
    </w:p>
    <w:p>
      <w:pPr>
        <w:spacing w:after="0"/>
        <w:jc w:val="left"/>
      </w:pPr>
      <w:r>
        <w:rPr>
          <w:b w:val="0"/>
          <w:bCs w:val="0"/>
        </w:rPr>
        <w:t>ज्ञानदीप बालिका इंटर कॉलेज,</w:t>
      </w:r>
    </w:p>
    <w:p>
      <w:pPr>
        <w:spacing w:after="240"/>
        <w:jc w:val="left"/>
      </w:pPr>
      <w:r>
        <w:rPr>
          <w:b w:val="0"/>
          <w:bCs w:val="0"/>
        </w:rPr>
        <w:t>सिविल लाइंस, प्रयागराज।</w:t>
      </w:r>
    </w:p>
    <w:p>
      <w:pPr>
        <w:spacing w:after="200"/>
      </w:pPr>
      <w:r>
        <w:t>दिनांक : 3 अगस्त 2026</w:t>
      </w:r>
    </w:p>
    <w:p>
      <w:pPr>
        <w:spacing w:after="240"/>
      </w:pPr>
      <w:r>
        <w:rPr>
          <w:b/>
          <w:bCs/>
          <w:color w:val="6D28D9"/>
        </w:rPr>
        <w:t xml:space="preserve">विषय : </w:t>
      </w:r>
      <w:r>
        <w:rPr>
          <w:b/>
          <w:bCs/>
        </w:rPr>
        <w:t>शुल्क माफ़ी हेतु प्रार्थना पत्र।</w:t>
      </w:r>
    </w:p>
    <w:p>
      <w:pPr>
        <w:spacing w:after="160"/>
      </w:pPr>
      <w:r>
        <w:t>महोदया,</w:t>
      </w:r>
    </w:p>
    <w:p>
      <w:pPr>
        <w:ind w:firstLine="567"/>
        <w:jc w:val="both"/>
      </w:pPr>
      <w:r>
        <w:t>सविनय निवेदन है कि मैं आपके विद्यालय की कक्षा 10 (ब) की छात्रा हूँ। मेरे पिताजी एक छोटी-सी किराने की दुकान चलाते हैं। पिछले कुछ महीनों से उनका स्वास्थ्य ठीक न रहने के कारण दुकान अधिकतर बंद रही है, जिससे घर की आर्थिक स्थिति काफ़ी कमज़ोर हो गई है।</w:t>
      </w:r>
    </w:p>
    <w:p>
      <w:pPr>
        <w:ind w:firstLine="567"/>
        <w:jc w:val="both"/>
      </w:pPr>
      <w:r>
        <w:t>मेरे परिवार में मेरे अतिरिक्त दो छोटे भाई-बहन भी पढ़ रहे हैं। ऐसी स्थिति में मेरे माता-पिता के लिए मेरा पूरा शिक्षण शुल्क चुकाना कठिन हो गया है। मैं पढ़ाई में सदैव अच्छी रही हूँ और पिछली कक्षा में मैंने 91 प्रतिशत अंक प्राप्त किए थे। विद्यालय की वाद-विवाद प्रतियोगिताओं में भी मैं नियमित भाग लेती हूँ।</w:t>
      </w:r>
    </w:p>
    <w:p>
      <w:pPr>
        <w:ind w:firstLine="567"/>
        <w:jc w:val="both"/>
      </w:pPr>
      <w:r>
        <w:t>अतः आपसे विनम्र प्रार्थना है कि मेरी पारिवारिक परिस्थितियों को ध्यान में रखते हुए मेरा पूरा शुल्क माफ़ करने की कृपा करें, ताकि मैं अपनी पढ़ाई निर्बाध रूप से जारी रख सकूँ। मैं आपको विश्वास दिलाती हूँ कि मैं आगे भी मन लगाकर पढ़ूँगी और विद्यालय का नाम रोशन करूँगी।</w:t>
      </w:r>
    </w:p>
    <w:p>
      <w:pPr>
        <w:spacing w:after="280"/>
      </w:pPr>
      <w:r>
        <w:t>सधन्यवाद।</w:t>
      </w:r>
    </w:p>
    <w:p>
      <w:pPr>
        <w:spacing w:after="0"/>
      </w:pPr>
      <w:r>
        <w:t>आपकी आज्ञाकारिणी शिष्या,</w:t>
      </w:r>
    </w:p>
    <w:p>
      <w:pPr>
        <w:spacing w:after="440"/>
      </w:pPr>
    </w:p>
    <w:p>
      <w:pPr>
        <w:spacing w:after="0"/>
        <w:jc w:val="left"/>
      </w:pPr>
      <w:r>
        <w:rPr>
          <w:b/>
          <w:bCs/>
        </w:rPr>
        <w:t>प्रिया यादव</w:t>
      </w:r>
    </w:p>
    <w:p>
      <w:pPr>
        <w:spacing w:after="0"/>
        <w:jc w:val="left"/>
      </w:pPr>
      <w:r>
        <w:rPr>
          <w:b w:val="0"/>
          <w:bCs w:val="0"/>
        </w:rPr>
        <w:t>कक्षा : 10 (ब)</w:t>
      </w:r>
    </w:p>
    <w:p>
      <w:pPr>
        <w:spacing w:after="200"/>
        <w:jc w:val="left"/>
      </w:pPr>
      <w:r>
        <w:rPr>
          <w:b w:val="0"/>
          <w:bCs w:val="0"/>
        </w:rPr>
        <w:t>अनुक्रमांक : 32</w:t>
      </w:r>
    </w:p>
    <w:p>
      <w:pPr>
        <w:spacing w:after="40" w:before="120"/>
      </w:pPr>
      <w:r>
        <w:rPr>
          <w:b/>
          <w:bCs/>
        </w:rPr>
        <w:t>संलग्नक :</w:t>
      </w:r>
    </w:p>
    <w:p>
      <w:pPr>
        <w:pStyle w:val="ListNumber"/>
      </w:pPr>
      <w:r>
        <w:t>पिछली कक्षा की अंकतालिका की प्रतिलिपि</w:t>
      </w:r>
    </w:p>
    <w:p>
      <w:pPr>
        <w:pStyle w:val="ListNumber"/>
      </w:pPr>
      <w:r>
        <w:t>अभिभावक का आय प्रमाण-पत्र (प्रतिलिपि)</w:t>
      </w:r>
    </w:p>
    <w:sectPr w:rsidR="00FC693F" w:rsidRPr="0006063C" w:rsidSect="00034616">
      <w:headerReference w:type="default" r:id="rId9"/>
      <w:footerReference w:type="default" r:id="rId10"/>
      <w:headerReference w:type="first" r:id="rId11"/>
      <w:footerReference w:type="first" r:id="rId12"/>
      <w:pgSz w:w="11906" w:h="16838"/>
      <w:pgMar w:top="1077" w:right="1134" w:bottom="107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36" w:lineRule="auto"/>
    </w:pPr>
    <w:rPr>
      <w:rFonts w:ascii="Mukta" w:hAnsi="Mukta" w:cs="Mukta" w:eastAsia="Mukta"/>
      <w:color w:val="172033"/>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top w:val="single" w:sz="18" w:space="10" w:color="172033"/>
      </w:pBdr>
    </w:pPr>
    <w:rPr>
      <w:rFonts w:ascii="Tiro Devanagari Hindi" w:hAnsi="Tiro Devanagari Hindi" w:cs="Tiro Devanagari Hindi" w:eastAsia="Tiro Devanagari Hindi"/>
      <w:b w:val="0"/>
      <w:bCs w:val="0"/>
      <w:i w:val="0"/>
      <w:iCs w:val="0"/>
      <w:caps w:val="0"/>
      <w:color w:val="172033"/>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ro Devanagari Hindi" w:hAnsi="Tiro Devanagari Hindi" w:cs="Tiro Devanagari Hindi" w:eastAsia="Tiro Devanagari Hindi"/>
      <w:b/>
      <w:bCs/>
      <w:i w:val="0"/>
      <w:iCs w:val="0"/>
      <w:color w:val="6D28D9"/>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ro Devanagari Hindi" w:hAnsi="Tiro Devanagari Hindi" w:cs="Tiro Devanagari Hindi" w:eastAsia="Tiro Devanagari Hindi"/>
      <w:b/>
      <w:bCs/>
      <w:i w:val="0"/>
      <w:iCs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ro Devanagari Hindi" w:hAnsi="Tiro Devanagari Hindi" w:cs="Tiro Devanagari Hindi" w:eastAsia="Tiro Devanagari Hindi"/>
      <w:b w:val="0"/>
      <w:bCs w:val="0"/>
      <w:color w:val="172033"/>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Tiro Devanagari Hindi" w:hAnsi="Tiro Devanagari Hindi" w:cs="Tiro Devanagari Hindi" w:eastAsia="Tiro Devanagari Hindi"/>
      <w:i w:val="0"/>
      <w:iCs w:val="0"/>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Tiro Devanagari Hindi" w:hAnsi="Tiro Devanagari Hindi" w:cs="Tiro Devanagari Hindi" w:eastAsia="Tiro Devanagari Hindi"/>
      <w:b/>
      <w:bCs/>
      <w:sz w:val="26"/>
      <w:szCs w:val="26"/>
    </w:rPr>
  </w:style>
  <w:style w:type="paragraph" w:customStyle="1" w:styleId="TOC2">
    <w:name w:val="TOC 2"/>
    <w:basedOn w:val="Normal"/>
    <w:pPr>
      <w:tabs>
        <w:tab w:pos="9638"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