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right"/>
        <w:pBdr>
          <w:top w:val="single" w:sz="18" w:space="6" w:color="1D4ED8"/>
        </w:pBdr>
      </w:pPr>
      <w:r>
        <w:rPr>
          <w:color w:val="74777A"/>
          <w:sz w:val="18"/>
          <w:szCs w:val="18"/>
        </w:rPr>
        <w:t>प्रार्थना पत्र · स्थानांतरण प्रमाण-पत्र (TC) हेतु</w:t>
      </w:r>
    </w:p>
    <w:p>
      <w:pPr>
        <w:spacing w:after="0"/>
      </w:pPr>
      <w:r>
        <w:rPr>
          <w:b/>
          <w:bCs/>
        </w:rPr>
        <w:t>सेवा में,</w:t>
      </w:r>
    </w:p>
    <w:p>
      <w:pPr>
        <w:spacing w:after="0"/>
        <w:jc w:val="left"/>
      </w:pPr>
      <w:r>
        <w:rPr>
          <w:b w:val="0"/>
          <w:bCs w:val="0"/>
        </w:rPr>
        <w:t>श्रीमान प्रधानाचार्य महोदय,</w:t>
      </w:r>
    </w:p>
    <w:p>
      <w:pPr>
        <w:spacing w:after="0"/>
        <w:jc w:val="left"/>
      </w:pPr>
      <w:r>
        <w:rPr>
          <w:b w:val="0"/>
          <w:bCs w:val="0"/>
        </w:rPr>
        <w:t>सरस्वती विद्या निकेतन,</w:t>
      </w:r>
    </w:p>
    <w:p>
      <w:pPr>
        <w:spacing w:after="240"/>
        <w:jc w:val="left"/>
      </w:pPr>
      <w:r>
        <w:rPr>
          <w:b w:val="0"/>
          <w:bCs w:val="0"/>
        </w:rPr>
        <w:t>शास्त्री नगर, जयपुर।</w:t>
      </w:r>
    </w:p>
    <w:p>
      <w:pPr>
        <w:spacing w:after="200"/>
      </w:pPr>
      <w:r>
        <w:t>दिनांक : 22 मई 2026</w:t>
      </w:r>
    </w:p>
    <w:p>
      <w:pPr>
        <w:spacing w:after="240"/>
      </w:pPr>
      <w:r>
        <w:rPr>
          <w:b/>
          <w:bCs/>
          <w:color w:val="1D4ED8"/>
        </w:rPr>
        <w:t xml:space="preserve">विषय : </w:t>
      </w:r>
      <w:r>
        <w:rPr>
          <w:b/>
          <w:bCs/>
        </w:rPr>
        <w:t>स्थानांतरण प्रमाण-पत्र प्रदान करने हेतु प्रार्थना पत्र।</w:t>
      </w:r>
    </w:p>
    <w:p>
      <w:pPr>
        <w:spacing w:after="160"/>
      </w:pPr>
      <w:r>
        <w:t>महोदय,</w:t>
      </w:r>
    </w:p>
    <w:p>
      <w:pPr>
        <w:ind w:firstLine="567"/>
        <w:jc w:val="both"/>
      </w:pPr>
      <w:r>
        <w:t>सविनय निवेदन है कि मैं आपके विद्यालय की कक्षा 7 (स) का छात्र हूँ। मेरे पिताजी राज्य सरकार के एक विभाग में कार्यरत हैं और उनका स्थानांतरण जयपुर से उदयपुर हो गया है। इस कारण हमारा पूरा परिवार अगले सप्ताह उदयपुर जा रहा है।</w:t>
      </w:r>
    </w:p>
    <w:p>
      <w:pPr>
        <w:ind w:firstLine="567"/>
        <w:jc w:val="both"/>
      </w:pPr>
      <w:r>
        <w:t>वहाँ मुझे नए विद्यालय में प्रवेश लेना है, जिसके लिए स्थानांतरण प्रमाण-पत्र अनिवार्य है। मेरे विद्यालय संबंधी विवरण नीचे दिए गए हैं :</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012"/>
        <w:gridCol w:w="6626"/>
      </w:tblGrid>
      <w:tr>
        <w:trPr>
          <w:tblHeader/>
        </w:trPr>
        <w:tc>
          <w:tcPr>
            <w:tcW w:type="dxa" w:w="3012"/>
            <w:vAlign w:val="center"/>
            <w:shd w:val="clear" w:color="auto" w:fill="163AA2"/>
          </w:tcPr>
          <w:p>
            <w:pPr>
              <w:spacing w:after="0"/>
              <w:jc w:val="left"/>
            </w:pPr>
            <w:r/>
            <w:r>
              <w:rPr>
                <w:b/>
                <w:bCs/>
                <w:color w:val="FFFFFF"/>
                <w:sz w:val="22"/>
                <w:szCs w:val="22"/>
              </w:rPr>
              <w:t>विवरण</w:t>
            </w:r>
          </w:p>
        </w:tc>
        <w:tc>
          <w:tcPr>
            <w:tcW w:type="dxa" w:w="6626"/>
            <w:vAlign w:val="center"/>
            <w:shd w:val="clear" w:color="auto" w:fill="163AA2"/>
          </w:tcPr>
          <w:p>
            <w:pPr>
              <w:spacing w:after="0"/>
              <w:jc w:val="left"/>
            </w:pPr>
            <w:r/>
            <w:r>
              <w:rPr>
                <w:b/>
                <w:bCs/>
                <w:color w:val="FFFFFF"/>
                <w:sz w:val="22"/>
                <w:szCs w:val="22"/>
              </w:rPr>
              <w:t>जानकारी</w:t>
            </w:r>
          </w:p>
        </w:tc>
      </w:tr>
      <w:tr>
        <w:tc>
          <w:tcPr>
            <w:tcW w:type="dxa" w:w="3012"/>
            <w:vAlign w:val="center"/>
          </w:tcPr>
          <w:p>
            <w:pPr>
              <w:spacing w:after="0"/>
              <w:jc w:val="left"/>
            </w:pPr>
            <w:r/>
            <w:r>
              <w:rPr>
                <w:sz w:val="22"/>
                <w:szCs w:val="22"/>
              </w:rPr>
              <w:t>छात्र का नाम</w:t>
            </w:r>
          </w:p>
        </w:tc>
        <w:tc>
          <w:tcPr>
            <w:tcW w:type="dxa" w:w="6626"/>
            <w:vAlign w:val="center"/>
          </w:tcPr>
          <w:p>
            <w:pPr>
              <w:spacing w:after="0"/>
              <w:jc w:val="left"/>
            </w:pPr>
            <w:r/>
            <w:r>
              <w:rPr>
                <w:sz w:val="22"/>
                <w:szCs w:val="22"/>
              </w:rPr>
              <w:t>कबीर सिंह राठौड़</w:t>
            </w:r>
          </w:p>
        </w:tc>
      </w:tr>
      <w:tr>
        <w:tc>
          <w:tcPr>
            <w:tcW w:type="dxa" w:w="3012"/>
            <w:vAlign w:val="center"/>
            <w:shd w:val="clear" w:color="auto" w:fill="E8EDFB"/>
          </w:tcPr>
          <w:p>
            <w:pPr>
              <w:spacing w:after="0"/>
              <w:jc w:val="left"/>
            </w:pPr>
            <w:r/>
            <w:r>
              <w:rPr>
                <w:sz w:val="22"/>
                <w:szCs w:val="22"/>
              </w:rPr>
              <w:t>पिता का नाम</w:t>
            </w:r>
          </w:p>
        </w:tc>
        <w:tc>
          <w:tcPr>
            <w:tcW w:type="dxa" w:w="6626"/>
            <w:vAlign w:val="center"/>
            <w:shd w:val="clear" w:color="auto" w:fill="E8EDFB"/>
          </w:tcPr>
          <w:p>
            <w:pPr>
              <w:spacing w:after="0"/>
              <w:jc w:val="left"/>
            </w:pPr>
            <w:r/>
            <w:r>
              <w:rPr>
                <w:sz w:val="22"/>
                <w:szCs w:val="22"/>
              </w:rPr>
              <w:t>श्री महेंद्र सिंह राठौड़</w:t>
            </w:r>
          </w:p>
        </w:tc>
      </w:tr>
      <w:tr>
        <w:tc>
          <w:tcPr>
            <w:tcW w:type="dxa" w:w="3012"/>
            <w:vAlign w:val="center"/>
          </w:tcPr>
          <w:p>
            <w:pPr>
              <w:spacing w:after="0"/>
              <w:jc w:val="left"/>
            </w:pPr>
            <w:r/>
            <w:r>
              <w:rPr>
                <w:sz w:val="22"/>
                <w:szCs w:val="22"/>
              </w:rPr>
              <w:t>कक्षा व वर्ग</w:t>
            </w:r>
          </w:p>
        </w:tc>
        <w:tc>
          <w:tcPr>
            <w:tcW w:type="dxa" w:w="6626"/>
            <w:vAlign w:val="center"/>
          </w:tcPr>
          <w:p>
            <w:pPr>
              <w:spacing w:after="0"/>
              <w:jc w:val="left"/>
            </w:pPr>
            <w:r/>
            <w:r>
              <w:rPr>
                <w:sz w:val="22"/>
                <w:szCs w:val="22"/>
              </w:rPr>
              <w:t>7 (स)</w:t>
            </w:r>
          </w:p>
        </w:tc>
      </w:tr>
      <w:tr>
        <w:tc>
          <w:tcPr>
            <w:tcW w:type="dxa" w:w="3012"/>
            <w:vAlign w:val="center"/>
            <w:shd w:val="clear" w:color="auto" w:fill="E8EDFB"/>
          </w:tcPr>
          <w:p>
            <w:pPr>
              <w:spacing w:after="0"/>
              <w:jc w:val="left"/>
            </w:pPr>
            <w:r/>
            <w:r>
              <w:rPr>
                <w:sz w:val="22"/>
                <w:szCs w:val="22"/>
              </w:rPr>
              <w:t>प्रवेश संख्या</w:t>
            </w:r>
          </w:p>
        </w:tc>
        <w:tc>
          <w:tcPr>
            <w:tcW w:type="dxa" w:w="6626"/>
            <w:vAlign w:val="center"/>
            <w:shd w:val="clear" w:color="auto" w:fill="E8EDFB"/>
          </w:tcPr>
          <w:p>
            <w:pPr>
              <w:spacing w:after="0"/>
              <w:jc w:val="left"/>
            </w:pPr>
            <w:r/>
            <w:r>
              <w:rPr>
                <w:sz w:val="22"/>
                <w:szCs w:val="22"/>
              </w:rPr>
              <w:t>स.वि.नि./2019/0457</w:t>
            </w:r>
          </w:p>
        </w:tc>
      </w:tr>
      <w:tr>
        <w:tc>
          <w:tcPr>
            <w:tcW w:type="dxa" w:w="3012"/>
            <w:vAlign w:val="center"/>
          </w:tcPr>
          <w:p>
            <w:pPr>
              <w:spacing w:after="0"/>
              <w:jc w:val="left"/>
            </w:pPr>
            <w:r/>
            <w:r>
              <w:rPr>
                <w:sz w:val="22"/>
                <w:szCs w:val="22"/>
              </w:rPr>
              <w:t>जन्म तिथि</w:t>
            </w:r>
          </w:p>
        </w:tc>
        <w:tc>
          <w:tcPr>
            <w:tcW w:type="dxa" w:w="6626"/>
            <w:vAlign w:val="center"/>
          </w:tcPr>
          <w:p>
            <w:pPr>
              <w:spacing w:after="0"/>
              <w:jc w:val="left"/>
            </w:pPr>
            <w:r/>
            <w:r>
              <w:rPr>
                <w:sz w:val="22"/>
                <w:szCs w:val="22"/>
              </w:rPr>
              <w:t>9 मार्च 2014</w:t>
            </w:r>
          </w:p>
        </w:tc>
      </w:tr>
      <w:tr>
        <w:tc>
          <w:tcPr>
            <w:tcW w:type="dxa" w:w="3012"/>
            <w:vAlign w:val="center"/>
            <w:shd w:val="clear" w:color="auto" w:fill="E8EDFB"/>
          </w:tcPr>
          <w:p>
            <w:pPr>
              <w:spacing w:after="0"/>
              <w:jc w:val="left"/>
            </w:pPr>
            <w:r/>
            <w:r>
              <w:rPr>
                <w:sz w:val="22"/>
                <w:szCs w:val="22"/>
              </w:rPr>
              <w:t>शुल्क की स्थिति</w:t>
            </w:r>
          </w:p>
        </w:tc>
        <w:tc>
          <w:tcPr>
            <w:tcW w:type="dxa" w:w="6626"/>
            <w:vAlign w:val="center"/>
            <w:shd w:val="clear" w:color="auto" w:fill="E8EDFB"/>
          </w:tcPr>
          <w:p>
            <w:pPr>
              <w:spacing w:after="0"/>
              <w:jc w:val="left"/>
            </w:pPr>
            <w:r/>
            <w:r>
              <w:rPr>
                <w:sz w:val="22"/>
                <w:szCs w:val="22"/>
              </w:rPr>
              <w:t>मई 2026 तक जमा</w:t>
            </w:r>
          </w:p>
        </w:tc>
      </w:tr>
    </w:tbl>
    <w:p>
      <w:pPr>
        <w:spacing w:after="80"/>
      </w:pPr>
    </w:p>
    <w:p>
      <w:pPr>
        <w:ind w:firstLine="567"/>
        <w:jc w:val="both"/>
      </w:pPr>
      <w:r>
        <w:t>मेरा सभी शुल्क जमा हो चुका है और पुस्तकालय की कोई पुस्तक मेरे पास शेष नहीं है। अतः आपसे निवेदन है कि मुझे शीघ्र स्थानांतरण प्रमाण-पत्र तथा चरित्र प्रमाण-पत्र प्रदान करने की कृपा करें।</w:t>
      </w:r>
    </w:p>
    <w:p>
      <w:pPr>
        <w:spacing w:after="280"/>
      </w:pPr>
      <w:r>
        <w:t>धन्यवाद सहित।</w:t>
      </w:r>
    </w:p>
    <w:p>
      <w:pPr>
        <w:spacing w:after="0"/>
      </w:pPr>
      <w:r>
        <w:t>आपका आज्ञाकारी शिष्य,</w:t>
      </w:r>
    </w:p>
    <w:p>
      <w:pPr>
        <w:spacing w:after="440"/>
      </w:pPr>
    </w:p>
    <w:p>
      <w:pPr>
        <w:spacing w:after="0"/>
        <w:jc w:val="left"/>
      </w:pPr>
      <w:r>
        <w:rPr>
          <w:b/>
          <w:bCs/>
        </w:rPr>
        <w:t>कबीर सिंह राठौड़</w:t>
      </w:r>
    </w:p>
    <w:p>
      <w:pPr>
        <w:spacing w:after="0"/>
        <w:jc w:val="left"/>
      </w:pPr>
      <w:r>
        <w:rPr>
          <w:b w:val="0"/>
          <w:bCs w:val="0"/>
        </w:rPr>
        <w:t>कक्षा : 7 (स)</w:t>
      </w:r>
    </w:p>
    <w:p>
      <w:pPr>
        <w:spacing w:after="200"/>
        <w:jc w:val="left"/>
      </w:pPr>
      <w:r>
        <w:rPr>
          <w:b w:val="0"/>
          <w:bCs w:val="0"/>
        </w:rPr>
        <w:t>अनुक्रमांक : 9</w:t>
      </w:r>
    </w:p>
    <w:p>
      <w:pPr>
        <w:spacing w:after="40" w:before="120"/>
      </w:pPr>
      <w:r>
        <w:rPr>
          <w:b/>
          <w:bCs/>
        </w:rPr>
        <w:t>संलग्नक :</w:t>
      </w:r>
    </w:p>
    <w:p>
      <w:pPr>
        <w:pStyle w:val="ListNumber"/>
      </w:pPr>
      <w:r>
        <w:t>पिताजी के स्थानांतरण आदेश की प्रतिलिपि</w:t>
      </w:r>
    </w:p>
    <w:p>
      <w:pPr>
        <w:pStyle w:val="ListNumber"/>
      </w:pPr>
      <w:r>
        <w:t>शुल्क रसीद की प्रतिलिपि</w:t>
      </w:r>
    </w:p>
    <w:sectPr w:rsidR="00FC693F" w:rsidRPr="0006063C" w:rsidSect="00034616">
      <w:headerReference w:type="default" r:id="rId9"/>
      <w:footerReference w:type="default" r:id="rId10"/>
      <w:headerReference w:type="first" r:id="rId11"/>
      <w:footerReference w:type="first" r:id="rId12"/>
      <w:pgSz w:w="11906" w:h="16838"/>
      <w:pgMar w:top="1077" w:right="1134" w:bottom="107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36" w:lineRule="auto"/>
    </w:pPr>
    <w:rPr>
      <w:rFonts w:ascii="Noto Serif Devanagari" w:hAnsi="Noto Serif Devanagari" w:cs="Noto Serif Devanagari" w:eastAsia="Noto Serif Devanagari"/>
      <w:color w:val="1F2328"/>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Pr>
    <w:rPr>
      <w:rFonts w:ascii="Noto Serif Devanagari" w:hAnsi="Noto Serif Devanagari" w:cs="Noto Serif Devanagari" w:eastAsia="Noto Serif Devanagari"/>
      <w:b/>
      <w:bCs/>
      <w:i w:val="0"/>
      <w:iCs w:val="0"/>
      <w:caps w:val="0"/>
      <w:color w:val="1F2328"/>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Noto Serif Devanagari" w:hAnsi="Noto Serif Devanagari" w:cs="Noto Serif Devanagari" w:eastAsia="Noto Serif Devanagari"/>
      <w:b/>
      <w:bCs/>
      <w:i w:val="0"/>
      <w:iCs w:val="0"/>
      <w:color w:val="1F2328"/>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Noto Serif Devanagari" w:hAnsi="Noto Serif Devanagari" w:cs="Noto Serif Devanagari" w:eastAsia="Noto Serif Devanagari"/>
      <w:b/>
      <w:bCs/>
      <w:i w:val="0"/>
      <w:iCs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Noto Serif Devanagari" w:hAnsi="Noto Serif Devanagari" w:cs="Noto Serif Devanagari" w:eastAsia="Noto Serif Devanagari"/>
      <w:b/>
      <w:bCs/>
      <w:color w:val="1F2328"/>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oto Serif Devanagari" w:hAnsi="Noto Serif Devanagari" w:cs="Noto Serif Devanagari" w:eastAsia="Noto Serif Devanagari"/>
      <w:i w:val="0"/>
      <w:iCs w:val="0"/>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Noto Serif Devanagari" w:hAnsi="Noto Serif Devanagari" w:cs="Noto Serif Devanagari" w:eastAsia="Noto Serif Devanagari"/>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erif Devanagari" w:hAnsi="Noto Serif Devanagari" w:cs="Noto Serif Devanagari" w:eastAsia="Noto Serif Devanagari"/>
      <w:b w:val="0"/>
      <w:bCs w:val="0"/>
      <w:i/>
      <w:iCs/>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Noto Serif Devanagari" w:hAnsi="Noto Serif Devanagari" w:cs="Noto Serif Devanagari" w:eastAsia="Noto Serif Devanagari"/>
      <w:b/>
      <w:bCs/>
      <w:sz w:val="26"/>
      <w:szCs w:val="26"/>
    </w:rPr>
  </w:style>
  <w:style w:type="paragraph" w:customStyle="1" w:styleId="TOC2">
    <w:name w:val="TOC 2"/>
    <w:basedOn w:val="Normal"/>
    <w:pPr>
      <w:tabs>
        <w:tab w:pos="9638" w:val="right" w:leader="dot"/>
      </w:tabs>
      <w:spacing w:after="80"/>
      <w:ind w:left="340"/>
    </w:pPr>
    <w:rPr>
      <w:rFonts w:ascii="Noto Serif Devanagari" w:hAnsi="Noto Serif Devanagari" w:cs="Noto Serif Devanagari" w:eastAsia="Noto Serif Devanagari"/>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