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1F4E8C"/>
        </w:pBdr>
      </w:pPr>
      <w:r>
        <w:rPr>
          <w:color w:val="72706F"/>
          <w:sz w:val="18"/>
          <w:szCs w:val="18"/>
        </w:rPr>
        <w:t>आवेदन पत्र · नौकरी हेतु</w:t>
      </w:r>
    </w:p>
    <w:p>
      <w:pPr>
        <w:spacing w:after="0"/>
      </w:pPr>
      <w:r>
        <w:rPr>
          <w:b/>
          <w:bCs/>
        </w:rPr>
        <w:t>प्रेषक :</w:t>
      </w:r>
    </w:p>
    <w:p>
      <w:pPr>
        <w:spacing w:after="0"/>
        <w:jc w:val="left"/>
      </w:pPr>
      <w:r>
        <w:rPr>
          <w:b w:val="0"/>
          <w:bCs w:val="0"/>
        </w:rPr>
        <w:t>अंकित दुबे</w:t>
      </w:r>
    </w:p>
    <w:p>
      <w:pPr>
        <w:spacing w:after="0"/>
        <w:jc w:val="left"/>
      </w:pPr>
      <w:r>
        <w:rPr>
          <w:b w:val="0"/>
          <w:bCs w:val="0"/>
        </w:rPr>
        <w:t>45-बी, विवेकानंद नगर,</w:t>
      </w:r>
    </w:p>
    <w:p>
      <w:pPr>
        <w:spacing w:after="0"/>
        <w:jc w:val="left"/>
      </w:pPr>
      <w:r>
        <w:rPr>
          <w:b w:val="0"/>
          <w:bCs w:val="0"/>
        </w:rPr>
        <w:t>इंदौर, मध्य प्रदेश – 452001</w:t>
      </w:r>
    </w:p>
    <w:p>
      <w:pPr>
        <w:spacing w:after="160"/>
        <w:jc w:val="left"/>
      </w:pPr>
      <w:r>
        <w:rPr>
          <w:b w:val="0"/>
          <w:bCs w:val="0"/>
        </w:rPr>
        <w:t>ई-मेल : ankit.dubey@example.com</w:t>
      </w:r>
    </w:p>
    <w:p>
      <w:pPr>
        <w:spacing w:after="240"/>
      </w:pPr>
      <w:r>
        <w:t>दिनांक : 2 सितंबर 2026</w:t>
      </w:r>
    </w:p>
    <w:p>
      <w:pPr>
        <w:spacing w:after="0"/>
      </w:pPr>
      <w:r>
        <w:rPr>
          <w:b/>
          <w:bCs/>
        </w:rPr>
        <w:t>सेवा में,</w:t>
      </w:r>
    </w:p>
    <w:p>
      <w:pPr>
        <w:spacing w:after="0"/>
        <w:jc w:val="left"/>
      </w:pPr>
      <w:r>
        <w:rPr>
          <w:b w:val="0"/>
          <w:bCs w:val="0"/>
        </w:rPr>
        <w:t>मानव संसाधन प्रबंधक,</w:t>
      </w:r>
    </w:p>
    <w:p>
      <w:pPr>
        <w:spacing w:after="0"/>
        <w:jc w:val="left"/>
      </w:pPr>
      <w:r>
        <w:rPr>
          <w:b w:val="0"/>
          <w:bCs w:val="0"/>
        </w:rPr>
        <w:t>नवभारत टेक्नोलॉजीज़ प्रा. लि.,</w:t>
      </w:r>
    </w:p>
    <w:p>
      <w:pPr>
        <w:spacing w:after="240"/>
        <w:jc w:val="left"/>
      </w:pPr>
      <w:r>
        <w:rPr>
          <w:b w:val="0"/>
          <w:bCs w:val="0"/>
        </w:rPr>
        <w:t>विजय नगर, इंदौर।</w:t>
      </w:r>
    </w:p>
    <w:p>
      <w:pPr>
        <w:spacing w:after="240"/>
      </w:pPr>
      <w:r>
        <w:rPr>
          <w:b/>
          <w:bCs/>
          <w:color w:val="1F4E8C"/>
        </w:rPr>
        <w:t xml:space="preserve">विषय : </w:t>
      </w:r>
      <w:r>
        <w:rPr>
          <w:b/>
          <w:bCs/>
        </w:rPr>
        <w:t>कनिष्ठ लेखाकार पद हेतु आवेदन।</w:t>
      </w:r>
    </w:p>
    <w:p>
      <w:pPr>
        <w:spacing w:after="160"/>
      </w:pPr>
      <w:r>
        <w:t>महोदय,</w:t>
      </w:r>
    </w:p>
    <w:p>
      <w:pPr>
        <w:ind w:firstLine="567"/>
        <w:jc w:val="both"/>
      </w:pPr>
      <w:r>
        <w:t>दिनांक 28 अगस्त 2026 के दैनिक “नवप्रभात” में प्रकाशित आपके विज्ञापन से ज्ञात हुआ कि आपकी कंपनी में कनिष्ठ लेखाकार के दो पद रिक्त हैं। मैं इस पद के लिए अपना आवेदन प्रस्तुत करता हूँ।</w:t>
      </w:r>
    </w:p>
    <w:p>
      <w:pPr>
        <w:ind w:firstLine="567"/>
        <w:jc w:val="both"/>
      </w:pPr>
      <w:r>
        <w:t>मैंने ज्ञानदीप महाविद्यालय, इंदौर से वर्ष 2025 में 78 प्रतिशत अंकों के साथ बी.कॉम. उत्तीर्ण किया है। इसके अतिरिक्त मैंने कंप्यूटर लेखांकन और जीएसटी रिटर्न का छह माह का प्रमाण-पत्र पाठ्यक्रम भी पूरा किया है। पिछले एक वर्ष से मैं एक चार्टर्ड एकाउंटेंट फ़र्म में सहायक के रूप में कार्य कर रहा हूँ, जहाँ मैं बही-खाते, बैंक मिलान और मासिक जीएसटी विवरण तैयार करने का काम करता हूँ।</w:t>
      </w:r>
    </w:p>
    <w:p>
      <w:pPr>
        <w:ind w:firstLine="567"/>
        <w:jc w:val="both"/>
      </w:pPr>
      <w:r>
        <w:t>मैं परिश्रमी, समय का पाबंद और नई बातें सीखने के लिए सदैव तत्पर हूँ। यदि मुझे आपकी कंपनी में सेवा का अवसर मिला तो मैं पूरी निष्ठा से कार्य करूँगा। मेरा संक्षिप्त जीवन-वृत्त अगले पृष्ठ पर संलग्न है। साक्षात्कार के लिए मैं किसी भी दिन उपस्थित हो सकता हूँ।</w:t>
      </w:r>
    </w:p>
    <w:p>
      <w:pPr>
        <w:spacing w:after="280"/>
      </w:pPr>
      <w:r>
        <w:t>सधन्यवाद।</w:t>
      </w:r>
    </w:p>
    <w:p>
      <w:pPr>
        <w:spacing w:after="0"/>
      </w:pPr>
      <w:r>
        <w:t>भवदीय,</w:t>
      </w:r>
    </w:p>
    <w:p>
      <w:pPr>
        <w:spacing w:after="440"/>
      </w:pPr>
    </w:p>
    <w:p>
      <w:pPr>
        <w:spacing w:after="0"/>
        <w:jc w:val="left"/>
      </w:pPr>
      <w:r>
        <w:rPr>
          <w:b/>
          <w:bCs/>
        </w:rPr>
        <w:t>अंकित दुबे</w:t>
      </w:r>
    </w:p>
    <w:p>
      <w:pPr>
        <w:spacing w:after="200"/>
        <w:jc w:val="left"/>
      </w:pPr>
      <w:r>
        <w:rPr>
          <w:b w:val="0"/>
          <w:bCs w:val="0"/>
        </w:rPr>
        <w:t>मोबाइल : 99XXXXXX21</w:t>
      </w:r>
    </w:p>
    <w:p>
      <w:pPr>
        <w:spacing w:after="40" w:before="120"/>
      </w:pPr>
      <w:r>
        <w:rPr>
          <w:b/>
          <w:bCs/>
        </w:rPr>
        <w:t>संलग्नक :</w:t>
      </w:r>
    </w:p>
    <w:p>
      <w:pPr>
        <w:pStyle w:val="ListNumber"/>
      </w:pPr>
      <w:r>
        <w:t>जीवन-वृत्त</w:t>
      </w:r>
    </w:p>
    <w:p>
      <w:pPr>
        <w:pStyle w:val="ListNumber"/>
      </w:pPr>
      <w:r>
        <w:t>शैक्षणिक प्रमाण-पत्रों की प्रतिलिपियाँ</w:t>
      </w:r>
    </w:p>
    <w:p>
      <w:pPr>
        <w:pStyle w:val="ListNumber"/>
      </w:pPr>
      <w:r>
        <w:t>अनुभव प्रमाण-पत्र</w:t>
      </w:r>
    </w:p>
    <w:p>
      <w:pPr>
        <w:spacing w:after="0" w:line="20" w:lineRule="exact"/>
      </w:pPr>
      <w:r>
        <w:rPr>
          <w:sz w:val="2"/>
          <w:szCs w:val="2"/>
        </w:rPr>
        <w:br w:type="page"/>
      </w:r>
    </w:p>
    <w:p>
      <w:pPr>
        <w:pStyle w:val="Heading1"/>
      </w:pPr>
      <w:r>
        <w:t>जीवन-वृत्त (बायोडाटा)</w:t>
      </w:r>
    </w:p>
    <w:p>
      <w:pPr>
        <w:pStyle w:val="Heading2"/>
      </w:pPr>
      <w:r>
        <w:t>व्यक्तिगत विवरण</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721"/>
        <w:gridCol w:w="6917"/>
      </w:tblGrid>
      <w:tr>
        <w:tc>
          <w:tcPr>
            <w:tcW w:type="dxa" w:w="2721"/>
            <w:shd w:val="clear" w:color="auto" w:fill="E9EDF4"/>
          </w:tcPr>
          <w:p>
            <w:pPr>
              <w:spacing w:after="0"/>
            </w:pPr>
            <w:r>
              <w:rPr>
                <w:b/>
                <w:bCs/>
              </w:rPr>
              <w:t>नाम</w:t>
            </w:r>
          </w:p>
        </w:tc>
        <w:tc>
          <w:tcPr>
            <w:tcW w:type="dxa" w:w="6917"/>
          </w:tcPr>
          <w:p>
            <w:pPr>
              <w:spacing w:after="0"/>
            </w:pPr>
            <w:r>
              <w:t>अंकित दुबे</w:t>
            </w:r>
          </w:p>
        </w:tc>
      </w:tr>
      <w:tr>
        <w:tc>
          <w:tcPr>
            <w:tcW w:type="dxa" w:w="2721"/>
            <w:shd w:val="clear" w:color="auto" w:fill="E9EDF4"/>
          </w:tcPr>
          <w:p>
            <w:pPr>
              <w:spacing w:after="0"/>
            </w:pPr>
            <w:r>
              <w:rPr>
                <w:b/>
                <w:bCs/>
              </w:rPr>
              <w:t>पिता का नाम</w:t>
            </w:r>
          </w:p>
        </w:tc>
        <w:tc>
          <w:tcPr>
            <w:tcW w:type="dxa" w:w="6917"/>
          </w:tcPr>
          <w:p>
            <w:pPr>
              <w:spacing w:after="0"/>
            </w:pPr>
            <w:r>
              <w:t>श्री रमेश चंद्र दुबे</w:t>
            </w:r>
          </w:p>
        </w:tc>
      </w:tr>
      <w:tr>
        <w:tc>
          <w:tcPr>
            <w:tcW w:type="dxa" w:w="2721"/>
            <w:shd w:val="clear" w:color="auto" w:fill="E9EDF4"/>
          </w:tcPr>
          <w:p>
            <w:pPr>
              <w:spacing w:after="0"/>
            </w:pPr>
            <w:r>
              <w:rPr>
                <w:b/>
                <w:bCs/>
              </w:rPr>
              <w:t>जन्म तिथि</w:t>
            </w:r>
          </w:p>
        </w:tc>
        <w:tc>
          <w:tcPr>
            <w:tcW w:type="dxa" w:w="6917"/>
          </w:tcPr>
          <w:p>
            <w:pPr>
              <w:spacing w:after="0"/>
            </w:pPr>
            <w:r>
              <w:t>11 फरवरी 2003</w:t>
            </w:r>
          </w:p>
        </w:tc>
      </w:tr>
      <w:tr>
        <w:tc>
          <w:tcPr>
            <w:tcW w:type="dxa" w:w="2721"/>
            <w:shd w:val="clear" w:color="auto" w:fill="E9EDF4"/>
          </w:tcPr>
          <w:p>
            <w:pPr>
              <w:spacing w:after="0"/>
            </w:pPr>
            <w:r>
              <w:rPr>
                <w:b/>
                <w:bCs/>
              </w:rPr>
              <w:t>पता</w:t>
            </w:r>
          </w:p>
        </w:tc>
        <w:tc>
          <w:tcPr>
            <w:tcW w:type="dxa" w:w="6917"/>
          </w:tcPr>
          <w:p>
            <w:pPr>
              <w:spacing w:after="0"/>
            </w:pPr>
            <w:r>
              <w:t>45-बी, विवेकानंद नगर, इंदौर – 452001</w:t>
            </w:r>
          </w:p>
        </w:tc>
      </w:tr>
      <w:tr>
        <w:tc>
          <w:tcPr>
            <w:tcW w:type="dxa" w:w="2721"/>
            <w:shd w:val="clear" w:color="auto" w:fill="E9EDF4"/>
          </w:tcPr>
          <w:p>
            <w:pPr>
              <w:spacing w:after="0"/>
            </w:pPr>
            <w:r>
              <w:rPr>
                <w:b/>
                <w:bCs/>
              </w:rPr>
              <w:t>भाषा ज्ञान</w:t>
            </w:r>
          </w:p>
        </w:tc>
        <w:tc>
          <w:tcPr>
            <w:tcW w:type="dxa" w:w="6917"/>
          </w:tcPr>
          <w:p>
            <w:pPr>
              <w:spacing w:after="0"/>
            </w:pPr>
            <w:r>
              <w:t>हिंदी, अंग्रेज़ी</w:t>
            </w:r>
          </w:p>
        </w:tc>
      </w:tr>
    </w:tbl>
    <w:p>
      <w:pPr>
        <w:spacing w:after="80"/>
      </w:pPr>
    </w:p>
    <w:p>
      <w:pPr>
        <w:pStyle w:val="Heading2"/>
      </w:pPr>
      <w:r>
        <w:t>शैक्षणिक योग्यता</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1F4E8C"/>
          </w:tcPr>
          <w:p>
            <w:pPr>
              <w:spacing w:after="0"/>
            </w:pPr>
            <w:r/>
            <w:r>
              <w:rPr>
                <w:b/>
                <w:bCs/>
                <w:color w:val="FFFFFF"/>
                <w:sz w:val="22"/>
                <w:szCs w:val="22"/>
              </w:rPr>
              <w:t>परीक्षा</w:t>
            </w:r>
          </w:p>
        </w:tc>
        <w:tc>
          <w:tcPr>
            <w:tcW w:type="dxa" w:w="2409"/>
            <w:vAlign w:val="center"/>
            <w:shd w:val="clear" w:color="auto" w:fill="1F4E8C"/>
          </w:tcPr>
          <w:p>
            <w:pPr>
              <w:spacing w:after="0"/>
            </w:pPr>
            <w:r/>
            <w:r>
              <w:rPr>
                <w:b/>
                <w:bCs/>
                <w:color w:val="FFFFFF"/>
                <w:sz w:val="22"/>
                <w:szCs w:val="22"/>
              </w:rPr>
              <w:t>संस्था / बोर्ड</w:t>
            </w:r>
          </w:p>
        </w:tc>
        <w:tc>
          <w:tcPr>
            <w:tcW w:type="dxa" w:w="2409"/>
            <w:vAlign w:val="center"/>
            <w:shd w:val="clear" w:color="auto" w:fill="1F4E8C"/>
          </w:tcPr>
          <w:p>
            <w:pPr>
              <w:spacing w:after="0"/>
            </w:pPr>
            <w:r/>
            <w:r>
              <w:rPr>
                <w:b/>
                <w:bCs/>
                <w:color w:val="FFFFFF"/>
                <w:sz w:val="22"/>
                <w:szCs w:val="22"/>
              </w:rPr>
              <w:t>वर्ष</w:t>
            </w:r>
          </w:p>
        </w:tc>
        <w:tc>
          <w:tcPr>
            <w:tcW w:type="dxa" w:w="2409"/>
            <w:vAlign w:val="center"/>
            <w:shd w:val="clear" w:color="auto" w:fill="1F4E8C"/>
          </w:tcPr>
          <w:p>
            <w:pPr>
              <w:spacing w:after="0"/>
            </w:pPr>
            <w:r/>
            <w:r>
              <w:rPr>
                <w:b/>
                <w:bCs/>
                <w:color w:val="FFFFFF"/>
                <w:sz w:val="22"/>
                <w:szCs w:val="22"/>
              </w:rPr>
              <w:t>प्रतिशत</w:t>
            </w:r>
          </w:p>
        </w:tc>
      </w:tr>
      <w:tr>
        <w:tc>
          <w:tcPr>
            <w:tcW w:type="dxa" w:w="2409"/>
            <w:vAlign w:val="center"/>
          </w:tcPr>
          <w:p>
            <w:pPr>
              <w:spacing w:after="0"/>
            </w:pPr>
            <w:r/>
            <w:r>
              <w:rPr>
                <w:sz w:val="22"/>
                <w:szCs w:val="22"/>
              </w:rPr>
              <w:t>बी.कॉम.</w:t>
            </w:r>
          </w:p>
        </w:tc>
        <w:tc>
          <w:tcPr>
            <w:tcW w:type="dxa" w:w="2409"/>
            <w:vAlign w:val="center"/>
          </w:tcPr>
          <w:p>
            <w:pPr>
              <w:spacing w:after="0"/>
            </w:pPr>
            <w:r/>
            <w:r>
              <w:rPr>
                <w:sz w:val="22"/>
                <w:szCs w:val="22"/>
              </w:rPr>
              <w:t>ज्ञानदीप महाविद्यालय, इंदौर</w:t>
            </w:r>
          </w:p>
        </w:tc>
        <w:tc>
          <w:tcPr>
            <w:tcW w:type="dxa" w:w="2409"/>
            <w:vAlign w:val="center"/>
          </w:tcPr>
          <w:p>
            <w:pPr>
              <w:spacing w:after="0"/>
            </w:pPr>
            <w:r/>
            <w:r>
              <w:rPr>
                <w:sz w:val="22"/>
                <w:szCs w:val="22"/>
              </w:rPr>
              <w:t>2025</w:t>
            </w:r>
          </w:p>
        </w:tc>
        <w:tc>
          <w:tcPr>
            <w:tcW w:type="dxa" w:w="2409"/>
            <w:vAlign w:val="center"/>
          </w:tcPr>
          <w:p>
            <w:pPr>
              <w:spacing w:after="0"/>
            </w:pPr>
            <w:r/>
            <w:r>
              <w:rPr>
                <w:sz w:val="22"/>
                <w:szCs w:val="22"/>
              </w:rPr>
              <w:t>78%</w:t>
            </w:r>
          </w:p>
        </w:tc>
      </w:tr>
      <w:tr>
        <w:tc>
          <w:tcPr>
            <w:tcW w:type="dxa" w:w="2409"/>
            <w:vAlign w:val="center"/>
            <w:shd w:val="clear" w:color="auto" w:fill="E9EDF4"/>
          </w:tcPr>
          <w:p>
            <w:pPr>
              <w:spacing w:after="0"/>
            </w:pPr>
            <w:r/>
            <w:r>
              <w:rPr>
                <w:sz w:val="22"/>
                <w:szCs w:val="22"/>
              </w:rPr>
              <w:t>कक्षा 12 (वाणिज्य)</w:t>
            </w:r>
          </w:p>
        </w:tc>
        <w:tc>
          <w:tcPr>
            <w:tcW w:type="dxa" w:w="2409"/>
            <w:vAlign w:val="center"/>
            <w:shd w:val="clear" w:color="auto" w:fill="E9EDF4"/>
          </w:tcPr>
          <w:p>
            <w:pPr>
              <w:spacing w:after="0"/>
            </w:pPr>
            <w:r/>
            <w:r>
              <w:rPr>
                <w:sz w:val="22"/>
                <w:szCs w:val="22"/>
              </w:rPr>
              <w:t>मध्य प्रदेश माध्यमिक शिक्षा मंडल</w:t>
            </w:r>
          </w:p>
        </w:tc>
        <w:tc>
          <w:tcPr>
            <w:tcW w:type="dxa" w:w="2409"/>
            <w:vAlign w:val="center"/>
            <w:shd w:val="clear" w:color="auto" w:fill="E9EDF4"/>
          </w:tcPr>
          <w:p>
            <w:pPr>
              <w:spacing w:after="0"/>
            </w:pPr>
            <w:r/>
            <w:r>
              <w:rPr>
                <w:sz w:val="22"/>
                <w:szCs w:val="22"/>
              </w:rPr>
              <w:t>2022</w:t>
            </w:r>
          </w:p>
        </w:tc>
        <w:tc>
          <w:tcPr>
            <w:tcW w:type="dxa" w:w="2409"/>
            <w:vAlign w:val="center"/>
            <w:shd w:val="clear" w:color="auto" w:fill="E9EDF4"/>
          </w:tcPr>
          <w:p>
            <w:pPr>
              <w:spacing w:after="0"/>
            </w:pPr>
            <w:r/>
            <w:r>
              <w:rPr>
                <w:sz w:val="22"/>
                <w:szCs w:val="22"/>
              </w:rPr>
              <w:t>84%</w:t>
            </w:r>
          </w:p>
        </w:tc>
      </w:tr>
      <w:tr>
        <w:tc>
          <w:tcPr>
            <w:tcW w:type="dxa" w:w="2409"/>
            <w:vAlign w:val="center"/>
          </w:tcPr>
          <w:p>
            <w:pPr>
              <w:spacing w:after="0"/>
            </w:pPr>
            <w:r/>
            <w:r>
              <w:rPr>
                <w:sz w:val="22"/>
                <w:szCs w:val="22"/>
              </w:rPr>
              <w:t>कक्षा 10</w:t>
            </w:r>
          </w:p>
        </w:tc>
        <w:tc>
          <w:tcPr>
            <w:tcW w:type="dxa" w:w="2409"/>
            <w:vAlign w:val="center"/>
          </w:tcPr>
          <w:p>
            <w:pPr>
              <w:spacing w:after="0"/>
            </w:pPr>
            <w:r/>
            <w:r>
              <w:rPr>
                <w:sz w:val="22"/>
                <w:szCs w:val="22"/>
              </w:rPr>
              <w:t>मध्य प्रदेश माध्यमिक शिक्षा मंडल</w:t>
            </w:r>
          </w:p>
        </w:tc>
        <w:tc>
          <w:tcPr>
            <w:tcW w:type="dxa" w:w="2409"/>
            <w:vAlign w:val="center"/>
          </w:tcPr>
          <w:p>
            <w:pPr>
              <w:spacing w:after="0"/>
            </w:pPr>
            <w:r/>
            <w:r>
              <w:rPr>
                <w:sz w:val="22"/>
                <w:szCs w:val="22"/>
              </w:rPr>
              <w:t>2020</w:t>
            </w:r>
          </w:p>
        </w:tc>
        <w:tc>
          <w:tcPr>
            <w:tcW w:type="dxa" w:w="2409"/>
            <w:vAlign w:val="center"/>
          </w:tcPr>
          <w:p>
            <w:pPr>
              <w:spacing w:after="0"/>
            </w:pPr>
            <w:r/>
            <w:r>
              <w:rPr>
                <w:sz w:val="22"/>
                <w:szCs w:val="22"/>
              </w:rPr>
              <w:t>88%</w:t>
            </w:r>
          </w:p>
        </w:tc>
      </w:tr>
    </w:tbl>
    <w:p>
      <w:pPr>
        <w:spacing w:after="80"/>
      </w:pPr>
    </w:p>
    <w:p>
      <w:pPr>
        <w:pStyle w:val="Heading2"/>
      </w:pPr>
      <w:r>
        <w:t>कार्य अनुभव</w:t>
      </w:r>
    </w:p>
    <w:p>
      <w:pPr>
        <w:pStyle w:val="ListBullet"/>
      </w:pPr>
      <w:r>
        <w:t>सहायक लेखाकार, वर्मा एंड कंपनी, चार्टर्ड एकाउंटेंट्स, इंदौर — सितंबर 2025 से अब तक</w:t>
      </w:r>
    </w:p>
    <w:p>
      <w:pPr>
        <w:pStyle w:val="ListBullet"/>
      </w:pPr>
      <w:r>
        <w:t>बही-खाता, बैंक मिलान, मासिक जीएसटी विवरण और वेतन-पत्रक तैयार करना</w:t>
      </w:r>
    </w:p>
    <w:p>
      <w:pPr>
        <w:pStyle w:val="Heading2"/>
      </w:pPr>
      <w:r>
        <w:t>कौशल</w:t>
      </w:r>
    </w:p>
    <w:p>
      <w:pPr>
        <w:pStyle w:val="ListBullet"/>
      </w:pPr>
      <w:r>
        <w:t>कंप्यूटर लेखांकन सॉफ़्टवेयर और स्प्रेडशीट</w:t>
      </w:r>
    </w:p>
    <w:p>
      <w:pPr>
        <w:pStyle w:val="ListBullet"/>
      </w:pPr>
      <w:r>
        <w:t>जीएसटी रिटर्न और टीडीएस की मूल जानकारी</w:t>
      </w:r>
    </w:p>
    <w:p>
      <w:pPr>
        <w:pStyle w:val="ListBullet"/>
      </w:pPr>
      <w:r>
        <w:t>हिंदी व अंग्रेज़ी टाइपिंग (30 शब्द प्रति मिनट)</w:t>
      </w:r>
    </w:p>
    <w:p>
      <w:pPr>
        <w:pStyle w:val="Heading2"/>
      </w:pPr>
      <w:r>
        <w:t>घोषणा</w:t>
      </w:r>
    </w:p>
    <w:p>
      <w:pPr>
        <w:jc w:val="both"/>
      </w:pPr>
      <w:r>
        <w:t>मैं घोषणा करता हूँ कि ऊपर दी गई सभी जानकारी मेरी जानकारी और विश्वास के अनुसार सत्य है।</w:t>
      </w:r>
    </w:p>
    <w:p>
      <w:pPr>
        <w:spacing w:after="360"/>
      </w:pPr>
    </w:p>
    <w:p>
      <w:pPr>
        <w:spacing w:after="0"/>
      </w:pPr>
      <w:r>
        <w:t>स्थान : इंदौर</w:t>
        <w:tab/>
        <w:tab/>
        <w:tab/>
        <w:tab/>
        <w:tab/>
        <w:tab/>
        <w:t>हस्ताक्षर</w:t>
      </w:r>
    </w:p>
    <w:p>
      <w:pPr>
        <w:spacing w:after="0"/>
      </w:pPr>
      <w:r>
        <w:t>दिनांक : 2 सितंबर 2026</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Tiro Devanagari Hindi" w:hAnsi="Tiro Devanagari Hindi" w:cs="Tiro Devanagari Hindi" w:eastAsia="Tiro Devanagari Hindi"/>
      <w:color w:val="1C191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CED8E6"/>
      <w:pBdr>
        <w:left w:val="single" w:sz="36" w:space="8" w:color="1F4E8C"/>
      </w:pBdr>
    </w:pPr>
    <w:rPr>
      <w:rFonts w:ascii="Tiro Devanagari Hindi" w:hAnsi="Tiro Devanagari Hindi" w:cs="Tiro Devanagari Hindi" w:eastAsia="Tiro Devanagari Hindi"/>
      <w:b w:val="0"/>
      <w:bCs w:val="0"/>
      <w:i w:val="0"/>
      <w:iCs w:val="0"/>
      <w:caps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1F4E8C"/>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ro Devanagari Hindi" w:hAnsi="Tiro Devanagari Hindi" w:cs="Tiro Devanagari Hindi" w:eastAsia="Tiro Devanagari Hindi"/>
      <w:i w:val="0"/>
      <w:iCs w:val="0"/>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ro Devanagari Hindi" w:hAnsi="Tiro Devanagari Hindi" w:cs="Tiro Devanagari Hindi" w:eastAsia="Tiro Devanagari Hindi"/>
      <w:b w:val="0"/>
      <w:bCs w:val="0"/>
      <w:i/>
      <w:iCs/>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Tiro Devanagari Hindi" w:hAnsi="Tiro Devanagari Hindi" w:cs="Tiro Devanagari Hindi" w:eastAsia="Tiro Devanagari Hindi"/>
      <w:b/>
      <w:bCs/>
      <w:sz w:val="26"/>
      <w:szCs w:val="26"/>
    </w:rPr>
  </w:style>
  <w:style w:type="paragraph" w:customStyle="1" w:styleId="TOC2">
    <w:name w:val="TOC 2"/>
    <w:basedOn w:val="Normal"/>
    <w:pPr>
      <w:tabs>
        <w:tab w:pos="9638" w:val="right" w:leader="dot"/>
      </w:tabs>
      <w:spacing w:after="80"/>
      <w:ind w:left="340"/>
    </w:pPr>
    <w:rPr>
      <w:rFonts w:ascii="Tiro Devanagari Hindi" w:hAnsi="Tiro Devanagari Hindi" w:cs="Tiro Devanagari Hindi" w:eastAsia="Tiro Devanagari Hind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