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BE123C"/>
        </w:pBdr>
      </w:pPr>
      <w:r>
        <w:rPr>
          <w:color w:val="72706F"/>
          <w:sz w:val="18"/>
          <w:szCs w:val="18"/>
        </w:rPr>
        <w:t>प्रार्थना पत्र · पुस्तकालय कार्ड हेतु</w:t>
      </w:r>
    </w:p>
    <w:p>
      <w:pPr>
        <w:spacing w:after="0"/>
      </w:pPr>
      <w:r>
        <w:rPr>
          <w:b/>
          <w:bCs/>
        </w:rPr>
        <w:t>सेवा में,</w:t>
      </w:r>
    </w:p>
    <w:p>
      <w:pPr>
        <w:spacing w:after="0"/>
        <w:jc w:val="left"/>
      </w:pPr>
      <w:r>
        <w:rPr>
          <w:b w:val="0"/>
          <w:bCs w:val="0"/>
        </w:rPr>
        <w:t>पुस्तकालयाध्यक्ष महोदय,</w:t>
      </w:r>
    </w:p>
    <w:p>
      <w:pPr>
        <w:spacing w:after="0"/>
        <w:jc w:val="left"/>
      </w:pPr>
      <w:r>
        <w:rPr>
          <w:b w:val="0"/>
          <w:bCs w:val="0"/>
        </w:rPr>
        <w:t>केंद्रीय पुस्तकालय,</w:t>
      </w:r>
    </w:p>
    <w:p>
      <w:pPr>
        <w:spacing w:after="240"/>
        <w:jc w:val="left"/>
      </w:pPr>
      <w:r>
        <w:rPr>
          <w:b w:val="0"/>
          <w:bCs w:val="0"/>
        </w:rPr>
        <w:t>ज्ञानदीप महाविद्यालय, अशोक नगर, भोपाल।</w:t>
      </w:r>
    </w:p>
    <w:p>
      <w:pPr>
        <w:spacing w:after="200"/>
      </w:pPr>
      <w:r>
        <w:t>दिनांक : 8 जुलाई 2026</w:t>
      </w:r>
    </w:p>
    <w:p>
      <w:pPr>
        <w:spacing w:after="240"/>
      </w:pPr>
      <w:r>
        <w:rPr>
          <w:b/>
          <w:bCs/>
          <w:color w:val="BE123C"/>
        </w:rPr>
        <w:t xml:space="preserve">विषय : </w:t>
      </w:r>
      <w:r>
        <w:rPr>
          <w:b/>
          <w:bCs/>
        </w:rPr>
        <w:t>पुस्तकालय कार्ड जारी करने हेतु प्रार्थना पत्र।</w:t>
      </w:r>
    </w:p>
    <w:p>
      <w:pPr>
        <w:spacing w:after="160"/>
      </w:pPr>
      <w:r>
        <w:t>महोदय,</w:t>
      </w:r>
    </w:p>
    <w:p>
      <w:pPr>
        <w:ind w:firstLine="567"/>
        <w:jc w:val="both"/>
      </w:pPr>
      <w:r>
        <w:t>सविनय निवेदन है कि मैंने इस सत्र में आपके महाविद्यालय में बी.एससी. (प्रथम वर्ष) में प्रवेश लिया है। मेरा प्रवेश क्रमांक 26BS0712 है। पाठ्यक्रम की कई संदर्भ पुस्तकें महँगी होने के कारण मेरे लिए उन्हें खरीदना संभव नहीं है।</w:t>
      </w:r>
    </w:p>
    <w:p>
      <w:pPr>
        <w:ind w:firstLine="567"/>
        <w:jc w:val="both"/>
      </w:pPr>
      <w:r>
        <w:t>पुस्तकालय की पुस्तकों से मुझे पढ़ाई में बड़ी सहायता मिलेगी। साथ ही मैं प्रतियोगी परीक्षाओं की तैयारी के लिए वाचनालय में उपलब्ध समाचार-पत्रों और पत्रिकाओं का भी नियमित उपयोग करना चाहता हूँ।</w:t>
      </w:r>
    </w:p>
    <w:p>
      <w:pPr>
        <w:ind w:firstLine="567"/>
        <w:jc w:val="both"/>
      </w:pPr>
      <w:r>
        <w:t>अतः आपसे अनुरोध है कि मुझे पुस्तकालय कार्ड जारी करने की कृपा करें। मैं पुस्तकालय के सभी नियमों का पालन करूँगा और पुस्तकें समय पर लौटाऊँगा। आवश्यक प्रतिभूति राशि ₹ 300 जमा करने की रसीद संलग्न है।</w:t>
      </w:r>
    </w:p>
    <w:p>
      <w:pPr>
        <w:spacing w:after="280"/>
      </w:pPr>
      <w:r>
        <w:t>धन्यवाद।</w:t>
      </w:r>
    </w:p>
    <w:p>
      <w:pPr>
        <w:spacing w:after="0"/>
      </w:pPr>
      <w:r>
        <w:t>आपका आज्ञाकारी छात्र,</w:t>
      </w:r>
    </w:p>
    <w:p>
      <w:pPr>
        <w:spacing w:after="440"/>
      </w:pPr>
    </w:p>
    <w:p>
      <w:pPr>
        <w:spacing w:after="0"/>
        <w:jc w:val="left"/>
      </w:pPr>
      <w:r>
        <w:rPr>
          <w:b/>
          <w:bCs/>
        </w:rPr>
        <w:t>विवेक साहू</w:t>
      </w:r>
    </w:p>
    <w:p>
      <w:pPr>
        <w:spacing w:after="0"/>
        <w:jc w:val="left"/>
      </w:pPr>
      <w:r>
        <w:rPr>
          <w:b w:val="0"/>
          <w:bCs w:val="0"/>
        </w:rPr>
        <w:t>बी.एससी. (प्रथम वर्ष)</w:t>
      </w:r>
    </w:p>
    <w:p>
      <w:pPr>
        <w:spacing w:after="200"/>
        <w:jc w:val="left"/>
      </w:pPr>
      <w:r>
        <w:rPr>
          <w:b w:val="0"/>
          <w:bCs w:val="0"/>
        </w:rPr>
        <w:t>प्रवेश क्रमांक : 26BS0712</w:t>
      </w:r>
    </w:p>
    <w:p>
      <w:pPr>
        <w:spacing w:after="40" w:before="120"/>
      </w:pPr>
      <w:r>
        <w:rPr>
          <w:b/>
          <w:bCs/>
        </w:rPr>
        <w:t>संलग्नक :</w:t>
      </w:r>
    </w:p>
    <w:p>
      <w:pPr>
        <w:pStyle w:val="ListNumber"/>
      </w:pPr>
      <w:r>
        <w:t>प्रवेश रसीद की प्रतिलिपि</w:t>
      </w:r>
    </w:p>
    <w:p>
      <w:pPr>
        <w:pStyle w:val="ListNumber"/>
      </w:pPr>
      <w:r>
        <w:t>प्रतिभूति राशि की रसीद</w:t>
      </w:r>
    </w:p>
    <w:p>
      <w:pPr>
        <w:pStyle w:val="ListNumber"/>
      </w:pPr>
      <w:r>
        <w:t>एक पासपोर्ट आकार का फोटो</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1C191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F1CBD4"/>
      <w:pBdr>
        <w:left w:val="single" w:sz="36" w:space="8" w:color="BE123C"/>
      </w:pBdr>
    </w:pPr>
    <w:rPr>
      <w:rFonts w:ascii="Tiro Devanagari Hindi" w:hAnsi="Tiro Devanagari Hindi" w:cs="Tiro Devanagari Hindi" w:eastAsia="Tiro Devanagari Hindi"/>
      <w:b w:val="0"/>
      <w:bCs w:val="0"/>
      <w:i w:val="0"/>
      <w:iCs w:val="0"/>
      <w:caps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BE123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val="0"/>
      <w:iCs w:val="0"/>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Mukta" w:hAnsi="Mukta" w:cs="Mukta" w:eastAsia="Mukta"/>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