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right"/>
        <w:pBdr>
          <w:top w:val="single" w:sz="18" w:space="6" w:color="0E7490"/>
        </w:pBdr>
      </w:pPr>
      <w:r>
        <w:rPr>
          <w:color w:val="767676"/>
          <w:sz w:val="18"/>
          <w:szCs w:val="18"/>
        </w:rPr>
        <w:t>प्रार्थना पत्र · चरित्र प्रमाण-पत्र हेतु</w:t>
      </w:r>
    </w:p>
    <w:p>
      <w:pPr>
        <w:spacing w:after="0"/>
      </w:pPr>
      <w:r>
        <w:rPr>
          <w:b/>
          <w:bCs/>
        </w:rPr>
        <w:t>सेवा में,</w:t>
      </w:r>
    </w:p>
    <w:p>
      <w:pPr>
        <w:spacing w:after="0"/>
        <w:jc w:val="left"/>
      </w:pPr>
      <w:r>
        <w:rPr>
          <w:b w:val="0"/>
          <w:bCs w:val="0"/>
        </w:rPr>
        <w:t>श्रीमान प्राचार्य महोदय,</w:t>
      </w:r>
    </w:p>
    <w:p>
      <w:pPr>
        <w:spacing w:after="0"/>
        <w:jc w:val="left"/>
      </w:pPr>
      <w:r>
        <w:rPr>
          <w:b w:val="0"/>
          <w:bCs w:val="0"/>
        </w:rPr>
        <w:t>ज्ञानदीप महाविद्यालय,</w:t>
      </w:r>
    </w:p>
    <w:p>
      <w:pPr>
        <w:spacing w:after="240"/>
        <w:jc w:val="left"/>
      </w:pPr>
      <w:r>
        <w:rPr>
          <w:b w:val="0"/>
          <w:bCs w:val="0"/>
        </w:rPr>
        <w:t>अशोक नगर, भोपाल।</w:t>
      </w:r>
    </w:p>
    <w:p>
      <w:pPr>
        <w:spacing w:after="200"/>
      </w:pPr>
      <w:r>
        <w:t>दिनांक : 5 जून 2026</w:t>
      </w:r>
    </w:p>
    <w:p>
      <w:pPr>
        <w:spacing w:after="240"/>
      </w:pPr>
      <w:r>
        <w:rPr>
          <w:b/>
          <w:bCs/>
          <w:color w:val="0E7490"/>
        </w:rPr>
        <w:t xml:space="preserve">विषय : </w:t>
      </w:r>
      <w:r>
        <w:rPr>
          <w:b/>
          <w:bCs/>
        </w:rPr>
        <w:t>चरित्र प्रमाण-पत्र प्रदान करने हेतु आवेदन।</w:t>
      </w:r>
    </w:p>
    <w:p>
      <w:pPr>
        <w:spacing w:after="160"/>
      </w:pPr>
      <w:r>
        <w:t>महोदय,</w:t>
      </w:r>
    </w:p>
    <w:p>
      <w:pPr>
        <w:ind w:firstLine="567"/>
        <w:jc w:val="both"/>
      </w:pPr>
      <w:r>
        <w:t>सविनय निवेदन है कि मैंने आपके महाविद्यालय से सत्र 2023–26 में बी.कॉम. की उपाधि प्राप्त की है। मेरा अनुक्रमांक 23BC1148 है। अध्ययन काल में मैं महाविद्यालय की राष्ट्रीय सेवा योजना इकाई का सक्रिय सदस्य रहा और वर्ष 2025 में वार्षिक खेलकूद समारोह में स्वयंसेवक दल का नेतृत्व भी किया।</w:t>
      </w:r>
    </w:p>
    <w:p>
      <w:pPr>
        <w:ind w:firstLine="567"/>
        <w:jc w:val="both"/>
      </w:pPr>
      <w:r>
        <w:t>अब मैं एक निजी बैंक में प्रशिक्षु अधिकारी पद के लिए आवेदन कर रहा हूँ, जिसके लिए अंतिम संस्था के प्रधान द्वारा जारी चरित्र प्रमाण-पत्र आवश्यक है। आवेदन की अंतिम तिथि 15 जून 2026 है।</w:t>
      </w:r>
    </w:p>
    <w:p>
      <w:pPr>
        <w:ind w:firstLine="567"/>
        <w:jc w:val="both"/>
      </w:pPr>
      <w:r>
        <w:t>अतः आपसे विनम्र निवेदन है कि मुझे शीघ्र चरित्र प्रमाण-पत्र प्रदान करने की कृपा करें। आवश्यक दस्तावेज़ों की प्रतिलिपियाँ संलग्न हैं।</w:t>
      </w:r>
    </w:p>
    <w:p>
      <w:pPr>
        <w:spacing w:after="280"/>
      </w:pPr>
      <w:r>
        <w:t>सधन्यवाद।</w:t>
      </w:r>
    </w:p>
    <w:p>
      <w:pPr>
        <w:spacing w:after="0"/>
      </w:pPr>
      <w:r>
        <w:t>भवदीय,</w:t>
      </w:r>
    </w:p>
    <w:p>
      <w:pPr>
        <w:spacing w:after="440"/>
      </w:pPr>
    </w:p>
    <w:p>
      <w:pPr>
        <w:spacing w:after="0"/>
        <w:jc w:val="left"/>
      </w:pPr>
      <w:r>
        <w:rPr>
          <w:b/>
          <w:bCs/>
        </w:rPr>
        <w:t>रोहित चौहान</w:t>
      </w:r>
    </w:p>
    <w:p>
      <w:pPr>
        <w:spacing w:after="0"/>
        <w:jc w:val="left"/>
      </w:pPr>
      <w:r>
        <w:rPr>
          <w:b w:val="0"/>
          <w:bCs w:val="0"/>
        </w:rPr>
        <w:t>बी.कॉम. (सत्र 2023–26)</w:t>
      </w:r>
    </w:p>
    <w:p>
      <w:pPr>
        <w:spacing w:after="0"/>
        <w:jc w:val="left"/>
      </w:pPr>
      <w:r>
        <w:rPr>
          <w:b w:val="0"/>
          <w:bCs w:val="0"/>
        </w:rPr>
        <w:t>अनुक्रमांक : 23BC1148</w:t>
      </w:r>
    </w:p>
    <w:p>
      <w:pPr>
        <w:spacing w:after="200"/>
        <w:jc w:val="left"/>
      </w:pPr>
      <w:r>
        <w:rPr>
          <w:b w:val="0"/>
          <w:bCs w:val="0"/>
        </w:rPr>
        <w:t>मोबाइल : 98XXXXXX10</w:t>
      </w:r>
    </w:p>
    <w:p>
      <w:pPr>
        <w:spacing w:after="40" w:before="120"/>
      </w:pPr>
      <w:r>
        <w:rPr>
          <w:b/>
          <w:bCs/>
        </w:rPr>
        <w:t>संलग्नक :</w:t>
      </w:r>
    </w:p>
    <w:p>
      <w:pPr>
        <w:pStyle w:val="ListNumber"/>
      </w:pPr>
      <w:r>
        <w:t>अंतिम वर्ष की अंकतालिका की प्रतिलिपि</w:t>
      </w:r>
    </w:p>
    <w:p>
      <w:pPr>
        <w:pStyle w:val="ListNumber"/>
      </w:pPr>
      <w:r>
        <w:t>महाविद्यालय पहचान-पत्र की प्रतिलिपि</w:t>
      </w:r>
    </w:p>
    <w:sectPr w:rsidR="00FC693F" w:rsidRPr="0006063C" w:rsidSect="00034616">
      <w:headerReference w:type="default" r:id="rId9"/>
      <w:footerReference w:type="default" r:id="rId10"/>
      <w:headerReference w:type="first" r:id="rId11"/>
      <w:footerReference w:type="first" r:id="rId12"/>
      <w:pgSz w:w="11906" w:h="16838"/>
      <w:pgMar w:top="1185" w:right="1247" w:bottom="1185"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36" w:lineRule="auto"/>
    </w:pPr>
    <w:rPr>
      <w:rFonts w:ascii="Mukta" w:hAnsi="Mukta" w:cs="Mukta" w:eastAsia="Mukta"/>
      <w:color w:val="222222"/>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ind w:left="170"/>
      <w:outlineLvl w:val="0"/>
      <w:shd w:val="clear" w:color="auto" w:fill="CAE0E7"/>
      <w:pBdr>
        <w:left w:val="single" w:sz="36" w:space="8" w:color="0E7490"/>
      </w:pBdr>
    </w:pPr>
    <w:rPr>
      <w:rFonts w:ascii="Mukta" w:hAnsi="Mukta" w:cs="Mukta" w:eastAsia="Mukta"/>
      <w:b/>
      <w:bCs/>
      <w:i w:val="0"/>
      <w:iCs w:val="0"/>
      <w:caps w:val="0"/>
      <w:color w:val="222222"/>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Mukta" w:hAnsi="Mukta" w:cs="Mukta" w:eastAsia="Mukta"/>
      <w:b/>
      <w:bCs/>
      <w:i w:val="0"/>
      <w:iCs w:val="0"/>
      <w:color w:val="0E7490"/>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Mukta" w:hAnsi="Mukta" w:cs="Mukta" w:eastAsia="Mukta"/>
      <w:b/>
      <w:bCs/>
      <w:i w:val="0"/>
      <w:iCs w:val="0"/>
      <w:color w:val="222222"/>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Mukta" w:hAnsi="Mukta" w:cs="Mukta" w:eastAsia="Mukta"/>
      <w:b/>
      <w:bCs/>
      <w:color w:val="222222"/>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Mukta" w:hAnsi="Mukta" w:cs="Mukta" w:eastAsia="Mukta"/>
      <w:i w:val="0"/>
      <w:iCs w:val="0"/>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Mukta" w:hAnsi="Mukta" w:cs="Mukta" w:eastAsia="Mukta"/>
      <w:i w:val="0"/>
      <w:iCs w:val="0"/>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ukta" w:hAnsi="Mukta" w:cs="Mukta" w:eastAsia="Mukta"/>
      <w:b w:val="0"/>
      <w:bCs w:val="0"/>
      <w:i/>
      <w:iCs/>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Mukta" w:hAnsi="Mukta" w:cs="Mukta" w:eastAsia="Mukta"/>
      <w:b/>
      <w:bCs/>
      <w:sz w:val="26"/>
      <w:szCs w:val="26"/>
    </w:rPr>
  </w:style>
  <w:style w:type="paragraph" w:customStyle="1" w:styleId="TOC2">
    <w:name w:val="TOC 2"/>
    <w:basedOn w:val="Normal"/>
    <w:pPr>
      <w:tabs>
        <w:tab w:pos="9411" w:val="right" w:leader="dot"/>
      </w:tabs>
      <w:spacing w:after="80"/>
      <w:ind w:left="340"/>
    </w:pPr>
    <w:rPr>
      <w:rFonts w:ascii="Mukta" w:hAnsi="Mukta" w:cs="Mukta" w:eastAsia="Mukta"/>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