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1606" w:hRule="exact"/>
        </w:trPr>
        <w:tc>
          <w:tcPr>
            <w:tcW w:type="dxa" w:w="1606"/>
            <w:shd w:val="clear" w:color="auto" w:fill="CDD8F6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143797"/>
          </w:tcPr>
          <w:p/>
        </w:tc>
        <w:tc>
          <w:tcPr>
            <w:tcW w:type="dxa" w:w="1606"/>
            <w:shd w:val="clear" w:color="auto" w:fill="1C1917"/>
          </w:tcPr>
          <w:p/>
        </w:tc>
        <w:tc>
          <w:tcPr>
            <w:tcW w:type="dxa" w:w="1606"/>
            <w:shd w:val="clear" w:color="auto" w:fill="CDD8F6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E8EDFB"/>
          </w:tcPr>
          <w:p/>
        </w:tc>
        <w:tc>
          <w:tcPr>
            <w:tcW w:type="dxa" w:w="1606"/>
            <w:shd w:val="clear" w:color="auto" w:fill="1C1917"/>
          </w:tcPr>
          <w:p/>
        </w:tc>
        <w:tc>
          <w:tcPr>
            <w:tcW w:type="dxa" w:w="1606"/>
            <w:shd w:val="clear" w:color="auto" w:fill="CDD8F6"/>
          </w:tcPr>
          <w:p/>
        </w:tc>
        <w:tc>
          <w:tcPr>
            <w:tcW w:type="dxa" w:w="1606"/>
            <w:shd w:val="clear" w:color="auto" w:fill="CDD8F6"/>
          </w:tcPr>
          <w:p/>
        </w:tc>
        <w:tc>
          <w:tcPr>
            <w:tcW w:type="dxa" w:w="1606"/>
            <w:shd w:val="clear" w:color="auto" w:fill="CDD8F6"/>
          </w:tcPr>
          <w:p/>
        </w:tc>
        <w:tc>
          <w:tcPr>
            <w:tcW w:type="dxa" w:w="1606"/>
            <w:shd w:val="clear" w:color="auto" w:fill="FFFFFF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CDD8F6"/>
          </w:tcPr>
          <w:p/>
        </w:tc>
        <w:tc>
          <w:tcPr>
            <w:tcW w:type="dxa" w:w="1606"/>
            <w:shd w:val="clear" w:color="auto" w:fill="1C1917"/>
          </w:tcPr>
          <w:p/>
        </w:tc>
        <w:tc>
          <w:tcPr>
            <w:tcW w:type="dxa" w:w="1606"/>
            <w:shd w:val="clear" w:color="auto" w:fill="143797"/>
          </w:tcPr>
          <w:p/>
        </w:tc>
        <w:tc>
          <w:tcPr>
            <w:tcW w:type="dxa" w:w="1606"/>
            <w:shd w:val="clear" w:color="auto" w:fill="143797"/>
          </w:tcPr>
          <w:p/>
        </w:tc>
        <w:tc>
          <w:tcPr>
            <w:tcW w:type="dxa" w:w="1606"/>
            <w:shd w:val="clear" w:color="auto" w:fill="CDD8F6"/>
          </w:tcPr>
          <w:p/>
        </w:tc>
        <w:tc>
          <w:tcPr>
            <w:tcW w:type="dxa" w:w="1606"/>
            <w:shd w:val="clear" w:color="auto" w:fill="1D4ED8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143797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E8EDFB"/>
          </w:tcPr>
          <w:p/>
        </w:tc>
        <w:tc>
          <w:tcPr>
            <w:tcW w:type="dxa" w:w="1606"/>
            <w:shd w:val="clear" w:color="auto" w:fill="1D4ED8"/>
          </w:tcPr>
          <w:p/>
        </w:tc>
        <w:tc>
          <w:tcPr>
            <w:tcW w:type="dxa" w:w="1606"/>
            <w:shd w:val="clear" w:color="auto" w:fill="CDD8F6"/>
          </w:tcPr>
          <w:p/>
        </w:tc>
        <w:tc>
          <w:tcPr>
            <w:tcW w:type="dxa" w:w="1606"/>
            <w:shd w:val="clear" w:color="auto" w:fill="143797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1D4ED8"/>
          <w:sz w:val="20"/>
          <w:spacing w:val="40"/>
        </w:rPr>
        <w:t>Summer Internship Report · June–July 2025</w:t>
      </w:r>
    </w:p>
    <w:p>
      <w:pPr>
        <w:pStyle w:val="Title"/>
      </w:pPr>
      <w:r>
        <w:rPr>
          <w:sz w:val="84"/>
        </w:rPr>
        <w:t>Internship Report</w:t>
      </w:r>
    </w:p>
    <w:p>
      <w:r>
        <w:rPr>
          <w:b w:val="0"/>
          <w:i w:val="0"/>
          <w:color w:val="72706F"/>
          <w:sz w:val="26"/>
        </w:rPr>
        <w:t>Electrical Engineering Intern at SunPeak Renewables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SUBMITTED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ORGANISATION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FACULTY MENTOR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Nikhil Choudhary</w:t>
              <w:br/>
              <w:t>Roll No. 22EE047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SunPeak Renewables, Jaipur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Dr. Pradeep Sharma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thinThickSmallGap" w:sz="18" w:space="0" w:color="1D4ED8"/>
          <w:left w:val="thinThickSmallGap" w:sz="18" w:space="0" w:color="1D4ED8"/>
          <w:bottom w:val="thinThickSmallGap" w:sz="18" w:space="0" w:color="1D4ED8"/>
          <w:right w:val="thinThickSmallGap" w:sz="18" w:space="0" w:color="1D4ED8"/>
        </w:tblBorders>
        <w:tblCellMar>
          <w:top w:w="500" w:type="dxa"/>
          <w:left w:w="500" w:type="dxa"/>
          <w:bottom w:w="400" w:type="dxa"/>
          <w:right w:w="500" w:type="dxa"/>
        </w:tblCellMar>
      </w:tblPr>
      <w:tblGrid>
        <w:gridCol w:w="9639"/>
      </w:tblGrid>
      <w:tr>
        <w:trPr>
          <w:trHeight w:val="14003" w:hRule="exact"/>
        </w:trPr>
        <w:tc>
          <w:tcPr>
            <w:tcW w:type="dxa" w:w="9638"/>
          </w:tcPr>
          <w:p>
            <w:pPr>
              <w:spacing w:after="600"/>
              <w:jc w:val="center"/>
            </w:pPr>
            <w:r>
              <w:rPr>
                <w:rFonts w:ascii="Crimson Pro" w:hAnsi="Crimson Pro" w:cs="Crimson Pro" w:eastAsia="Crimson Pro"/>
                <w:b/>
                <w:color w:val="1D4ED8"/>
                <w:sz w:val="44"/>
              </w:rPr>
              <w:t>INTERNSHIP CERTIFICATE</w:t>
            </w:r>
          </w:p>
          <w:p>
            <w:pPr>
              <w:spacing w:after="240" w:line="360" w:lineRule="auto"/>
              <w:jc w:val="both"/>
            </w:pPr>
            <w:r>
              <w:t>This is to certify that Nikhil Choudhary, a student of Bachelor Of Technology (Electrical Engineering) at Your Engineering College, Jaipur, has successfully completed an internship with SunPeak Renewables, Jaipur, as Electrical Engineering Intern from 9 June 2025 to 1 August 2025.</w:t>
            </w:r>
          </w:p>
          <w:p>
            <w:pPr>
              <w:spacing w:after="240" w:line="360" w:lineRule="auto"/>
              <w:jc w:val="both"/>
            </w:pPr>
            <w:r>
              <w:t>During the internship the student worked with our Design and Projects team and contributed to rooftop layout for a school. We found the student sincere, punctual and eager to learn, and we wish them every success.</w:t>
            </w:r>
          </w:p>
          <w:p>
            <w:pPr>
              <w:spacing w:after="240" w:line="360" w:lineRule="auto"/>
              <w:jc w:val="both"/>
            </w:pPr>
            <w:r>
              <w:t>(Replace this page with the certificate issued by your organisation, if one was provided.)</w:t>
            </w:r>
          </w:p>
          <w:p/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819"/>
              <w:gridCol w:w="4819"/>
            </w:tblGrid>
            <w:tr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t>______________________</w:t>
                  </w:r>
                </w:p>
              </w:tc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t>______________________</w:t>
                  </w:r>
                </w:p>
              </w:tc>
            </w:tr>
            <w:tr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Mr. Ankit Jain</w:t>
                    <w:br/>
                  </w:r>
                  <w:r>
                    <w:rPr>
                      <w:color w:val="72706F"/>
                    </w:rPr>
                    <w:t>Design Engineer, SunPeak Renewables</w:t>
                  </w:r>
                </w:p>
              </w:tc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HR Department</w:t>
                    <w:br/>
                  </w:r>
                  <w:r>
                    <w:rPr>
                      <w:color w:val="72706F"/>
                    </w:rPr>
                    <w:t>SunPeak Renewables</w:t>
                  </w:r>
                </w:p>
              </w:tc>
            </w:tr>
          </w:tbl>
          <w:p/>
        </w:tc>
      </w:tr>
    </w:tbl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Declaration</w:t>
      </w:r>
    </w:p>
    <w:p>
      <w:pPr>
        <w:jc w:val="both"/>
      </w:pPr>
      <w:r>
        <w:t>I hereby declare that this internship report, submitted to the Department of Electrical Engineering, Your Engineering College, Jaipur, is a record of the work I carried out at SunPeak Renewables from 9 June 2025 to 1 August 2025 under the supervision of Mr. Ankit Jain and the guidance of Dr. Pradeep Sharma. The report has not been submitted elsewhere for any degree or diploma.</w:t>
      </w:r>
    </w:p>
    <w:p>
      <w:pPr>
        <w:spacing w:before="480"/>
      </w:pPr>
      <w:r>
        <w:t>Place: ________________        Date: ________________</w:t>
      </w:r>
    </w:p>
    <w:p>
      <w:pPr>
        <w:spacing w:before="600"/>
        <w:jc w:val="right"/>
      </w:pPr>
      <w:r>
        <w:rPr>
          <w:b/>
        </w:rPr>
        <w:t>Nikhil Choudhary</w:t>
      </w:r>
    </w:p>
    <w:p>
      <w:pPr>
        <w:pStyle w:val="Heading1"/>
      </w:pPr>
      <w:r>
        <w:t>Acknowledgement</w:t>
      </w:r>
    </w:p>
    <w:p>
      <w:pPr>
        <w:jc w:val="both"/>
      </w:pPr>
      <w:r>
        <w:t>I am grateful to SunPeak Renewables for giving me the opportunity to work as Electrical Engineering Intern and to experience a professional environment first-hand.</w:t>
      </w:r>
    </w:p>
    <w:p>
      <w:pPr>
        <w:jc w:val="both"/>
      </w:pPr>
      <w:r>
        <w:t>I sincerely thank my industry mentor, Mr. Ankit Jain, for patient guidance, regular feedback and for trusting me with real work. I also thank the members of the Design and Projects team, who welcomed me and answered my questions.</w:t>
      </w:r>
    </w:p>
    <w:p>
      <w:pPr>
        <w:jc w:val="both"/>
      </w:pPr>
      <w:r>
        <w:t>I am thankful to Dr. Pradeep Sharma, my faculty mentor, and to the Head of the Department of Electrical Engineering for their support and encouragement.</w:t>
      </w:r>
    </w:p>
    <w:p>
      <w:pPr>
        <w:jc w:val="both"/>
      </w:pPr>
      <w:r>
        <w:t>Finally, I thank my family and friends for their constant motivation.</w:t>
      </w:r>
    </w:p>
    <w:p>
      <w:pPr>
        <w:pStyle w:val="Heading1"/>
      </w:pPr>
      <w:r>
        <w:t>Executive Summary</w:t>
      </w:r>
    </w:p>
    <w:p>
      <w:pPr>
        <w:jc w:val="both"/>
      </w:pPr>
      <w:r>
        <w:t>This report describes my 8-week internship at SunPeak Renewables, a company that designs and installs rooftop and ground-mounted solar power plants. During the internship I worked as Electrical Engineering Intern in the Design and Projects team. I assisted with site surveys, rooftop layouts, string sizing, single-line diagrams, installation supervision and commissioning tests.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SunPeak Renewables, Jaipur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Domain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Solar power EPC (engineering, procurement and construction)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Electrical Engineering Intern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Department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Design and Projects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Duration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9 June 2025 – 1 August 2025 (8 weeks)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Industry mentor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Mr. Ankit Jain, Design Engineer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Tools used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Design software (layout), AutoCAD, Clamp meter and insulation tester, Excel</w:t>
            </w:r>
          </w:p>
        </w:tc>
      </w:tr>
    </w:tbl>
    <w:p>
      <w:pPr>
        <w:spacing w:after="80"/>
      </w:pPr>
    </w:p>
    <w:p>
      <w:pPr>
        <w:pStyle w:val="Heading1"/>
      </w:pPr>
      <w:r>
        <w:t>Table of 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Company Profile</w:t>
      </w:r>
      <w:r>
        <w:tab/>
        <w:t>7</w:t>
      </w:r>
    </w:p>
    <w:p>
      <w:pPr>
        <w:pStyle w:val="TOC2"/>
      </w:pPr>
      <w:r>
        <w:t>About the Organisation</w:t>
      </w:r>
      <w:r>
        <w:tab/>
        <w:t>7</w:t>
      </w:r>
    </w:p>
    <w:p>
      <w:pPr>
        <w:pStyle w:val="TOC2"/>
      </w:pPr>
      <w:r>
        <w:t>Vision and Mission</w:t>
      </w:r>
      <w:r>
        <w:tab/>
        <w:t>7</w:t>
      </w:r>
    </w:p>
    <w:p>
      <w:pPr>
        <w:pStyle w:val="TOC2"/>
      </w:pPr>
      <w:r>
        <w:t>Products and Services</w:t>
      </w:r>
      <w:r>
        <w:tab/>
        <w:t>7</w:t>
      </w:r>
    </w:p>
    <w:p>
      <w:pPr>
        <w:pStyle w:val="TOC2"/>
      </w:pPr>
      <w:r>
        <w:t>Organisational Structure</w:t>
      </w:r>
      <w:r>
        <w:tab/>
        <w:t>7</w:t>
      </w:r>
    </w:p>
    <w:p>
      <w:pPr>
        <w:pStyle w:val="TOC1"/>
      </w:pPr>
      <w:r>
        <w:t>Internship Overview</w:t>
      </w:r>
      <w:r>
        <w:tab/>
        <w:t>8</w:t>
      </w:r>
    </w:p>
    <w:p>
      <w:pPr>
        <w:pStyle w:val="TOC2"/>
      </w:pPr>
      <w:r>
        <w:t>Objectives of the Internship</w:t>
      </w:r>
      <w:r>
        <w:tab/>
        <w:t>8</w:t>
      </w:r>
    </w:p>
    <w:p>
      <w:pPr>
        <w:pStyle w:val="TOC2"/>
      </w:pPr>
      <w:r>
        <w:t>Role and Responsibilities</w:t>
      </w:r>
      <w:r>
        <w:tab/>
        <w:t>8</w:t>
      </w:r>
    </w:p>
    <w:p>
      <w:pPr>
        <w:pStyle w:val="TOC2"/>
      </w:pPr>
      <w:r>
        <w:t>Tools and Technologies</w:t>
      </w:r>
      <w:r>
        <w:tab/>
        <w:t>8</w:t>
      </w:r>
    </w:p>
    <w:p>
      <w:pPr>
        <w:pStyle w:val="TOC1"/>
      </w:pPr>
      <w:r>
        <w:t>Weekly Work Log</w:t>
      </w:r>
      <w:r>
        <w:tab/>
        <w:t>9</w:t>
      </w:r>
    </w:p>
    <w:p>
      <w:pPr>
        <w:pStyle w:val="TOC2"/>
      </w:pPr>
      <w:r>
        <w:t>Week 1: Induction and basics of PV systems</w:t>
      </w:r>
      <w:r>
        <w:tab/>
        <w:t>9</w:t>
      </w:r>
    </w:p>
    <w:p>
      <w:pPr>
        <w:pStyle w:val="TOC2"/>
      </w:pPr>
      <w:r>
        <w:t>Week 2: Site surveys for two rooftops</w:t>
      </w:r>
      <w:r>
        <w:tab/>
        <w:t>9</w:t>
      </w:r>
    </w:p>
    <w:p>
      <w:pPr>
        <w:pStyle w:val="TOC2"/>
      </w:pPr>
      <w:r>
        <w:t>Week 3: Panel layout drafting</w:t>
      </w:r>
      <w:r>
        <w:tab/>
        <w:t>9</w:t>
      </w:r>
    </w:p>
    <w:p>
      <w:pPr>
        <w:pStyle w:val="TOC2"/>
      </w:pPr>
      <w:r>
        <w:t>Week 4: String sizing and inverter selection</w:t>
      </w:r>
      <w:r>
        <w:tab/>
        <w:t>9</w:t>
      </w:r>
    </w:p>
    <w:p>
      <w:pPr>
        <w:pStyle w:val="TOC2"/>
      </w:pPr>
      <w:r>
        <w:t>Week 5: Single-line diagram drafting</w:t>
      </w:r>
      <w:r>
        <w:tab/>
        <w:t>10</w:t>
      </w:r>
    </w:p>
    <w:p>
      <w:pPr>
        <w:pStyle w:val="TOC2"/>
      </w:pPr>
      <w:r>
        <w:t>Week 6: Installation supervision</w:t>
      </w:r>
      <w:r>
        <w:tab/>
        <w:t>10</w:t>
      </w:r>
    </w:p>
    <w:p>
      <w:pPr>
        <w:pStyle w:val="TOC2"/>
      </w:pPr>
      <w:r>
        <w:t>Week 7: Commissioning tests</w:t>
      </w:r>
      <w:r>
        <w:tab/>
        <w:t>10</w:t>
      </w:r>
    </w:p>
    <w:p>
      <w:pPr>
        <w:pStyle w:val="TOC2"/>
      </w:pPr>
      <w:r>
        <w:t>Week 8: Report and handover</w:t>
      </w:r>
      <w:r>
        <w:tab/>
        <w:t>10</w:t>
      </w:r>
    </w:p>
    <w:p>
      <w:pPr>
        <w:pStyle w:val="TOC1"/>
      </w:pPr>
      <w:r>
        <w:t>Projects Undertaken</w:t>
      </w:r>
      <w:r>
        <w:tab/>
        <w:t>11</w:t>
      </w:r>
    </w:p>
    <w:p>
      <w:pPr>
        <w:pStyle w:val="TOC2"/>
      </w:pPr>
      <w:r>
        <w:t>Project 1: Rooftop layout for a school</w:t>
      </w:r>
      <w:r>
        <w:tab/>
        <w:t>11</w:t>
      </w:r>
    </w:p>
    <w:p>
      <w:pPr>
        <w:pStyle w:val="TOC2"/>
      </w:pPr>
      <w:r>
        <w:t>Project 2: Commissioning checklist</w:t>
      </w:r>
      <w:r>
        <w:tab/>
        <w:t>11</w:t>
      </w:r>
    </w:p>
    <w:p>
      <w:pPr>
        <w:pStyle w:val="TOC1"/>
      </w:pPr>
      <w:r>
        <w:t>Skills and Learning Outcomes</w:t>
      </w:r>
      <w:r>
        <w:tab/>
        <w:t>12</w:t>
      </w:r>
    </w:p>
    <w:p>
      <w:pPr>
        <w:pStyle w:val="TOC2"/>
      </w:pPr>
      <w:r>
        <w:t>Challenges Faced</w:t>
      </w:r>
      <w:r>
        <w:tab/>
        <w:t>12</w:t>
      </w:r>
    </w:p>
    <w:p>
      <w:pPr>
        <w:pStyle w:val="TOC1"/>
      </w:pPr>
      <w:r>
        <w:t>Conclusion</w:t>
      </w:r>
      <w:r>
        <w:tab/>
        <w:t>13</w:t>
      </w:r>
    </w:p>
    <w:p>
      <w:pPr>
        <w:pStyle w:val="TOC1"/>
      </w:pPr>
      <w:r>
        <w:t>Appendix: Attendance and Evaluation</w:t>
      </w:r>
      <w:r>
        <w:tab/>
        <w:t>14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Company Profile</w:t>
      </w:r>
    </w:p>
    <w:p>
      <w:pPr>
        <w:pStyle w:val="Heading2"/>
      </w:pPr>
      <w:r>
        <w:t>About the Organisation</w:t>
      </w:r>
    </w:p>
    <w:p>
      <w:pPr>
        <w:jc w:val="both"/>
      </w:pPr>
      <w:r>
        <w:t>SunPeak Renewables designs, supplies and installs rooftop and ground-mounted solar power plants for homes, schools and industries. Its design team prepares layouts, single-line diagrams and energy estimates, and its project teams handle installation and commissioning.</w:t>
      </w:r>
    </w:p>
    <w:p>
      <w:pPr>
        <w:pStyle w:val="Heading2"/>
      </w:pPr>
      <w:r>
        <w:t>Vision and Mission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Vision</w:t>
            </w:r>
          </w:p>
          <w:p>
            <w:pPr>
              <w:spacing w:after="0"/>
            </w:pPr>
            <w:r>
              <w:t>To make clean energy the obvious choice for every rooftop.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Mission</w:t>
            </w:r>
          </w:p>
          <w:p>
            <w:pPr>
              <w:spacing w:after="0"/>
            </w:pPr>
            <w:r>
              <w:t>To deliver safe, efficient solar plants with honest energy estimates and reliable service.</w:t>
            </w:r>
          </w:p>
        </w:tc>
      </w:tr>
    </w:tbl>
    <w:p>
      <w:pPr>
        <w:spacing w:after="40"/>
      </w:pPr>
    </w:p>
    <w:p>
      <w:pPr>
        <w:pStyle w:val="Heading2"/>
      </w:pPr>
      <w:r>
        <w:t>Products and Services</w:t>
      </w:r>
    </w:p>
    <w:p>
      <w:pPr>
        <w:pStyle w:val="ListBullet"/>
      </w:pPr>
      <w:r>
        <w:t>Rooftop solar for homes and institutions</w:t>
      </w:r>
    </w:p>
    <w:p>
      <w:pPr>
        <w:pStyle w:val="ListBullet"/>
      </w:pPr>
      <w:r>
        <w:t>Industrial and ground-mounted plants</w:t>
      </w:r>
    </w:p>
    <w:p>
      <w:pPr>
        <w:pStyle w:val="ListBullet"/>
      </w:pPr>
      <w:r>
        <w:t>Operation and maintenance</w:t>
      </w:r>
    </w:p>
    <w:p>
      <w:pPr>
        <w:pStyle w:val="ListBullet"/>
      </w:pPr>
      <w:r>
        <w:t>Energy audits</w:t>
      </w:r>
    </w:p>
    <w:p>
      <w:pPr>
        <w:pStyle w:val="Heading2"/>
      </w:pPr>
      <w:r>
        <w:t>Organisational Structure</w:t>
      </w:r>
    </w:p>
    <w:p>
      <w:r>
        <w:t>The organisation is structured into functional teams, each led by a manager who reports to the leadership team. Interns are attached to one team and assigned an industry mentor.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Department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Main responsibilities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Design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Layouts, SLDs, energy estimates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Projects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Installation and commissioning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O&amp;M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Monitoring and maintenance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Sales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Site surveys and proposals</w:t>
            </w:r>
          </w:p>
        </w:tc>
      </w:tr>
    </w:tbl>
    <w:p>
      <w:pPr>
        <w:spacing w:after="80"/>
      </w:pPr>
    </w:p>
    <w:p>
      <w:pPr>
        <w:pStyle w:val="Heading1"/>
      </w:pPr>
      <w:r>
        <w:t>Internship Overview</w:t>
      </w:r>
    </w:p>
    <w:p>
      <w:pPr>
        <w:pStyle w:val="Heading2"/>
      </w:pPr>
      <w:r>
        <w:t>Objectives of the Internship</w:t>
      </w:r>
    </w:p>
    <w:p>
      <w:pPr>
        <w:pStyle w:val="ListNumber"/>
      </w:pPr>
      <w:r>
        <w:t>Understand the design of grid-connected solar systems.</w:t>
      </w:r>
    </w:p>
    <w:p>
      <w:pPr>
        <w:pStyle w:val="ListNumber"/>
      </w:pPr>
      <w:r>
        <w:t>Learn installation and safety practice.</w:t>
      </w:r>
    </w:p>
    <w:p>
      <w:pPr>
        <w:pStyle w:val="ListNumber"/>
      </w:pPr>
      <w:r>
        <w:t>Gain exposure to commissioning and testing.</w:t>
      </w:r>
    </w:p>
    <w:p>
      <w:pPr>
        <w:pStyle w:val="Heading2"/>
      </w:pPr>
      <w:r>
        <w:t>Role and Responsibilities</w:t>
      </w:r>
    </w:p>
    <w:p>
      <w:pPr>
        <w:pStyle w:val="ListBullet"/>
      </w:pPr>
      <w:r>
        <w:t>Site survey measurements</w:t>
      </w:r>
    </w:p>
    <w:p>
      <w:pPr>
        <w:pStyle w:val="ListBullet"/>
      </w:pPr>
      <w:r>
        <w:t>Drafting layouts</w:t>
      </w:r>
    </w:p>
    <w:p>
      <w:pPr>
        <w:pStyle w:val="ListBullet"/>
      </w:pPr>
      <w:r>
        <w:t>String and cable sizing</w:t>
      </w:r>
    </w:p>
    <w:p>
      <w:pPr>
        <w:pStyle w:val="ListBullet"/>
      </w:pPr>
      <w:r>
        <w:t>Commissioning checklists</w:t>
      </w:r>
    </w:p>
    <w:p>
      <w:pPr>
        <w:pStyle w:val="Heading2"/>
      </w:pPr>
      <w:r>
        <w:t>Tools and Technologies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Tool / technology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it was used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Layout software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Panel placement and shading checks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AutoCAD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Single-line diagrams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Clamp meter and insulation tester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Commissioning tests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Excel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String sizing and BOQ</w:t>
            </w:r>
          </w:p>
        </w:tc>
      </w:tr>
    </w:tbl>
    <w:p>
      <w:pPr>
        <w:spacing w:after="80"/>
      </w:pPr>
    </w:p>
    <w:p>
      <w:pPr>
        <w:pStyle w:val="Heading1"/>
      </w:pPr>
      <w:r>
        <w:t>Weekly Work Log</w:t>
      </w:r>
    </w:p>
    <w:p>
      <w:r>
        <w:t>The table below summarises the work done in each week. Detailed notes for each week follow.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46"/>
        <w:gridCol w:w="1741"/>
        <w:gridCol w:w="4042"/>
        <w:gridCol w:w="3109"/>
      </w:tblGrid>
      <w:tr>
        <w:trPr>
          <w:tblHeader/>
        </w:trPr>
        <w:tc>
          <w:tcPr>
            <w:tcW w:type="dxa" w:w="746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Week</w:t>
            </w:r>
          </w:p>
        </w:tc>
        <w:tc>
          <w:tcPr>
            <w:tcW w:type="dxa" w:w="1741"/>
            <w:vAlign w:val="center"/>
            <w:shd w:val="clear" w:color="auto" w:fill="1D4ED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Dates</w:t>
            </w:r>
          </w:p>
        </w:tc>
        <w:tc>
          <w:tcPr>
            <w:tcW w:type="dxa" w:w="4042"/>
            <w:vAlign w:val="center"/>
            <w:shd w:val="clear" w:color="auto" w:fill="1D4ED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Tasks performed</w:t>
            </w:r>
          </w:p>
        </w:tc>
        <w:tc>
          <w:tcPr>
            <w:tcW w:type="dxa" w:w="3109"/>
            <w:vAlign w:val="center"/>
            <w:shd w:val="clear" w:color="auto" w:fill="1D4ED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Key learning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9–13 Jun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Induction and basics of PV systems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Components of a grid-tied plant</w:t>
            </w:r>
          </w:p>
        </w:tc>
      </w:tr>
      <w:tr>
        <w:tc>
          <w:tcPr>
            <w:tcW w:type="dxa" w:w="746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741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16–20 Jun</w:t>
            </w:r>
          </w:p>
        </w:tc>
        <w:tc>
          <w:tcPr>
            <w:tcW w:type="dxa" w:w="4042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Site surveys for two rooftops</w:t>
            </w:r>
          </w:p>
        </w:tc>
        <w:tc>
          <w:tcPr>
            <w:tcW w:type="dxa" w:w="3109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Measuring roofs and checking shading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23–27 Jun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Panel layout drafting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Row spacing and walkways</w:t>
            </w:r>
          </w:p>
        </w:tc>
      </w:tr>
      <w:tr>
        <w:tc>
          <w:tcPr>
            <w:tcW w:type="dxa" w:w="746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1741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30 Jun–4 Jul</w:t>
            </w:r>
          </w:p>
        </w:tc>
        <w:tc>
          <w:tcPr>
            <w:tcW w:type="dxa" w:w="4042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String sizing and inverter selection</w:t>
            </w:r>
          </w:p>
        </w:tc>
        <w:tc>
          <w:tcPr>
            <w:tcW w:type="dxa" w:w="3109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Voltage windows and temperature effects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7–11 Jul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Single-line diagram drafting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Protection devices and earthing</w:t>
            </w:r>
          </w:p>
        </w:tc>
      </w:tr>
      <w:tr>
        <w:tc>
          <w:tcPr>
            <w:tcW w:type="dxa" w:w="746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1741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14–18 Jul</w:t>
            </w:r>
          </w:p>
        </w:tc>
        <w:tc>
          <w:tcPr>
            <w:tcW w:type="dxa" w:w="4042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Installation supervision</w:t>
            </w:r>
          </w:p>
        </w:tc>
        <w:tc>
          <w:tcPr>
            <w:tcW w:type="dxa" w:w="3109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Structure, cabling and safety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21–25 Jul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Commissioning tests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IR, polarity and Voc checks</w:t>
            </w:r>
          </w:p>
        </w:tc>
      </w:tr>
      <w:tr>
        <w:tc>
          <w:tcPr>
            <w:tcW w:type="dxa" w:w="746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1741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28 Jul–1 Aug</w:t>
            </w:r>
          </w:p>
        </w:tc>
        <w:tc>
          <w:tcPr>
            <w:tcW w:type="dxa" w:w="4042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Report and handover</w:t>
            </w:r>
          </w:p>
        </w:tc>
        <w:tc>
          <w:tcPr>
            <w:tcW w:type="dxa" w:w="3109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Documentation for clients</w:t>
            </w:r>
          </w:p>
        </w:tc>
      </w:tr>
    </w:tbl>
    <w:p>
      <w:pPr>
        <w:spacing w:after="80"/>
      </w:pPr>
    </w:p>
    <w:p>
      <w:pPr>
        <w:pStyle w:val="Heading2"/>
      </w:pPr>
      <w:r>
        <w:t>Week 1: Induction and basics of PV systems</w:t>
      </w:r>
    </w:p>
    <w:p>
      <w:pPr>
        <w:jc w:val="both"/>
      </w:pPr>
      <w:r>
        <w:t>Work done: Induction and basics of PV systems. I kept a daily diary of tasks and questions and reviewed it with my mentor at the end of the week.</w:t>
      </w:r>
    </w:p>
    <w:p>
      <w:r>
        <w:rPr>
          <w:i/>
          <w:color w:val="72706F"/>
        </w:rPr>
        <w:t>Learning: Components of a grid-tied plant.</w:t>
      </w:r>
    </w:p>
    <w:p>
      <w:pPr>
        <w:pStyle w:val="Heading2"/>
      </w:pPr>
      <w:r>
        <w:t>Week 2: Site surveys for two rooftops</w:t>
      </w:r>
    </w:p>
    <w:p>
      <w:pPr>
        <w:jc w:val="both"/>
      </w:pPr>
      <w:r>
        <w:t>Work done: Site surveys for two rooftops. Most of the week was spent shadowing team members and then repeating the tasks independently.</w:t>
      </w:r>
    </w:p>
    <w:p>
      <w:r>
        <w:rPr>
          <w:i/>
          <w:color w:val="72706F"/>
        </w:rPr>
        <w:t>Learning: Measuring roofs and checking shading.</w:t>
      </w:r>
    </w:p>
    <w:p>
      <w:pPr>
        <w:pStyle w:val="Heading2"/>
      </w:pPr>
      <w:r>
        <w:t>Week 3: Panel layout drafting</w:t>
      </w:r>
    </w:p>
    <w:p>
      <w:pPr>
        <w:jc w:val="both"/>
      </w:pPr>
      <w:r>
        <w:t>Work done: Panel layout drafting. At the weekly review my mentor suggested improvements, which I applied the following week.</w:t>
      </w:r>
    </w:p>
    <w:p>
      <w:r>
        <w:rPr>
          <w:i/>
          <w:color w:val="72706F"/>
        </w:rPr>
        <w:t>Learning: Row spacing and walkways.</w:t>
      </w:r>
    </w:p>
    <w:p>
      <w:pPr>
        <w:pStyle w:val="Heading2"/>
      </w:pPr>
      <w:r>
        <w:t>Week 4: String sizing and inverter selection</w:t>
      </w:r>
    </w:p>
    <w:p>
      <w:pPr>
        <w:jc w:val="both"/>
      </w:pPr>
      <w:r>
        <w:t>Work done: String sizing and inverter selection. I documented the steps I followed so that the next intern could repeat them easily.</w:t>
      </w:r>
    </w:p>
    <w:p>
      <w:r>
        <w:rPr>
          <w:i/>
          <w:color w:val="72706F"/>
        </w:rPr>
        <w:t>Learning: Voltage windows and temperature effects.</w:t>
      </w:r>
    </w:p>
    <w:p>
      <w:pPr>
        <w:pStyle w:val="Heading2"/>
      </w:pPr>
      <w:r>
        <w:t>Week 5: Single-line diagram drafting</w:t>
      </w:r>
    </w:p>
    <w:p>
      <w:pPr>
        <w:jc w:val="both"/>
      </w:pPr>
      <w:r>
        <w:t>Work done: Single-line diagram drafting. I kept a daily diary of tasks and questions and reviewed it with my mentor at the end of the week.</w:t>
      </w:r>
    </w:p>
    <w:p>
      <w:r>
        <w:rPr>
          <w:i/>
          <w:color w:val="72706F"/>
        </w:rPr>
        <w:t>Learning: Protection devices and earthing.</w:t>
      </w:r>
    </w:p>
    <w:p>
      <w:pPr>
        <w:pStyle w:val="Heading2"/>
      </w:pPr>
      <w:r>
        <w:t>Week 6: Installation supervision</w:t>
      </w:r>
    </w:p>
    <w:p>
      <w:pPr>
        <w:jc w:val="both"/>
      </w:pPr>
      <w:r>
        <w:t>Work done: Installation supervision. Most of the week was spent shadowing team members and then repeating the tasks independently.</w:t>
      </w:r>
    </w:p>
    <w:p>
      <w:r>
        <w:rPr>
          <w:i/>
          <w:color w:val="72706F"/>
        </w:rPr>
        <w:t>Learning: Structure, cabling and safety.</w:t>
      </w:r>
    </w:p>
    <w:p>
      <w:pPr>
        <w:pStyle w:val="Heading2"/>
      </w:pPr>
      <w:r>
        <w:t>Week 7: Commissioning tests</w:t>
      </w:r>
    </w:p>
    <w:p>
      <w:pPr>
        <w:jc w:val="both"/>
      </w:pPr>
      <w:r>
        <w:t>Work done: Commissioning tests. At the weekly review my mentor suggested improvements, which I applied the following week.</w:t>
      </w:r>
    </w:p>
    <w:p>
      <w:r>
        <w:rPr>
          <w:i/>
          <w:color w:val="72706F"/>
        </w:rPr>
        <w:t>Learning: IR, polarity and Voc checks.</w:t>
      </w:r>
    </w:p>
    <w:p>
      <w:pPr>
        <w:pStyle w:val="Heading2"/>
      </w:pPr>
      <w:r>
        <w:t>Week 8: Report and handover</w:t>
      </w:r>
    </w:p>
    <w:p>
      <w:pPr>
        <w:jc w:val="both"/>
      </w:pPr>
      <w:r>
        <w:t>Work done: Report and handover. I documented the steps I followed so that the next intern could repeat them easily.</w:t>
      </w:r>
    </w:p>
    <w:p>
      <w:r>
        <w:rPr>
          <w:i/>
          <w:color w:val="72706F"/>
        </w:rPr>
        <w:t>Learning: Documentation for clients.</w:t>
      </w:r>
    </w:p>
    <w:p>
      <w:pPr>
        <w:pStyle w:val="Heading1"/>
      </w:pPr>
      <w:r>
        <w:t>Projects Undertaken</w:t>
      </w:r>
    </w:p>
    <w:p>
      <w:pPr>
        <w:pStyle w:val="Heading2"/>
      </w:pPr>
      <w:r>
        <w:t>Project 1: Rooftop layout for a school</w:t>
      </w:r>
    </w:p>
    <w:p>
      <w:r>
        <w:rPr>
          <w:b/>
          <w:color w:val="1D4ED8"/>
        </w:rPr>
        <w:t xml:space="preserve">Problem: </w:t>
      </w:r>
      <w:r>
        <w:t>A school wanted to use its terrace for solar.</w:t>
      </w:r>
    </w:p>
    <w:p>
      <w:r>
        <w:rPr>
          <w:b/>
          <w:color w:val="1D4ED8"/>
        </w:rPr>
        <w:t xml:space="preserve">Approach: </w:t>
      </w:r>
      <w:r>
        <w:t>Surveyed the roof, drafted the panel layout and estimated generation.</w:t>
      </w:r>
    </w:p>
    <w:p>
      <w:r>
        <w:rPr>
          <w:b/>
          <w:color w:val="1D4ED8"/>
        </w:rPr>
        <w:t xml:space="preserve">Outcome: </w:t>
      </w:r>
      <w:r>
        <w:t>Proposal prepared with an annual generation estimate (sample).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rPr>
          <w:trHeight w:val="2835" w:hRule="exact"/>
        </w:trPr>
        <w:tc>
          <w:tcPr>
            <w:tcW w:type="dxa" w:w="9638"/>
            <w:shd w:val="clear" w:color="auto" w:fill="E8EDFB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Figure placeholder — screenshot, drawing or photo of your work</w:t>
            </w:r>
          </w:p>
        </w:tc>
      </w:tr>
    </w:tbl>
    <w:p>
      <w:pPr>
        <w:pStyle w:val="Caption"/>
        <w:spacing w:before="80"/>
        <w:jc w:val="center"/>
      </w:pPr>
      <w:r>
        <w:t>Figure 1: Rooftop layout for a school</w:t>
      </w:r>
    </w:p>
    <w:p>
      <w:pPr>
        <w:pStyle w:val="Heading2"/>
      </w:pPr>
      <w:r>
        <w:t>Project 2: Commissioning checklist</w:t>
      </w:r>
    </w:p>
    <w:p>
      <w:r>
        <w:rPr>
          <w:b/>
          <w:color w:val="1D4ED8"/>
        </w:rPr>
        <w:t xml:space="preserve">Problem: </w:t>
      </w:r>
      <w:r>
        <w:t>Checks were done from memory.</w:t>
      </w:r>
    </w:p>
    <w:p>
      <w:r>
        <w:rPr>
          <w:b/>
          <w:color w:val="1D4ED8"/>
        </w:rPr>
        <w:t xml:space="preserve">Approach: </w:t>
      </w:r>
      <w:r>
        <w:t>Prepared a step-by-step commissioning checklist with acceptance values.</w:t>
      </w:r>
    </w:p>
    <w:p>
      <w:r>
        <w:rPr>
          <w:b/>
          <w:color w:val="1D4ED8"/>
        </w:rPr>
        <w:t xml:space="preserve">Outcome: </w:t>
      </w:r>
      <w:r>
        <w:t>Used on two subsequent installations.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rPr>
          <w:trHeight w:val="2835" w:hRule="exact"/>
        </w:trPr>
        <w:tc>
          <w:tcPr>
            <w:tcW w:type="dxa" w:w="9638"/>
            <w:shd w:val="clear" w:color="auto" w:fill="E8EDFB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Figure placeholder — screenshot, drawing or photo of your work</w:t>
            </w:r>
          </w:p>
        </w:tc>
      </w:tr>
    </w:tbl>
    <w:p>
      <w:pPr>
        <w:pStyle w:val="Caption"/>
        <w:spacing w:before="80"/>
        <w:jc w:val="center"/>
      </w:pPr>
      <w:r>
        <w:t>Figure 2: Commissioning checklist</w:t>
      </w:r>
    </w:p>
    <w:p>
      <w:pPr>
        <w:pStyle w:val="Heading1"/>
      </w:pPr>
      <w:r>
        <w:t>Skills and Learning Outcomes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Skill area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What I learned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Technical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PV design, string sizing, SLDs, testing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Safety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Working at height, electrical isolation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Professional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Client site visits, documentation</w:t>
            </w:r>
          </w:p>
        </w:tc>
      </w:tr>
    </w:tbl>
    <w:p>
      <w:pPr>
        <w:spacing w:after="80"/>
      </w:pPr>
    </w:p>
    <w:p>
      <w:pPr>
        <w:pStyle w:val="Heading2"/>
      </w:pPr>
      <w:r>
        <w:t>Challenges Faced</w:t>
      </w:r>
    </w:p>
    <w:p>
      <w:pPr>
        <w:pStyle w:val="ListBullet"/>
      </w:pPr>
      <w:r>
        <w:t>Working on rooftops in summer heat</w:t>
      </w:r>
    </w:p>
    <w:p>
      <w:pPr>
        <w:pStyle w:val="ListBullet"/>
      </w:pPr>
      <w:r>
        <w:t>Matching inverter limits with string configurations</w:t>
      </w:r>
    </w:p>
    <w:p>
      <w:pPr>
        <w:pStyle w:val="Heading1"/>
      </w:pPr>
      <w:r>
        <w:t>Conclusion</w:t>
      </w:r>
    </w:p>
    <w:p>
      <w:pPr>
        <w:jc w:val="both"/>
      </w:pPr>
      <w:r>
        <w:t>The internship gave me practical knowledge of solar system design and installation and strengthened my interest in renewable energy.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Suggestions for future interns</w:t>
            </w:r>
          </w:p>
          <w:p>
            <w:pPr>
              <w:spacing w:after="0"/>
            </w:pPr>
            <w:r>
              <w:t>Revise basic PV characteristics and carry a cap, water bottle and safety shoes for site visits.</w:t>
            </w:r>
          </w:p>
        </w:tc>
      </w:tr>
    </w:tbl>
    <w:p>
      <w:pPr>
        <w:spacing w:after="40"/>
      </w:pPr>
    </w:p>
    <w:p>
      <w:pPr>
        <w:pStyle w:val="Heading1"/>
      </w:pPr>
      <w:r>
        <w:t>Appendix: Attendance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97"/>
        <w:gridCol w:w="1661"/>
        <w:gridCol w:w="4985"/>
        <w:gridCol w:w="1994"/>
      </w:tblGrid>
      <w:tr>
        <w:trPr>
          <w:tblHeader/>
        </w:trPr>
        <w:tc>
          <w:tcPr>
            <w:tcW w:type="dxa" w:w="997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Week</w:t>
            </w:r>
          </w:p>
        </w:tc>
        <w:tc>
          <w:tcPr>
            <w:tcW w:type="dxa" w:w="1662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Days present</w:t>
            </w:r>
          </w:p>
        </w:tc>
        <w:tc>
          <w:tcPr>
            <w:tcW w:type="dxa" w:w="4985"/>
            <w:vAlign w:val="center"/>
            <w:shd w:val="clear" w:color="auto" w:fill="1D4ED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Mentor remarks</w:t>
            </w:r>
          </w:p>
        </w:tc>
        <w:tc>
          <w:tcPr>
            <w:tcW w:type="dxa" w:w="1994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Mentor sign</w:t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/ 5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before="200"/>
      </w:pPr>
      <w:r>
        <w:rPr>
          <w:b/>
        </w:rPr>
        <w:t>Mentor evaluation (to be filled by the organisation)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1514"/>
        <w:gridCol w:w="1514"/>
        <w:gridCol w:w="1514"/>
        <w:gridCol w:w="1652"/>
      </w:tblGrid>
      <w:tr>
        <w:trPr>
          <w:tblHeader/>
        </w:trPr>
        <w:tc>
          <w:tcPr>
            <w:tcW w:type="dxa" w:w="3442"/>
            <w:vAlign w:val="center"/>
            <w:shd w:val="clear" w:color="auto" w:fill="1D4ED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Criterion</w:t>
            </w:r>
          </w:p>
        </w:tc>
        <w:tc>
          <w:tcPr>
            <w:tcW w:type="dxa" w:w="1515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Excellent</w:t>
            </w:r>
          </w:p>
        </w:tc>
        <w:tc>
          <w:tcPr>
            <w:tcW w:type="dxa" w:w="1515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Good</w:t>
            </w:r>
          </w:p>
        </w:tc>
        <w:tc>
          <w:tcPr>
            <w:tcW w:type="dxa" w:w="1515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Average</w:t>
            </w:r>
          </w:p>
        </w:tc>
        <w:tc>
          <w:tcPr>
            <w:tcW w:type="dxa" w:w="1652"/>
            <w:vAlign w:val="center"/>
            <w:shd w:val="clear" w:color="auto" w:fill="1D4ED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Needs work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Technical skills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Communication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Punctuality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Teamwork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Initiative</w:t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51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65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Internship Report · SunPeak Renewables</w:t>
    </w:r>
    <w:r>
      <w:rPr>
        <w:color w:val="72706F"/>
        <w:sz w:val="17"/>
      </w:rPr>
      <w:tab/>
      <w:t>Nikhil Choudhary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1D4ED8"/>
      </w:pBdr>
    </w:pPr>
    <w:rPr>
      <w:rFonts w:ascii="Crimson Pro" w:hAnsi="Crimson Pro" w:cs="Crimson Pro" w:eastAsia="Crimson Pro"/>
      <w:b/>
      <w:bCs/>
      <w:i w:val="0"/>
      <w:color w:val="1C191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D4ED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Work Sans" w:hAnsi="Work Sans" w:cs="Work Sans" w:eastAsia="Work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