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964"/>
        <w:gridCol w:w="4061"/>
      </w:tblGrid>
      <w:tr>
        <w:tc>
          <w:tcPr>
            <w:tcW w:type="dxa" w:w="4964"/>
          </w:tcPr>
          <w:p>
            <w:r>
              <w:rPr>
                <w:rFonts w:ascii="Space Grotesk" w:hAnsi="Space Grotesk" w:cs="Space Grotesk" w:eastAsia="Space Grotesk"/>
                <w:b/>
                <w:color w:val="1E3A8A"/>
                <w:sz w:val="40"/>
              </w:rPr>
              <w:t>Studio Pixel &amp; Co.</w:t>
            </w:r>
          </w:p>
          <w:p>
            <w:pPr>
              <w:spacing w:after="0"/>
            </w:pPr>
            <w:r>
              <w:t>Office 12, Your Street</w:t>
            </w:r>
          </w:p>
          <w:p>
            <w:pPr>
              <w:spacing w:after="0"/>
            </w:pPr>
            <w:r>
              <w:t>Pune, Maharashtra 411001</w:t>
            </w:r>
          </w:p>
          <w:p>
            <w:pPr>
              <w:spacing w:after="0"/>
            </w:pPr>
            <w:r>
              <w:t>studio@yourdomain.in</w:t>
            </w:r>
          </w:p>
        </w:tc>
        <w:tc>
          <w:tcPr>
            <w:tcW w:type="dxa" w:w="4061"/>
          </w:tcPr>
          <w:p>
            <w:pPr>
              <w:jc w:val="right"/>
            </w:pPr>
            <w:r>
              <w:rPr>
                <w:rFonts w:ascii="Space Grotesk" w:hAnsi="Space Grotesk" w:cs="Space Grotesk" w:eastAsia="Space Grotesk"/>
                <w:b/>
                <w:color w:val="111827"/>
                <w:sz w:val="60"/>
              </w:rPr>
              <w:t>INVOICE</w:t>
            </w:r>
          </w:p>
          <w:p>
            <w:pPr>
              <w:spacing w:after="0"/>
              <w:jc w:val="right"/>
            </w:pPr>
            <w:r>
              <w:rPr>
                <w:color w:val="6B7079"/>
              </w:rPr>
              <w:t xml:space="preserve">No.  </w:t>
            </w:r>
            <w:r>
              <w:rPr>
                <w:b/>
              </w:rPr>
              <w:t>INV-2026-041</w:t>
            </w:r>
          </w:p>
          <w:p>
            <w:pPr>
              <w:spacing w:after="0"/>
              <w:jc w:val="right"/>
            </w:pPr>
            <w:r>
              <w:rPr>
                <w:color w:val="6B7079"/>
              </w:rPr>
              <w:t xml:space="preserve">Date  </w:t>
            </w:r>
            <w:r>
              <w:rPr>
                <w:b/>
              </w:rPr>
              <w:t>12 April 2026</w:t>
            </w:r>
          </w:p>
          <w:p>
            <w:pPr>
              <w:spacing w:after="0"/>
              <w:jc w:val="right"/>
            </w:pPr>
            <w:r>
              <w:rPr>
                <w:color w:val="6B7079"/>
              </w:rPr>
              <w:t xml:space="preserve">Due date  </w:t>
            </w:r>
            <w:r>
              <w:rPr>
                <w:b/>
              </w:rPr>
              <w:t>27 April 2026</w:t>
            </w:r>
          </w:p>
        </w:tc>
      </w:tr>
    </w:tbl>
    <w:p>
      <w:pPr>
        <w:spacing w:after="200"/>
      </w:pP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026"/>
      </w:tblGrid>
      <w:tr>
        <w:trPr>
          <w:trHeight w:val="102" w:hRule="exact"/>
        </w:trPr>
        <w:tc>
          <w:tcPr>
            <w:tcW w:type="dxa" w:w="9026"/>
            <w:shd w:val="clear" w:color="auto" w:fill="1E3A8A"/>
          </w:tcPr>
          <w:p/>
        </w:tc>
      </w:tr>
    </w:tbl>
    <w:p>
      <w:pPr>
        <w:spacing w:after="120"/>
      </w:pP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513"/>
        <w:gridCol w:w="4513"/>
      </w:tblGrid>
      <w:tr>
        <w:tc>
          <w:tcPr>
            <w:tcW w:type="dxa" w:w="4513"/>
          </w:tcPr>
          <w:p>
            <w:r>
              <w:rPr>
                <w:b/>
                <w:color w:val="1E3A8A"/>
                <w:sz w:val="17"/>
              </w:rPr>
              <w:t>BILL TO</w:t>
            </w:r>
          </w:p>
          <w:p>
            <w:pPr>
              <w:spacing w:after="0"/>
            </w:pPr>
            <w:r>
              <w:rPr>
                <w:b/>
              </w:rPr>
              <w:t>Client Company Pvt. Ltd.</w:t>
            </w:r>
          </w:p>
          <w:p>
            <w:pPr>
              <w:spacing w:after="0"/>
            </w:pPr>
            <w:r>
              <w:t>Attn: Accounts Team</w:t>
            </w:r>
          </w:p>
          <w:p>
            <w:pPr>
              <w:spacing w:after="0"/>
            </w:pPr>
            <w:r>
              <w:t>Address line, City 400001</w:t>
            </w:r>
          </w:p>
        </w:tc>
        <w:tc>
          <w:tcPr>
            <w:tcW w:type="dxa" w:w="4513"/>
          </w:tcPr>
          <w:p>
            <w:r>
              <w:rPr>
                <w:b/>
                <w:color w:val="1E3A8A"/>
                <w:sz w:val="17"/>
              </w:rPr>
              <w:t>SHIP TO / PROJECT</w:t>
            </w:r>
          </w:p>
          <w:p>
            <w:pPr>
              <w:spacing w:after="0"/>
            </w:pPr>
            <w:r>
              <w:rPr>
                <w:b/>
              </w:rPr>
              <w:t>Brand Identity Project</w:t>
            </w:r>
          </w:p>
          <w:p>
            <w:pPr>
              <w:spacing w:after="0"/>
            </w:pPr>
            <w:r>
              <w:t>Phase 2 deliverables</w:t>
            </w:r>
          </w:p>
          <w:p>
            <w:pPr>
              <w:spacing w:after="0"/>
            </w:pPr>
            <w:r>
              <w:t>April 2026</w:t>
            </w:r>
          </w:p>
        </w:tc>
      </w:tr>
    </w:tbl>
    <w:p>
      <w:pPr>
        <w:spacing w:after="160"/>
      </w:pP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475"/>
        <w:gridCol w:w="4750"/>
        <w:gridCol w:w="831"/>
        <w:gridCol w:w="1425"/>
        <w:gridCol w:w="1544"/>
      </w:tblGrid>
      <w:tr>
        <w:trPr>
          <w:tblHeader/>
        </w:trPr>
        <w:tc>
          <w:tcPr>
            <w:tcW w:type="dxa" w:w="475"/>
            <w:vAlign w:val="center"/>
            <w:shd w:val="clear" w:color="auto" w:fill="111827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4750"/>
            <w:vAlign w:val="center"/>
            <w:shd w:val="clear" w:color="auto" w:fill="111827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19"/>
              </w:rPr>
              <w:t>Description</w:t>
            </w:r>
          </w:p>
        </w:tc>
        <w:tc>
          <w:tcPr>
            <w:tcW w:type="dxa" w:w="831"/>
            <w:vAlign w:val="center"/>
            <w:shd w:val="clear" w:color="auto" w:fill="111827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Qty</w:t>
            </w:r>
          </w:p>
        </w:tc>
        <w:tc>
          <w:tcPr>
            <w:tcW w:type="dxa" w:w="1425"/>
            <w:vAlign w:val="center"/>
            <w:shd w:val="clear" w:color="auto" w:fill="111827"/>
          </w:tcPr>
          <w:p>
            <w:pPr>
              <w:spacing w:after="0"/>
              <w:jc w:val="right"/>
            </w:pPr>
            <w:r/>
            <w:r>
              <w:rPr>
                <w:b/>
                <w:color w:val="FFFFFF"/>
                <w:sz w:val="19"/>
              </w:rPr>
              <w:t>Rate (₹)</w:t>
            </w:r>
          </w:p>
        </w:tc>
        <w:tc>
          <w:tcPr>
            <w:tcW w:type="dxa" w:w="1544"/>
            <w:vAlign w:val="center"/>
            <w:shd w:val="clear" w:color="auto" w:fill="111827"/>
          </w:tcPr>
          <w:p>
            <w:pPr>
              <w:spacing w:after="0"/>
              <w:jc w:val="right"/>
            </w:pPr>
            <w:r/>
            <w:r>
              <w:rPr>
                <w:b/>
                <w:color w:val="FFFFFF"/>
                <w:sz w:val="19"/>
              </w:rPr>
              <w:t>Amount (₹)</w:t>
            </w:r>
          </w:p>
        </w:tc>
      </w:tr>
      <w:tr>
        <w:tc>
          <w:tcPr>
            <w:tcW w:type="dxa" w:w="47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1</w:t>
            </w:r>
          </w:p>
        </w:tc>
        <w:tc>
          <w:tcPr>
            <w:tcW w:type="dxa" w:w="4750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Logo design and brand guidelines</w:t>
            </w:r>
          </w:p>
        </w:tc>
        <w:tc>
          <w:tcPr>
            <w:tcW w:type="dxa" w:w="831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1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45,000</w:t>
            </w:r>
          </w:p>
        </w:tc>
        <w:tc>
          <w:tcPr>
            <w:tcW w:type="dxa" w:w="1544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45,000</w:t>
            </w:r>
          </w:p>
        </w:tc>
      </w:tr>
      <w:tr>
        <w:tc>
          <w:tcPr>
            <w:tcW w:type="dxa" w:w="475"/>
            <w:vAlign w:val="center"/>
            <w:shd w:val="clear" w:color="auto" w:fill="E8EBF3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2</w:t>
            </w:r>
          </w:p>
        </w:tc>
        <w:tc>
          <w:tcPr>
            <w:tcW w:type="dxa" w:w="4750"/>
            <w:vAlign w:val="center"/>
            <w:shd w:val="clear" w:color="auto" w:fill="E8EBF3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Social media template kit (20 posts)</w:t>
            </w:r>
          </w:p>
        </w:tc>
        <w:tc>
          <w:tcPr>
            <w:tcW w:type="dxa" w:w="831"/>
            <w:vAlign w:val="center"/>
            <w:shd w:val="clear" w:color="auto" w:fill="E8EBF3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1</w:t>
            </w:r>
          </w:p>
        </w:tc>
        <w:tc>
          <w:tcPr>
            <w:tcW w:type="dxa" w:w="1425"/>
            <w:vAlign w:val="center"/>
            <w:shd w:val="clear" w:color="auto" w:fill="E8EBF3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18,000</w:t>
            </w:r>
          </w:p>
        </w:tc>
        <w:tc>
          <w:tcPr>
            <w:tcW w:type="dxa" w:w="1544"/>
            <w:vAlign w:val="center"/>
            <w:shd w:val="clear" w:color="auto" w:fill="E8EBF3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18,000</w:t>
            </w:r>
          </w:p>
        </w:tc>
      </w:tr>
      <w:tr>
        <w:tc>
          <w:tcPr>
            <w:tcW w:type="dxa" w:w="47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3</w:t>
            </w:r>
          </w:p>
        </w:tc>
        <w:tc>
          <w:tcPr>
            <w:tcW w:type="dxa" w:w="4750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Website landing page design</w:t>
            </w:r>
          </w:p>
        </w:tc>
        <w:tc>
          <w:tcPr>
            <w:tcW w:type="dxa" w:w="831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1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32,000</w:t>
            </w:r>
          </w:p>
        </w:tc>
        <w:tc>
          <w:tcPr>
            <w:tcW w:type="dxa" w:w="1544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32,000</w:t>
            </w:r>
          </w:p>
        </w:tc>
      </w:tr>
      <w:tr>
        <w:tc>
          <w:tcPr>
            <w:tcW w:type="dxa" w:w="475"/>
            <w:vAlign w:val="center"/>
            <w:shd w:val="clear" w:color="auto" w:fill="E8EBF3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4</w:t>
            </w:r>
          </w:p>
        </w:tc>
        <w:tc>
          <w:tcPr>
            <w:tcW w:type="dxa" w:w="4750"/>
            <w:vAlign w:val="center"/>
            <w:shd w:val="clear" w:color="auto" w:fill="E8EBF3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Revisions (hours)</w:t>
            </w:r>
          </w:p>
        </w:tc>
        <w:tc>
          <w:tcPr>
            <w:tcW w:type="dxa" w:w="831"/>
            <w:vAlign w:val="center"/>
            <w:shd w:val="clear" w:color="auto" w:fill="E8EBF3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6</w:t>
            </w:r>
          </w:p>
        </w:tc>
        <w:tc>
          <w:tcPr>
            <w:tcW w:type="dxa" w:w="1425"/>
            <w:vAlign w:val="center"/>
            <w:shd w:val="clear" w:color="auto" w:fill="E8EBF3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1,500</w:t>
            </w:r>
          </w:p>
        </w:tc>
        <w:tc>
          <w:tcPr>
            <w:tcW w:type="dxa" w:w="1544"/>
            <w:vAlign w:val="center"/>
            <w:shd w:val="clear" w:color="auto" w:fill="E8EBF3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9,000</w:t>
            </w:r>
          </w:p>
        </w:tc>
      </w:tr>
    </w:tbl>
    <w:p>
      <w:pPr>
        <w:spacing w:after="80"/>
      </w:pPr>
    </w:p>
    <w:tbl>
      <w:tblPr>
        <w:jc w:val="right"/>
        <w:tblLayout w:type="fixed"/>
        <w:tblLook w:firstColumn="1" w:firstRow="1" w:lastColumn="0" w:lastRow="0" w:noHBand="0" w:noVBand="1" w:val="04A0"/>
        <w:tblW w:w="396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268"/>
        <w:gridCol w:w="1701"/>
      </w:tblGrid>
      <w:tr>
        <w:tc>
          <w:tcPr>
            <w:tcW w:type="dxa" w:w="2268"/>
          </w:tcPr>
          <w:p>
            <w:r>
              <w:t>Subtotal</w:t>
            </w:r>
          </w:p>
        </w:tc>
        <w:tc>
          <w:tcPr>
            <w:tcW w:type="dxa" w:w="1701"/>
          </w:tcPr>
          <w:p>
            <w:pPr>
              <w:jc w:val="right"/>
            </w:pPr>
            <w:r>
              <w:t>₹104,000</w:t>
            </w:r>
          </w:p>
        </w:tc>
      </w:tr>
      <w:tr>
        <w:tc>
          <w:tcPr>
            <w:tcW w:type="dxa" w:w="2268"/>
          </w:tcPr>
          <w:p>
            <w:r>
              <w:t>GST @ 18%</w:t>
            </w:r>
          </w:p>
        </w:tc>
        <w:tc>
          <w:tcPr>
            <w:tcW w:type="dxa" w:w="1701"/>
          </w:tcPr>
          <w:p>
            <w:pPr>
              <w:jc w:val="right"/>
            </w:pPr>
            <w:r>
              <w:t>₹18,720</w:t>
            </w:r>
          </w:p>
        </w:tc>
      </w:tr>
      <w:tr>
        <w:tc>
          <w:tcPr>
            <w:tcW w:type="dxa" w:w="2268"/>
            <w:shd w:val="clear" w:color="auto" w:fill="1E3A8A"/>
          </w:tcPr>
          <w:p>
            <w:r>
              <w:rPr>
                <w:b/>
                <w:color w:val="FFFFFF"/>
              </w:rPr>
              <w:t>Total due</w:t>
            </w:r>
          </w:p>
        </w:tc>
        <w:tc>
          <w:tcPr>
            <w:tcW w:type="dxa" w:w="1701"/>
            <w:shd w:val="clear" w:color="auto" w:fill="1E3A8A"/>
          </w:tcPr>
          <w:p>
            <w:pPr>
              <w:jc w:val="right"/>
            </w:pPr>
            <w:r>
              <w:rPr>
                <w:b/>
                <w:color w:val="FFFFFF"/>
              </w:rPr>
              <w:t>₹122,720</w:t>
            </w:r>
          </w:p>
        </w:tc>
      </w:tr>
    </w:tbl>
    <w:p>
      <w:pPr>
        <w:spacing w:after="120"/>
      </w:pPr>
    </w:p>
    <w:p>
      <w:pPr>
        <w:spacing w:after="40"/>
      </w:pPr>
      <w:r>
        <w:rPr>
          <w:b/>
          <w:color w:val="1E3A8A"/>
        </w:rPr>
        <w:t>Payment details</w:t>
      </w:r>
    </w:p>
    <w:p>
      <w:pPr>
        <w:spacing w:after="0"/>
      </w:pPr>
      <w:r>
        <w:t>Account name: Studio Pixel &amp; Co.</w:t>
      </w:r>
    </w:p>
    <w:p>
      <w:pPr>
        <w:spacing w:after="0"/>
      </w:pPr>
      <w:r>
        <w:t>Bank: Your Bank Name · A/c No. 000123456789 · IFSC: ABCD0001234</w:t>
      </w:r>
    </w:p>
    <w:p>
      <w:pPr>
        <w:spacing w:after="0"/>
      </w:pPr>
      <w:r>
        <w:t>UPI: yourname@bank</w:t>
      </w:r>
    </w:p>
    <w:p>
      <w:pPr>
        <w:spacing w:after="40" w:before="160"/>
      </w:pPr>
      <w:r>
        <w:rPr>
          <w:b/>
          <w:color w:val="1E3A8A"/>
        </w:rPr>
        <w:t>Terms</w:t>
      </w:r>
    </w:p>
    <w:p>
      <w:pPr>
        <w:spacing w:after="0"/>
      </w:pPr>
      <w:r>
        <w:t>Payment due within 15 days. Late payments attract 1.5% interest per month. Please quote the invoice number with your payment.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964"/>
        <w:gridCol w:w="4061"/>
      </w:tblGrid>
      <w:tr>
        <w:tc>
          <w:tcPr>
            <w:tcW w:type="dxa" w:w="4964"/>
          </w:tcPr>
          <w:p>
            <w:pPr>
              <w:spacing w:before="440"/>
            </w:pPr>
            <w:r>
              <w:rPr>
                <w:i/>
                <w:color w:val="6B7079"/>
              </w:rPr>
              <w:t>Thank you for your business!</w:t>
            </w:r>
          </w:p>
        </w:tc>
        <w:tc>
          <w:tcPr>
            <w:tcW w:type="dxa" w:w="4061"/>
          </w:tcPr>
          <w:p>
            <w:pPr>
              <w:spacing w:before="440"/>
              <w:jc w:val="right"/>
            </w:pPr>
            <w:r>
              <w:rPr>
                <w:b/>
              </w:rPr>
              <w:t>Authorised signatory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368" w:right="1440" w:bottom="1368" w:left="1440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7079"/>
        <w:sz w:val="16"/>
      </w:rPr>
      <w:t>Studio Pixel &amp; Co.  ·  GSTIN: 00AAAAA0000A1Z5  ·  +91 98765 43210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6" w:line="300" w:lineRule="auto"/>
    </w:pPr>
    <w:rPr>
      <w:rFonts w:ascii="IBM Plex Sans" w:hAnsi="IBM Plex Sans" w:cs="IBM Plex Sans" w:eastAsia="IBM Plex Sans"/>
      <w:color w:val="111827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ind w:left="198"/>
      <w:outlineLvl w:val="0"/>
      <w:pBdr>
        <w:left w:val="single" w:sz="24" w:space="10" w:color="1E3A8A"/>
      </w:pBdr>
    </w:pPr>
    <w:rPr>
      <w:rFonts w:ascii="Space Grotesk" w:hAnsi="Space Grotesk" w:cs="Space Grotesk" w:eastAsia="Space Grotesk"/>
      <w:b/>
      <w:bCs/>
      <w:i w:val="0"/>
      <w:color w:val="111827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Space Grotesk" w:hAnsi="Space Grotesk" w:cs="Space Grotesk" w:eastAsia="Space Grotesk"/>
      <w:b/>
      <w:bCs/>
      <w:i w:val="0"/>
      <w:color w:val="111827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Space Grotesk" w:hAnsi="Space Grotesk" w:cs="Space Grotesk" w:eastAsia="Space Grotesk"/>
      <w:b/>
      <w:bCs/>
      <w:i w:val="0"/>
      <w:color w:val="111827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Space Grotesk" w:hAnsi="Space Grotesk" w:cs="Space Grotesk" w:eastAsia="Space Grotesk"/>
      <w:b/>
      <w:color w:val="111827"/>
      <w:spacing w:val="5"/>
      <w:kern w:val="28"/>
      <w:sz w:val="76"/>
      <w:szCs w:val="76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IBM Plex Sans" w:hAnsi="IBM Plex Sans" w:cs="IBM Plex Sans" w:eastAsia="IBM Plex Sans"/>
      <w:i w:val="0"/>
      <w:iCs/>
      <w:color w:val="6B7079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Space Grotesk" w:hAnsi="Space Grotesk" w:cs="Space Grotesk" w:eastAsia="Space Grotesk"/>
      <w:i/>
      <w:iCs/>
      <w:color w:val="111827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IBM Plex Sans" w:hAnsi="IBM Plex Sans" w:cs="IBM Plex Sans" w:eastAsia="IBM Plex Sans"/>
      <w:b w:val="0"/>
      <w:bCs/>
      <w:i/>
      <w:color w:val="6B7079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026" w:val="right" w:leader="dot"/>
      </w:tabs>
      <w:spacing w:after="120"/>
      <w:ind w:left="0"/>
    </w:pPr>
    <w:rPr>
      <w:rFonts w:ascii="Space Grotesk" w:hAnsi="Space Grotesk" w:cs="Space Grotesk" w:eastAsia="Space Grotesk"/>
      <w:b/>
      <w:sz w:val="23"/>
      <w:szCs w:val="23"/>
    </w:rPr>
  </w:style>
  <w:style w:type="paragraph" w:customStyle="1" w:styleId="TOC2">
    <w:name w:val="TOC 2"/>
    <w:basedOn w:val="Normal"/>
    <w:pPr>
      <w:tabs>
        <w:tab w:pos="9026" w:val="right" w:leader="dot"/>
      </w:tabs>
      <w:spacing w:after="80"/>
      <w:ind w:left="340"/>
    </w:pPr>
    <w:rPr>
      <w:rFonts w:ascii="IBM Plex Sans" w:hAnsi="IBM Plex Sans" w:cs="IBM Plex Sans" w:eastAsia="IBM Plex Sans"/>
      <w:b w:val="0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