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4"/>
        <w:gridCol w:w="4061"/>
      </w:tblGrid>
      <w:tr>
        <w:tc>
          <w:tcPr>
            <w:tcW w:type="dxa" w:w="4964"/>
          </w:tcPr>
          <w:p>
            <w:r>
              <w:rPr>
                <w:rFonts w:ascii="Poppins" w:hAnsi="Poppins" w:cs="Poppins" w:eastAsia="Poppins"/>
                <w:b/>
                <w:color w:val="0E7490"/>
                <w:sz w:val="40"/>
              </w:rPr>
              <w:t>Pixel Perfect Studios</w:t>
            </w:r>
          </w:p>
          <w:p>
            <w:pPr>
              <w:spacing w:after="0"/>
            </w:pPr>
            <w:r>
              <w:t>2nd Floor, Your Arcade</w:t>
            </w:r>
          </w:p>
          <w:p>
            <w:pPr>
              <w:spacing w:after="0"/>
            </w:pPr>
            <w:r>
              <w:t>Ahmedabad 380009</w:t>
            </w:r>
          </w:p>
          <w:p>
            <w:pPr>
              <w:spacing w:after="0"/>
            </w:pPr>
            <w:r>
              <w:t>studio@yourdomain.in</w:t>
            </w:r>
          </w:p>
        </w:tc>
        <w:tc>
          <w:tcPr>
            <w:tcW w:type="dxa" w:w="4061"/>
          </w:tcPr>
          <w:p>
            <w:pPr>
              <w:jc w:val="right"/>
            </w:pPr>
            <w:r>
              <w:rPr>
                <w:rFonts w:ascii="Poppins" w:hAnsi="Poppins" w:cs="Poppins" w:eastAsia="Poppins"/>
                <w:b/>
                <w:color w:val="111827"/>
                <w:sz w:val="60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No.  </w:t>
            </w:r>
            <w:r>
              <w:rPr>
                <w:b/>
              </w:rPr>
              <w:t>PPS/2026/0187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6B7079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102" w:hRule="exact"/>
        </w:trPr>
        <w:tc>
          <w:tcPr>
            <w:tcW w:type="dxa" w:w="9026"/>
            <w:shd w:val="clear" w:color="auto" w:fill="0E7490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r>
              <w:rPr>
                <w:b/>
                <w:color w:val="0E7490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Bride &amp; Groom Names</w:t>
            </w:r>
          </w:p>
          <w:p>
            <w:pPr>
              <w:spacing w:after="0"/>
            </w:pPr>
            <w:r>
              <w:t>Address line</w:t>
            </w:r>
          </w:p>
          <w:p>
            <w:pPr>
              <w:spacing w:after="0"/>
            </w:pPr>
            <w:r>
              <w:t>Ahmedabad 380015</w:t>
            </w:r>
          </w:p>
        </w:tc>
        <w:tc>
          <w:tcPr>
            <w:tcW w:type="dxa" w:w="4513"/>
          </w:tcPr>
          <w:p>
            <w:r>
              <w:rPr>
                <w:b/>
                <w:color w:val="0E7490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Wedding photography</w:t>
            </w:r>
          </w:p>
          <w:p>
            <w:pPr>
              <w:spacing w:after="0"/>
            </w:pPr>
            <w:r>
              <w:t>Event dates: 8–9 Feb 2026</w:t>
            </w:r>
          </w:p>
          <w:p>
            <w:pPr>
              <w:spacing w:after="0"/>
            </w:pPr>
            <w:r>
              <w:t>Delivery: 45 days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5"/>
        <w:gridCol w:w="4750"/>
        <w:gridCol w:w="831"/>
        <w:gridCol w:w="1425"/>
        <w:gridCol w:w="1544"/>
      </w:tblGrid>
      <w:tr>
        <w:trPr>
          <w:tblHeader/>
        </w:trPr>
        <w:tc>
          <w:tcPr>
            <w:tcW w:type="dxa" w:w="475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750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831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425"/>
            <w:vAlign w:val="center"/>
            <w:shd w:val="clear" w:color="auto" w:fill="11182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Rate (₹)</w:t>
            </w:r>
          </w:p>
        </w:tc>
        <w:tc>
          <w:tcPr>
            <w:tcW w:type="dxa" w:w="1544"/>
            <w:vAlign w:val="center"/>
            <w:shd w:val="clear" w:color="auto" w:fill="11182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Wedding day photography (2 photographers)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35,000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70,000</w:t>
            </w:r>
          </w:p>
        </w:tc>
      </w:tr>
      <w:tr>
        <w:tc>
          <w:tcPr>
            <w:tcW w:type="dxa" w:w="475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750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Pre-wedding shoot</w:t>
            </w:r>
          </w:p>
        </w:tc>
        <w:tc>
          <w:tcPr>
            <w:tcW w:type="dxa" w:w="831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425"/>
            <w:vAlign w:val="center"/>
            <w:shd w:val="clear" w:color="auto" w:fill="E7F1F4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25,000</w:t>
            </w:r>
          </w:p>
        </w:tc>
        <w:tc>
          <w:tcPr>
            <w:tcW w:type="dxa" w:w="1544"/>
            <w:vAlign w:val="center"/>
            <w:shd w:val="clear" w:color="auto" w:fill="E7F1F4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25,000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Cinematic highlight film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40,000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40,000</w:t>
            </w:r>
          </w:p>
        </w:tc>
      </w:tr>
      <w:tr>
        <w:tc>
          <w:tcPr>
            <w:tcW w:type="dxa" w:w="475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750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Premium photo album (40 pages)</w:t>
            </w:r>
          </w:p>
        </w:tc>
        <w:tc>
          <w:tcPr>
            <w:tcW w:type="dxa" w:w="831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1425"/>
            <w:vAlign w:val="center"/>
            <w:shd w:val="clear" w:color="auto" w:fill="E7F1F4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12,000</w:t>
            </w:r>
          </w:p>
        </w:tc>
        <w:tc>
          <w:tcPr>
            <w:tcW w:type="dxa" w:w="1544"/>
            <w:vAlign w:val="center"/>
            <w:shd w:val="clear" w:color="auto" w:fill="E7F1F4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24,000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₹159,000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₹28,620</w:t>
            </w:r>
          </w:p>
        </w:tc>
      </w:tr>
      <w:tr>
        <w:tc>
          <w:tcPr>
            <w:tcW w:type="dxa" w:w="2268"/>
            <w:shd w:val="clear" w:color="auto" w:fill="0E7490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0E7490"/>
          </w:tcPr>
          <w:p>
            <w:pPr>
              <w:jc w:val="right"/>
            </w:pPr>
            <w:r>
              <w:rPr>
                <w:b/>
                <w:color w:val="FFFFFF"/>
              </w:rPr>
              <w:t>₹187,620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0E7490"/>
        </w:rPr>
        <w:t>Payment details</w:t>
      </w:r>
    </w:p>
    <w:p>
      <w:pPr>
        <w:spacing w:after="0"/>
      </w:pPr>
      <w:r>
        <w:t>Account name: Pixel Perfect Studios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0E7490"/>
        </w:rPr>
        <w:t>Terms</w:t>
      </w:r>
    </w:p>
    <w:p>
      <w:pPr>
        <w:spacing w:after="0"/>
      </w:pPr>
      <w:r>
        <w:t>Balance payable on delivery of the album. Raw files are archived for 6 months.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4"/>
        <w:gridCol w:w="4061"/>
      </w:tblGrid>
      <w:tr>
        <w:tc>
          <w:tcPr>
            <w:tcW w:type="dxa" w:w="4964"/>
          </w:tcPr>
          <w:p>
            <w:pPr>
              <w:spacing w:before="440"/>
            </w:pPr>
            <w:r>
              <w:rPr>
                <w:i/>
                <w:color w:val="6B7079"/>
              </w:rPr>
              <w:t>Thank you for your business!</w:t>
            </w:r>
          </w:p>
        </w:tc>
        <w:tc>
          <w:tcPr>
            <w:tcW w:type="dxa" w:w="4061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Pixel Perfect Studios  ·  GSTIN: 00AAAAA0000A1Z5  ·  +91 79 0000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11827"/>
      </w:pBdr>
    </w:pPr>
    <w:rPr>
      <w:rFonts w:ascii="Poppins" w:hAnsi="Poppins" w:cs="Poppins" w:eastAsia="Poppins"/>
      <w:b/>
      <w:bCs/>
      <w:i w:val="0"/>
      <w:color w:val="11182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11182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Poppins" w:hAnsi="Poppins" w:cs="Poppins" w:eastAsia="Poppi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