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color w:val="6B7079"/>
        </w:rPr>
        <w:t>Ref: —</w:t>
      </w:r>
    </w:p>
    <w:p>
      <w:pPr>
        <w:spacing w:after="320"/>
      </w:pPr>
      <w:r>
        <w:rPr>
          <w:color w:val="6B7079"/>
        </w:rPr>
        <w:t>Date: 14 April 2026</w:t>
      </w:r>
    </w:p>
    <w:p>
      <w:pPr>
        <w:spacing w:after="0"/>
      </w:pPr>
      <w:r>
        <w:t>The HR Manager</w:t>
      </w:r>
    </w:p>
    <w:p>
      <w:pPr>
        <w:spacing w:after="0"/>
      </w:pPr>
      <w:r>
        <w:t>Company Name Pvt. Ltd.</w:t>
      </w:r>
    </w:p>
    <w:p>
      <w:pPr>
        <w:spacing w:after="0"/>
      </w:pPr>
      <w:r>
        <w:t>Pune 411057</w:t>
      </w:r>
    </w:p>
    <w:p>
      <w:pPr>
        <w:spacing w:after="120"/>
      </w:pPr>
    </w:p>
    <w:p>
      <w:pPr>
        <w:spacing w:after="200"/>
      </w:pPr>
      <w:r>
        <w:rPr>
          <w:b/>
        </w:rPr>
        <w:t>Subject: Application for summer internship in software development</w:t>
      </w:r>
    </w:p>
    <w:p>
      <w:r>
        <w:t>Dear Sir/Madam,</w:t>
      </w:r>
    </w:p>
    <w:p>
      <w:pPr>
        <w:jc w:val="both"/>
      </w:pPr>
      <w:r>
        <w:t>I am a third-year B.Tech student in Computer Science at Northfield College of Engineering, Pune, and I would like to apply for a six-to-eight-week summer internship in software development at your company from 1 June 2026.</w:t>
      </w:r>
    </w:p>
    <w:p>
      <w:pPr>
        <w:jc w:val="both"/>
      </w:pPr>
      <w:r>
        <w:t>I have worked on web projects using React and Node.js, and built a campus placement portal as part of a team project. I am comfortable with Git, SQL and basic cloud deployment, and I learn quickly.</w:t>
      </w:r>
    </w:p>
    <w:p>
      <w:pPr>
        <w:jc w:val="both"/>
      </w:pPr>
      <w:r>
        <w:t>I have attached my resume and a bonafide certificate from my college. I would be grateful for an opportunity to contribute and learn from your team.</w:t>
      </w:r>
    </w:p>
    <w:p>
      <w:pPr>
        <w:spacing w:after="720" w:before="200"/>
      </w:pPr>
      <w:r>
        <w:t>Yours sincerely,</w:t>
      </w:r>
    </w:p>
    <w:p>
      <w:pPr>
        <w:spacing w:after="0"/>
      </w:pPr>
      <w:r>
        <w:rPr>
          <w:b/>
        </w:rPr>
        <w:t>Your Name</w:t>
      </w:r>
    </w:p>
    <w:p>
      <w:pPr>
        <w:spacing w:after="0"/>
      </w:pPr>
      <w:r>
        <w:rPr>
          <w:color w:val="6B7079"/>
        </w:rPr>
        <w:t>Roll No. 21CS000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381" w:right="1134" w:bottom="1077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079"/>
        <w:sz w:val="16"/>
      </w:rPr>
      <w:t>Your Name · yourname@email.com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Layout w:type="fixed"/>
      <w:tblLook w:firstColumn="1" w:firstRow="1" w:lastColumn="0" w:lastRow="0" w:noHBand="0" w:noVBand="1" w:val="04A0"/>
      <w:tblW w:w="9639" w:type="dxa"/>
      <w:tblLayout w:type="fixed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783"/>
      <w:gridCol w:w="3855"/>
    </w:tblGrid>
    <w:tr>
      <w:tc>
        <w:tcPr>
          <w:tcW w:type="dxa" w:w="5783"/>
        </w:tcPr>
        <w:p>
          <w:r>
            <w:rPr>
              <w:rFonts w:ascii="Fraunces" w:hAnsi="Fraunces" w:cs="Fraunces" w:eastAsia="Fraunces"/>
              <w:b/>
              <w:color w:val="7E22CE"/>
              <w:sz w:val="36"/>
            </w:rPr>
            <w:t>Your Name</w:t>
          </w:r>
        </w:p>
        <w:p>
          <w:r>
            <w:rPr>
              <w:color w:val="6B7079"/>
              <w:sz w:val="18"/>
            </w:rPr>
            <w:t>B.Tech (CSE), 3rd year</w:t>
          </w:r>
        </w:p>
      </w:tc>
      <w:tc>
        <w:tcPr>
          <w:tcW w:type="dxa" w:w="3855"/>
        </w:tcPr>
        <w:p>
          <w:pPr>
            <w:spacing w:after="0"/>
            <w:jc w:val="right"/>
          </w:pPr>
          <w:r>
            <w:rPr>
              <w:color w:val="6B7079"/>
              <w:sz w:val="17"/>
            </w:rPr>
            <w:t>Northfield College of Engineering</w:t>
          </w:r>
        </w:p>
        <w:p>
          <w:pPr>
            <w:spacing w:after="0"/>
            <w:jc w:val="right"/>
          </w:pPr>
          <w:r>
            <w:rPr>
              <w:color w:val="6B7079"/>
              <w:sz w:val="17"/>
            </w:rPr>
            <w:t>Pune</w:t>
          </w:r>
        </w:p>
        <w:p>
          <w:pPr>
            <w:spacing w:after="0"/>
            <w:jc w:val="right"/>
          </w:pPr>
          <w:r>
            <w:rPr>
              <w:color w:val="6B7079"/>
              <w:sz w:val="17"/>
            </w:rPr>
            <w:t>+91 98xxx xxxxx</w:t>
          </w:r>
        </w:p>
        <w:p>
          <w:pPr>
            <w:spacing w:after="0"/>
            <w:jc w:val="right"/>
          </w:pPr>
          <w:r>
            <w:rPr>
              <w:color w:val="6B7079"/>
              <w:sz w:val="17"/>
            </w:rPr>
            <w:t>yourname@email.com</w:t>
          </w:r>
        </w:p>
      </w:tc>
    </w:tr>
  </w:tbl>
  <w:p>
    <w:pPr>
      <w:pBdr>
        <w:bottom w:val="single" w:sz="12" w:space="1" w:color="7E22CE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Manrope" w:hAnsi="Manrope" w:cs="Manrope" w:eastAsia="Manrope"/>
      <w:color w:val="11182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top w:val="single" w:sz="18" w:space="10" w:color="111827"/>
      </w:pBdr>
    </w:pPr>
    <w:rPr>
      <w:rFonts w:ascii="Fraunces" w:hAnsi="Fraunces" w:cs="Fraunces" w:eastAsia="Fraunces"/>
      <w:b/>
      <w:bCs/>
      <w:i w:val="0"/>
      <w:color w:val="111827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Fraunces" w:hAnsi="Fraunces" w:cs="Fraunces" w:eastAsia="Fraunces"/>
      <w:b/>
      <w:bCs/>
      <w:i w:val="0"/>
      <w:color w:val="11182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Fraunces" w:hAnsi="Fraunces" w:cs="Fraunces" w:eastAsia="Fraunces"/>
      <w:b/>
      <w:bCs/>
      <w:i w:val="0"/>
      <w:color w:val="111827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Fraunces" w:hAnsi="Fraunces" w:cs="Fraunces" w:eastAsia="Fraunces"/>
      <w:b/>
      <w:color w:val="111827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Manrope" w:hAnsi="Manrope" w:cs="Manrope" w:eastAsia="Manrope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Fraunces" w:hAnsi="Fraunces" w:cs="Fraunces" w:eastAsia="Fraunces"/>
      <w:i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Manrope" w:hAnsi="Manrope" w:cs="Manrope" w:eastAsia="Manrope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Fraunces" w:hAnsi="Fraunces" w:cs="Fraunces" w:eastAsia="Fraunces"/>
      <w:b/>
      <w:sz w:val="23"/>
      <w:szCs w:val="23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Manrope" w:hAnsi="Manrope" w:cs="Manrope" w:eastAsia="Manrope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