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color w:val="767676"/>
        </w:rPr>
        <w:t>Ref: GVU/CSE/2026/LOR/12</w:t>
      </w:r>
    </w:p>
    <w:p>
      <w:pPr>
        <w:spacing w:after="320"/>
      </w:pPr>
      <w:r>
        <w:rPr>
          <w:color w:val="767676"/>
        </w:rPr>
        <w:t>Date: 14 April 2026</w:t>
      </w:r>
    </w:p>
    <w:p>
      <w:pPr>
        <w:spacing w:after="0"/>
      </w:pPr>
      <w:r>
        <w:t>The Admissions Committee</w:t>
      </w:r>
    </w:p>
    <w:p>
      <w:pPr>
        <w:spacing w:after="0"/>
      </w:pPr>
      <w:r>
        <w:t>Graduate Programme in Data Science</w:t>
      </w:r>
    </w:p>
    <w:p>
      <w:pPr>
        <w:spacing w:after="0"/>
      </w:pPr>
      <w:r>
        <w:t>University Name</w:t>
      </w:r>
    </w:p>
    <w:p>
      <w:pPr>
        <w:spacing w:after="120"/>
      </w:pPr>
    </w:p>
    <w:p>
      <w:pPr>
        <w:spacing w:after="200"/>
      </w:pPr>
      <w:r>
        <w:rPr>
          <w:b/>
        </w:rPr>
        <w:t>Subject: Letter of recommendation for Ms. Student Name</w:t>
      </w:r>
    </w:p>
    <w:p>
      <w:r>
        <w:t>Dear Members of the Committee,</w:t>
      </w:r>
    </w:p>
    <w:p>
      <w:pPr>
        <w:jc w:val="both"/>
      </w:pPr>
      <w:r>
        <w:t>It is my pleasure to recommend Ms. Student Name for admission to your graduate programme in Data Science. I have known her for three years as her teacher for Data Structures and Machine Learning, and as the guide for her final-year project.</w:t>
      </w:r>
    </w:p>
    <w:p>
      <w:pPr>
        <w:jc w:val="both"/>
      </w:pPr>
      <w:r>
        <w:t>She ranked among the top five students of a class of 120 and stood out for her curiosity and persistence. Her project on crop disease detection using convolutional neural networks was well designed, carefully evaluated and clearly written.</w:t>
      </w:r>
    </w:p>
    <w:p>
      <w:pPr>
        <w:jc w:val="both"/>
      </w:pPr>
      <w:r>
        <w:t>She works well in teams, communicates clearly and takes feedback seriously. I am confident she will be an asset to your programme and recommend her without reservation.</w:t>
      </w:r>
    </w:p>
    <w:p>
      <w:pPr>
        <w:spacing w:after="720" w:before="200"/>
      </w:pPr>
      <w:r>
        <w:t>Yours sincerely,</w:t>
      </w:r>
    </w:p>
    <w:p>
      <w:pPr>
        <w:spacing w:after="0"/>
      </w:pPr>
      <w:r>
        <w:rPr>
          <w:b/>
        </w:rPr>
        <w:t>Dr. S. Banerjee</w:t>
      </w:r>
    </w:p>
    <w:p>
      <w:pPr>
        <w:spacing w:after="0"/>
      </w:pPr>
      <w:r>
        <w:rPr>
          <w:color w:val="767676"/>
        </w:rPr>
        <w:t>Associate Professor, Computer Science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381" w:right="1134" w:bottom="1077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67676"/>
        <w:sz w:val="16"/>
      </w:rPr>
      <w:t>Department of Computer Science · www.yourdomain.in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Layout w:type="fixed"/>
      <w:tblLook w:firstColumn="1" w:firstRow="1" w:lastColumn="0" w:lastRow="0" w:noHBand="0" w:noVBand="1" w:val="04A0"/>
      <w:tblW w:w="9639" w:type="dxa"/>
      <w:tblLayout w:type="fixed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783"/>
      <w:gridCol w:w="3855"/>
    </w:tblGrid>
    <w:tr>
      <w:tc>
        <w:tcPr>
          <w:tcW w:type="dxa" w:w="5783"/>
        </w:tcPr>
        <w:p>
          <w:r>
            <w:rPr>
              <w:rFonts w:ascii="Roboto" w:hAnsi="Roboto" w:cs="Roboto" w:eastAsia="Roboto"/>
              <w:b/>
              <w:color w:val="A16207"/>
              <w:sz w:val="36"/>
            </w:rPr>
            <w:t>Department of Computer Science</w:t>
          </w:r>
        </w:p>
        <w:p>
          <w:r>
            <w:rPr>
              <w:color w:val="767676"/>
              <w:sz w:val="18"/>
            </w:rPr>
            <w:t>Greenvalley University, Dehradun</w:t>
          </w:r>
        </w:p>
      </w:tc>
      <w:tc>
        <w:tcPr>
          <w:tcW w:type="dxa" w:w="3855"/>
        </w:tcPr>
        <w:p>
          <w:pPr>
            <w:spacing w:after="0"/>
            <w:jc w:val="right"/>
          </w:pPr>
          <w:r>
            <w:rPr>
              <w:color w:val="767676"/>
              <w:sz w:val="17"/>
            </w:rPr>
            <w:t>Greenvalley University</w:t>
          </w:r>
        </w:p>
        <w:p>
          <w:pPr>
            <w:spacing w:after="0"/>
            <w:jc w:val="right"/>
          </w:pPr>
          <w:r>
            <w:rPr>
              <w:color w:val="767676"/>
              <w:sz w:val="17"/>
            </w:rPr>
            <w:t>Dehradun 248001</w:t>
          </w:r>
        </w:p>
        <w:p>
          <w:pPr>
            <w:spacing w:after="0"/>
            <w:jc w:val="right"/>
          </w:pPr>
          <w:r>
            <w:rPr>
              <w:color w:val="767676"/>
              <w:sz w:val="17"/>
            </w:rPr>
            <w:t>+91 135 000 0000</w:t>
          </w:r>
        </w:p>
        <w:p>
          <w:pPr>
            <w:spacing w:after="0"/>
            <w:jc w:val="right"/>
          </w:pPr>
          <w:r>
            <w:rPr>
              <w:color w:val="767676"/>
              <w:sz w:val="17"/>
            </w:rPr>
            <w:t>cse@yourdomain.edu.in</w:t>
          </w:r>
        </w:p>
      </w:tc>
    </w:tr>
  </w:tbl>
  <w:p>
    <w:pPr>
      <w:pBdr>
        <w:bottom w:val="single" w:sz="12" w:space="1" w:color="A16207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Roboto" w:hAnsi="Roboto" w:cs="Roboto" w:eastAsia="Roboto"/>
      <w:color w:val="222222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</w:pPr>
    <w:rPr>
      <w:rFonts w:ascii="Roboto" w:hAnsi="Roboto" w:cs="Roboto" w:eastAsia="Roboto"/>
      <w:b/>
      <w:bCs/>
      <w:i w:val="0"/>
      <w:color w:val="222222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Roboto" w:hAnsi="Roboto" w:cs="Roboto" w:eastAsia="Roboto"/>
      <w:b/>
      <w:bCs/>
      <w:i w:val="0"/>
      <w:color w:val="A1620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Roboto" w:hAnsi="Roboto" w:cs="Roboto" w:eastAsia="Roboto"/>
      <w:b/>
      <w:bCs/>
      <w:i w:val="0"/>
      <w:color w:val="222222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Roboto" w:hAnsi="Roboto" w:cs="Roboto" w:eastAsia="Roboto"/>
      <w:b/>
      <w:color w:val="222222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Roboto" w:hAnsi="Roboto" w:cs="Roboto" w:eastAsia="Roboto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Roboto" w:hAnsi="Roboto" w:cs="Roboto" w:eastAsia="Roboto"/>
      <w:i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Roboto" w:hAnsi="Roboto" w:cs="Roboto" w:eastAsia="Roboto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Roboto" w:hAnsi="Roboto" w:cs="Roboto" w:eastAsia="Roboto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Roboto" w:hAnsi="Roboto" w:cs="Roboto" w:eastAsia="Roboto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