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color w:val="72706F"/>
        </w:rPr>
        <w:t>Ref: —</w:t>
      </w:r>
    </w:p>
    <w:p>
      <w:pPr>
        <w:spacing w:after="320"/>
      </w:pPr>
      <w:r>
        <w:rPr>
          <w:color w:val="72706F"/>
        </w:rPr>
        <w:t>Date: 14 April 2026</w:t>
      </w:r>
    </w:p>
    <w:p>
      <w:pPr>
        <w:spacing w:after="0"/>
      </w:pPr>
      <w:r>
        <w:t>The Hiring Manager</w:t>
      </w:r>
    </w:p>
    <w:p>
      <w:pPr>
        <w:spacing w:after="0"/>
      </w:pPr>
      <w:r>
        <w:t>Company Name Pvt. Ltd.</w:t>
      </w:r>
    </w:p>
    <w:p>
      <w:pPr>
        <w:spacing w:after="0"/>
      </w:pPr>
      <w:r>
        <w:t>Gurugram</w:t>
      </w:r>
    </w:p>
    <w:p>
      <w:pPr>
        <w:spacing w:after="120"/>
      </w:pPr>
    </w:p>
    <w:p>
      <w:pPr>
        <w:spacing w:after="200"/>
      </w:pPr>
      <w:r>
        <w:rPr>
          <w:b/>
        </w:rPr>
        <w:t>Subject: Application for the role of Digital Marketing Executive</w:t>
      </w:r>
    </w:p>
    <w:p>
      <w:r>
        <w:t>Dear Hiring Manager,</w:t>
      </w:r>
    </w:p>
    <w:p>
      <w:pPr>
        <w:jc w:val="both"/>
      </w:pPr>
      <w:r>
        <w:t>I am excited to apply for the Digital Marketing Executive role advertised on your careers page. With two years of experience running social media and search campaigns for consumer brands, I believe I can help your team grow online engagement and leads.</w:t>
      </w:r>
    </w:p>
    <w:p>
      <w:pPr>
        <w:jc w:val="both"/>
      </w:pPr>
      <w:r>
        <w:t>In my current role at a Noida-based agency, I manage campaigns with a monthly budget of over ₹5 lakh, and I improved the cost per lead for a key client by 28% through better targeting and testing. I am certified in search and analytics tools and enjoy turning data into clear action.</w:t>
      </w:r>
    </w:p>
    <w:p>
      <w:pPr>
        <w:jc w:val="both"/>
      </w:pPr>
      <w:r>
        <w:t>I would welcome the chance to discuss how my skills fit your needs. Thank you for your time and consideration.</w:t>
      </w:r>
    </w:p>
    <w:p>
      <w:pPr>
        <w:spacing w:after="720" w:before="200"/>
      </w:pPr>
      <w:r>
        <w:t>Warm regards,</w:t>
      </w:r>
    </w:p>
    <w:p>
      <w:pPr>
        <w:spacing w:after="0"/>
      </w:pPr>
      <w:r>
        <w:rPr>
          <w:b/>
        </w:rPr>
        <w:t>Your Name</w:t>
      </w:r>
    </w:p>
    <w:p>
      <w:pPr>
        <w:spacing w:after="0"/>
      </w:pPr>
      <w:r>
        <w:rPr>
          <w:color w:val="72706F"/>
        </w:rPr>
        <w:t>+91 98xxx xxxxx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381" w:right="1247" w:bottom="1185" w:left="1247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2706F"/>
        <w:sz w:val="16"/>
      </w:rPr>
      <w:t>Your Name · yourname@email.com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Layout w:type="fixed"/>
      <w:tblLook w:firstColumn="1" w:firstRow="1" w:lastColumn="0" w:lastRow="0" w:noHBand="0" w:noVBand="1" w:val="04A0"/>
      <w:tblW w:w="9412" w:type="dxa"/>
      <w:tblLayout w:type="fixed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5647"/>
      <w:gridCol w:w="3764"/>
    </w:tblGrid>
    <w:tr>
      <w:tc>
        <w:tcPr>
          <w:tcW w:type="dxa" w:w="5647"/>
        </w:tcPr>
        <w:p>
          <w:r>
            <w:rPr>
              <w:rFonts w:ascii="Calibri" w:hAnsi="Calibri" w:cs="Calibri" w:eastAsia="Calibri"/>
              <w:b/>
              <w:color w:val="1E3A8A"/>
              <w:sz w:val="36"/>
            </w:rPr>
            <w:t>Your Name</w:t>
          </w:r>
        </w:p>
        <w:p>
          <w:r>
            <w:rPr>
              <w:color w:val="72706F"/>
              <w:sz w:val="18"/>
            </w:rPr>
            <w:t>Marketing professional</w:t>
          </w:r>
        </w:p>
      </w:tc>
      <w:tc>
        <w:tcPr>
          <w:tcW w:type="dxa" w:w="3764"/>
        </w:tcPr>
        <w:p>
          <w:pPr>
            <w:spacing w:after="0"/>
            <w:jc w:val="right"/>
          </w:pPr>
          <w:r>
            <w:rPr>
              <w:color w:val="72706F"/>
              <w:sz w:val="17"/>
            </w:rPr>
            <w:t>Flat 9, Rose Apartments</w:t>
          </w:r>
        </w:p>
        <w:p>
          <w:pPr>
            <w:spacing w:after="0"/>
            <w:jc w:val="right"/>
          </w:pPr>
          <w:r>
            <w:rPr>
              <w:color w:val="72706F"/>
              <w:sz w:val="17"/>
            </w:rPr>
            <w:t>Noida 201301</w:t>
          </w:r>
        </w:p>
        <w:p>
          <w:pPr>
            <w:spacing w:after="0"/>
            <w:jc w:val="right"/>
          </w:pPr>
          <w:r>
            <w:rPr>
              <w:color w:val="72706F"/>
              <w:sz w:val="17"/>
            </w:rPr>
            <w:t>+91 98xxx xxxxx</w:t>
          </w:r>
        </w:p>
        <w:p>
          <w:pPr>
            <w:spacing w:after="0"/>
            <w:jc w:val="right"/>
          </w:pPr>
          <w:r>
            <w:rPr>
              <w:color w:val="72706F"/>
              <w:sz w:val="17"/>
            </w:rPr>
            <w:t>yourname@email.com</w:t>
          </w:r>
        </w:p>
      </w:tc>
    </w:tr>
  </w:tbl>
  <w:p>
    <w:pPr>
      <w:pBdr>
        <w:bottom w:val="single" w:sz="12" w:space="1" w:color="1E3A8A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32" w:line="300" w:lineRule="auto"/>
    </w:pPr>
    <w:rPr>
      <w:rFonts w:ascii="Calibri" w:hAnsi="Calibri" w:cs="Calibri" w:eastAsia="Calibri"/>
      <w:color w:val="1C1917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outlineLvl w:val="0"/>
      <w:pBdr>
        <w:bottom w:val="single" w:sz="8" w:space="6" w:color="1E3A8A"/>
      </w:pBdr>
    </w:pPr>
    <w:rPr>
      <w:rFonts w:ascii="Calibri" w:hAnsi="Calibri" w:cs="Calibri" w:eastAsia="Calibri"/>
      <w:b/>
      <w:bCs/>
      <w:i w:val="0"/>
      <w:color w:val="1C1917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Calibri" w:hAnsi="Calibri" w:cs="Calibri" w:eastAsia="Calibri"/>
      <w:b/>
      <w:bCs/>
      <w:i w:val="0"/>
      <w:color w:val="1E3A8A"/>
      <w:sz w:val="34"/>
      <w:szCs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Calibri" w:hAnsi="Calibri" w:cs="Calibri" w:eastAsia="Calibri"/>
      <w:b/>
      <w:bCs/>
      <w:i w:val="0"/>
      <w:color w:val="1C1917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Calibri" w:hAnsi="Calibri" w:cs="Calibri" w:eastAsia="Calibri"/>
      <w:b/>
      <w:color w:val="1C1917"/>
      <w:spacing w:val="5"/>
      <w:kern w:val="28"/>
      <w:sz w:val="68"/>
      <w:szCs w:val="6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Calibri" w:hAnsi="Calibri" w:cs="Calibri" w:eastAsia="Calibri"/>
      <w:i w:val="0"/>
      <w:iCs/>
      <w:color w:val="72706F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Calibri" w:hAnsi="Calibri" w:cs="Calibri" w:eastAsia="Calibri"/>
      <w:i/>
      <w:iCs/>
      <w:color w:val="1C1917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Calibri" w:hAnsi="Calibri" w:cs="Calibri" w:eastAsia="Calibri"/>
      <w:b w:val="0"/>
      <w:bCs/>
      <w:i/>
      <w:color w:val="72706F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411" w:val="right" w:leader="dot"/>
      </w:tabs>
      <w:spacing w:after="120"/>
      <w:ind w:left="0"/>
    </w:pPr>
    <w:rPr>
      <w:rFonts w:ascii="Calibri" w:hAnsi="Calibri" w:cs="Calibri" w:eastAsia="Calibri"/>
      <w:b/>
      <w:sz w:val="24"/>
      <w:szCs w:val="24"/>
    </w:rPr>
  </w:style>
  <w:style w:type="paragraph" w:customStyle="1" w:styleId="TOC2">
    <w:name w:val="TOC 2"/>
    <w:basedOn w:val="Normal"/>
    <w:pPr>
      <w:tabs>
        <w:tab w:pos="9411" w:val="right" w:leader="dot"/>
      </w:tabs>
      <w:spacing w:after="80"/>
      <w:ind w:left="340"/>
    </w:pPr>
    <w:rPr>
      <w:rFonts w:ascii="Calibri" w:hAnsi="Calibri" w:cs="Calibri" w:eastAsia="Calibri"/>
      <w:b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