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F7581"/>
        </w:rPr>
        <w:t>Ref: —</w:t>
      </w:r>
    </w:p>
    <w:p>
      <w:pPr>
        <w:spacing w:after="320"/>
      </w:pPr>
      <w:r>
        <w:rPr>
          <w:color w:val="6F7581"/>
        </w:rPr>
        <w:t>Date: 14 April 2026</w:t>
      </w:r>
    </w:p>
    <w:p>
      <w:pPr>
        <w:spacing w:after="0"/>
      </w:pPr>
      <w:r>
        <w:t>The Principal</w:t>
      </w:r>
    </w:p>
    <w:p>
      <w:pPr>
        <w:spacing w:after="0"/>
      </w:pPr>
      <w:r>
        <w:t>Sunrise Public School</w:t>
      </w:r>
    </w:p>
    <w:p>
      <w:pPr>
        <w:spacing w:after="0"/>
      </w:pPr>
      <w:r>
        <w:t>Nagpur 440001</w:t>
      </w:r>
    </w:p>
    <w:p>
      <w:pPr>
        <w:spacing w:after="120"/>
      </w:pPr>
    </w:p>
    <w:p>
      <w:pPr>
        <w:spacing w:after="200"/>
      </w:pPr>
      <w:r>
        <w:rPr>
          <w:b/>
        </w:rPr>
        <w:t>Subject: Application for leave of three days</w:t>
      </w:r>
    </w:p>
    <w:p>
      <w:r>
        <w:t>Respected Ma’am,</w:t>
      </w:r>
    </w:p>
    <w:p>
      <w:pPr>
        <w:jc w:val="both"/>
      </w:pPr>
      <w:r>
        <w:t>With due respect, I beg to state that I have been suffering from viral fever since last night and the doctor has advised me complete rest for three days. Therefore, I will not be able to attend school from 16 to 18 April 2026.</w:t>
      </w:r>
    </w:p>
    <w:p>
      <w:pPr>
        <w:jc w:val="both"/>
      </w:pPr>
      <w:r>
        <w:t>Kindly grant me leave for these three days. I will complete the classwork and homework I miss with the help of my classmates and teachers. A copy of the medical certificate is attached.</w:t>
      </w:r>
    </w:p>
    <w:p>
      <w:pPr>
        <w:jc w:val="both"/>
      </w:pPr>
      <w:r>
        <w:t>Thanking you.</w:t>
      </w:r>
    </w:p>
    <w:p>
      <w:pPr>
        <w:spacing w:after="720" w:before="200"/>
      </w:pPr>
      <w:r>
        <w:t>Yours obediently,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6F7581"/>
        </w:rPr>
        <w:t>Class 11-B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F7581"/>
        <w:sz w:val="16"/>
      </w:rPr>
      <w:t>Leave application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412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47"/>
      <w:gridCol w:w="3764"/>
    </w:tblGrid>
    <w:tr>
      <w:tc>
        <w:tcPr>
          <w:tcW w:type="dxa" w:w="5647"/>
        </w:tcPr>
        <w:p>
          <w:r>
            <w:rPr>
              <w:rFonts w:ascii="Raleway" w:hAnsi="Raleway" w:cs="Raleway" w:eastAsia="Raleway"/>
              <w:b/>
              <w:color w:val="1F4E8C"/>
              <w:sz w:val="36"/>
            </w:rPr>
            <w:t>Your Name</w:t>
          </w:r>
        </w:p>
        <w:p>
          <w:r>
            <w:rPr>
              <w:color w:val="6F7581"/>
              <w:sz w:val="18"/>
            </w:rPr>
            <w:t>Class 11-B, Roll No. 17</w:t>
          </w:r>
        </w:p>
      </w:tc>
      <w:tc>
        <w:tcPr>
          <w:tcW w:type="dxa" w:w="3764"/>
        </w:tcPr>
        <w:p>
          <w:pPr>
            <w:spacing w:after="0"/>
            <w:jc w:val="right"/>
          </w:pPr>
          <w:r>
            <w:rPr>
              <w:color w:val="6F7581"/>
              <w:sz w:val="17"/>
            </w:rPr>
            <w:t>Sunrise Public School</w:t>
          </w:r>
        </w:p>
        <w:p>
          <w:pPr>
            <w:spacing w:after="0"/>
            <w:jc w:val="right"/>
          </w:pPr>
          <w:r>
            <w:rPr>
              <w:color w:val="6F7581"/>
              <w:sz w:val="17"/>
            </w:rPr>
            <w:t>Nagpur</w:t>
          </w:r>
        </w:p>
        <w:p>
          <w:pPr>
            <w:spacing w:after="0"/>
            <w:jc w:val="right"/>
          </w:pPr>
          <w:r>
            <w:rPr>
              <w:color w:val="6F7581"/>
              <w:sz w:val="17"/>
            </w:rPr>
          </w:r>
        </w:p>
        <w:p>
          <w:pPr>
            <w:spacing w:after="0"/>
            <w:jc w:val="right"/>
          </w:pPr>
          <w:r>
            <w:rPr>
              <w:color w:val="6F7581"/>
              <w:sz w:val="17"/>
            </w:rPr>
          </w:r>
        </w:p>
      </w:tc>
    </w:tr>
  </w:tbl>
  <w:p>
    <w:pPr>
      <w:pBdr>
        <w:bottom w:val="single" w:sz="12" w:space="1" w:color="1F4E8C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1F4E8C"/>
      </w:pBdr>
    </w:pPr>
    <w:rPr>
      <w:rFonts w:ascii="Raleway" w:hAnsi="Raleway" w:cs="Raleway" w:eastAsia="Raleway"/>
      <w:b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1F4E8C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Raleway" w:hAnsi="Raleway" w:cs="Raleway" w:eastAsia="Raleway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