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B7079"/>
        </w:rPr>
        <w:t>Ref: Personal</w:t>
      </w:r>
    </w:p>
    <w:p>
      <w:pPr>
        <w:spacing w:after="320"/>
      </w:pPr>
      <w:r>
        <w:rPr>
          <w:color w:val="6B7079"/>
        </w:rPr>
        <w:t>Date: 14 April 2026</w:t>
      </w:r>
    </w:p>
    <w:p>
      <w:pPr>
        <w:spacing w:after="0"/>
      </w:pPr>
      <w:r>
        <w:t>The Branch Manager</w:t>
      </w:r>
    </w:p>
    <w:p>
      <w:pPr>
        <w:spacing w:after="0"/>
      </w:pPr>
      <w:r>
        <w:t>Your Bank Name, Main Branch</w:t>
      </w:r>
    </w:p>
    <w:p>
      <w:pPr>
        <w:spacing w:after="0"/>
      </w:pPr>
      <w:r>
        <w:t>City 400001</w:t>
      </w:r>
    </w:p>
    <w:p>
      <w:pPr>
        <w:spacing w:after="120"/>
      </w:pPr>
    </w:p>
    <w:p>
      <w:pPr>
        <w:spacing w:after="200"/>
      </w:pPr>
      <w:r>
        <w:rPr>
          <w:b/>
        </w:rPr>
        <w:t>Subject: Request to update mobile number and e-mail ID in savings account</w:t>
      </w:r>
    </w:p>
    <w:p>
      <w:r>
        <w:t>Dear Sir/Madam,</w:t>
      </w:r>
    </w:p>
    <w:p>
      <w:pPr>
        <w:jc w:val="both"/>
      </w:pPr>
      <w:r>
        <w:t>I hold a savings account (No. XXXXXXXX1234) in your branch. My registered mobile number is no longer in use, so I am unable to receive OTPs and transaction alerts.</w:t>
      </w:r>
    </w:p>
    <w:p>
      <w:pPr>
        <w:jc w:val="both"/>
      </w:pPr>
      <w:r>
        <w:t>I request you to update my mobile number to +91 98xxx xxxxx and my e-mail ID to yourname@email.com. Self-attested copies of my Aadhaar card and PAN card are enclosed for verification.</w:t>
      </w:r>
    </w:p>
    <w:p>
      <w:pPr>
        <w:jc w:val="both"/>
      </w:pPr>
      <w:r>
        <w:t>Kindly confirm once the change has been made. Thank you for your help.</w:t>
      </w:r>
    </w:p>
    <w:p>
      <w:pPr>
        <w:spacing w:after="720" w:before="200"/>
      </w:pPr>
      <w:r>
        <w:t>Yours faithfully,</w:t>
      </w:r>
    </w:p>
    <w:p>
      <w:pPr>
        <w:spacing w:after="0"/>
      </w:pPr>
      <w:r>
        <w:rPr>
          <w:b/>
        </w:rPr>
        <w:t>Your Name</w:t>
      </w:r>
    </w:p>
    <w:p>
      <w:pPr>
        <w:spacing w:after="0"/>
      </w:pPr>
      <w:r>
        <w:rPr>
          <w:color w:val="6B7079"/>
        </w:rPr>
        <w:t>Account No. XXXXXXXX1234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Your Name · yourname@email.com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412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47"/>
      <w:gridCol w:w="3764"/>
    </w:tblGrid>
    <w:tr>
      <w:tc>
        <w:tcPr>
          <w:tcW w:type="dxa" w:w="5647"/>
        </w:tcPr>
        <w:p>
          <w:r>
            <w:rPr>
              <w:rFonts w:ascii="Cambria" w:hAnsi="Cambria" w:cs="Cambria" w:eastAsia="Cambria"/>
              <w:b/>
              <w:color w:val="7C2D12"/>
              <w:sz w:val="36"/>
            </w:rPr>
            <w:t>Your Name</w:t>
          </w:r>
        </w:p>
        <w:p>
          <w:r>
            <w:rPr>
              <w:color w:val="6B7079"/>
              <w:sz w:val="18"/>
            </w:rPr>
            <w:t>B.Com (Hons.), Final Year</w:t>
          </w:r>
        </w:p>
      </w:tc>
      <w:tc>
        <w:tcPr>
          <w:tcW w:type="dxa" w:w="3764"/>
        </w:tcPr>
        <w:p>
          <w:pPr>
            <w:spacing w:after="0"/>
            <w:jc w:val="right"/>
          </w:pPr>
          <w:r>
            <w:rPr>
              <w:color w:val="6B7079"/>
              <w:sz w:val="17"/>
            </w:rPr>
            <w:t>Room 214, Girls' Hostel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Your College, City 400001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+91 98xxx xxxxx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yourname@email.com</w:t>
          </w:r>
        </w:p>
      </w:tc>
    </w:tr>
  </w:tbl>
  <w:p>
    <w:pPr>
      <w:pBdr>
        <w:bottom w:val="single" w:sz="12" w:space="1" w:color="7C2D1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7C2D12"/>
      </w:pBdr>
    </w:pPr>
    <w:rPr>
      <w:rFonts w:ascii="Cambria" w:hAnsi="Cambria" w:cs="Cambria" w:eastAsia="Cambria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7C2D1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Cambria" w:hAnsi="Cambria" w:cs="Cambria" w:eastAsia="Cambria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