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Personal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Mr. Owner Name</w:t>
      </w:r>
    </w:p>
    <w:p>
      <w:pPr>
        <w:spacing w:after="0"/>
      </w:pPr>
      <w:r>
        <w:t>Owner, Flat 702, Sai Krupa Residency</w:t>
      </w:r>
    </w:p>
    <w:p>
      <w:pPr>
        <w:spacing w:after="0"/>
      </w:pPr>
      <w:r>
        <w:t>Pune 411045</w:t>
      </w:r>
    </w:p>
    <w:p>
      <w:pPr>
        <w:spacing w:after="120"/>
      </w:pPr>
    </w:p>
    <w:p>
      <w:pPr>
        <w:spacing w:after="200"/>
      </w:pPr>
      <w:r>
        <w:rPr>
          <w:b/>
        </w:rPr>
        <w:t>Subject: Notice of vacating the rented flat and request for refund of security deposit</w:t>
      </w:r>
    </w:p>
    <w:p>
      <w:r>
        <w:t>Dear Mr. Owner Name,</w:t>
      </w:r>
    </w:p>
    <w:p>
      <w:pPr>
        <w:jc w:val="both"/>
      </w:pPr>
      <w:r>
        <w:t>As per clause 9 of our rent agreement dated 1 June 2025, I am giving one month's notice that I will vacate Flat 702 on 30 June 2026.</w:t>
      </w:r>
    </w:p>
    <w:p>
      <w:pPr>
        <w:jc w:val="both"/>
      </w:pPr>
      <w:r>
        <w:t>The rent up to June has been paid, and the electricity and maintenance bills will be cleared before I hand over the keys. I would be glad to arrange a joint inspection of the flat on 29 June at a time convenient to you.</w:t>
      </w:r>
    </w:p>
    <w:p>
      <w:pPr>
        <w:jc w:val="both"/>
      </w:pPr>
      <w:r>
        <w:t>I request you to refund the security deposit of ₹60,000 by bank transfer within seven days of the hand-over, after any agreed deductions. My bank details are given below.</w:t>
      </w:r>
    </w:p>
    <w:p>
      <w:pPr>
        <w:spacing w:after="720" w:before="200"/>
      </w:pPr>
      <w:r>
        <w:t>Regards,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6B7079"/>
        </w:rPr>
        <w:t>A/c: XXXXXXXX5678 · IFSC: XXXX0001234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Your Name · Flat 702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026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415"/>
      <w:gridCol w:w="3610"/>
    </w:tblGrid>
    <w:tr>
      <w:tc>
        <w:tcPr>
          <w:tcW w:type="dxa" w:w="5415"/>
        </w:tcPr>
        <w:p>
          <w:r>
            <w:rPr>
              <w:rFonts w:ascii="Crimson Pro" w:hAnsi="Crimson Pro" w:cs="Crimson Pro" w:eastAsia="Crimson Pro"/>
              <w:b/>
              <w:color w:val="831843"/>
              <w:sz w:val="36"/>
            </w:rPr>
            <w:t>Your Name</w:t>
          </w:r>
        </w:p>
        <w:p>
          <w:r>
            <w:rPr>
              <w:color w:val="6B7079"/>
              <w:sz w:val="18"/>
            </w:rPr>
            <w:t>Tenant, Flat 702</w:t>
          </w:r>
        </w:p>
      </w:tc>
      <w:tc>
        <w:tcPr>
          <w:tcW w:type="dxa" w:w="3610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Flat 702, Sai Krupa Residency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Pune 411045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yourname@email.com</w:t>
          </w:r>
        </w:p>
      </w:tc>
    </w:tr>
  </w:tbl>
  <w:p>
    <w:pPr>
      <w:pBdr>
        <w:bottom w:val="single" w:sz="12" w:space="1" w:color="831843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rimson Pro" w:hAnsi="Crimson Pro" w:cs="Crimson Pro" w:eastAsia="Crimson Pro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1182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