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6B7079"/>
        </w:rPr>
        <w:t>Ref: KIM/ACAD/2026/112</w:t>
      </w:r>
    </w:p>
    <w:p>
      <w:pPr>
        <w:spacing w:after="320"/>
      </w:pPr>
      <w:r>
        <w:rPr>
          <w:color w:val="6B7079"/>
        </w:rPr>
        <w:t>Date: 14 April 2026</w:t>
      </w:r>
    </w:p>
    <w:p>
      <w:pPr>
        <w:spacing w:after="0"/>
      </w:pPr>
      <w:r>
        <w:t>Dr. Guest Name</w:t>
      </w:r>
    </w:p>
    <w:p>
      <w:pPr>
        <w:spacing w:after="0"/>
      </w:pPr>
      <w:r>
        <w:t>Professor, Department of Economics</w:t>
      </w:r>
    </w:p>
    <w:p>
      <w:pPr>
        <w:spacing w:after="0"/>
      </w:pPr>
      <w:r>
        <w:t>University Name, City</w:t>
      </w:r>
    </w:p>
    <w:p>
      <w:pPr>
        <w:spacing w:after="120"/>
      </w:pPr>
    </w:p>
    <w:p>
      <w:pPr>
        <w:spacing w:after="200"/>
      </w:pPr>
      <w:r>
        <w:rPr>
          <w:b/>
        </w:rPr>
        <w:t>Subject: Invitation to deliver a guest lecture on India's digital public infrastructure</w:t>
      </w:r>
    </w:p>
    <w:p>
      <w:r>
        <w:t>Dear Dr. Guest Name,</w:t>
      </w:r>
    </w:p>
    <w:p>
      <w:pPr>
        <w:jc w:val="both"/>
      </w:pPr>
      <w:r>
        <w:t>On behalf of Kalpavriksh Institute of Management, I am pleased to invite you to deliver a guest lecture to our MBA students on 'India's Digital Public Infrastructure: Lessons for Business'.</w:t>
      </w:r>
    </w:p>
    <w:p>
      <w:pPr>
        <w:jc w:val="both"/>
      </w:pPr>
      <w:r>
        <w:t>The session is planned for Friday, 21 August 2026, from 11:00 AM to 12:30 PM in our main auditorium, followed by a short interaction with students. About 240 students and faculty members are expected to attend.</w:t>
      </w:r>
    </w:p>
    <w:p>
      <w:pPr>
        <w:jc w:val="both"/>
      </w:pPr>
      <w:r>
        <w:t>The institute will arrange your travel, local hospitality and an honorarium as per our norms. We would be grateful if you could confirm your availability by 31 July 2026.</w:t>
      </w:r>
    </w:p>
    <w:p>
      <w:pPr>
        <w:spacing w:after="720" w:before="200"/>
      </w:pPr>
      <w:r>
        <w:t>With warm regards,</w:t>
      </w:r>
    </w:p>
    <w:p>
      <w:pPr>
        <w:spacing w:after="0"/>
      </w:pPr>
      <w:r>
        <w:rPr>
          <w:b/>
        </w:rPr>
        <w:t>Prof. Dean Name</w:t>
      </w:r>
    </w:p>
    <w:p>
      <w:pPr>
        <w:spacing w:after="0"/>
      </w:pPr>
      <w:r>
        <w:rPr>
          <w:color w:val="6B7079"/>
        </w:rPr>
        <w:t>Dean, Academics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Kalpavriksh Institute of Management · www.yourinstitute.edu.in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639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783"/>
      <w:gridCol w:w="3855"/>
    </w:tblGrid>
    <w:tr>
      <w:tc>
        <w:tcPr>
          <w:tcW w:type="dxa" w:w="5783"/>
        </w:tcPr>
        <w:p>
          <w:r>
            <w:rPr>
              <w:rFonts w:ascii="Cambria" w:hAnsi="Cambria" w:cs="Cambria" w:eastAsia="Cambria"/>
              <w:b/>
              <w:color w:val="0F766E"/>
              <w:sz w:val="36"/>
            </w:rPr>
            <w:t>Kalpavriksh Institute of Management</w:t>
          </w:r>
        </w:p>
        <w:p>
          <w:r>
            <w:rPr>
              <w:color w:val="6B7079"/>
              <w:sz w:val="18"/>
            </w:rPr>
            <w:t>Office of the Dean, Academics</w:t>
          </w:r>
        </w:p>
      </w:tc>
      <w:tc>
        <w:tcPr>
          <w:tcW w:type="dxa" w:w="3855"/>
        </w:tcPr>
        <w:p>
          <w:pPr>
            <w:spacing w:after="0"/>
            <w:jc w:val="right"/>
          </w:pPr>
          <w:r>
            <w:rPr>
              <w:color w:val="6B7079"/>
              <w:sz w:val="17"/>
            </w:rPr>
            <w:t>Plot 12, Knowledge Park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Indore 452010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+91 731 000 0000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dean@yourinstitute.edu.in</w:t>
          </w:r>
        </w:p>
      </w:tc>
    </w:tr>
  </w:tbl>
  <w:p>
    <w:pPr>
      <w:pBdr>
        <w:bottom w:val="single" w:sz="12" w:space="1" w:color="0F766E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0F766E"/>
      </w:pBdr>
    </w:pPr>
    <w:rPr>
      <w:rFonts w:ascii="Cambria" w:hAnsi="Cambria" w:cs="Cambria" w:eastAsia="Cambria"/>
      <w:b/>
      <w:bCs/>
      <w:i w:val="0"/>
      <w:color w:val="11182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mbria" w:hAnsi="Cambria" w:cs="Cambria" w:eastAsia="Cambria"/>
      <w:b/>
      <w:bCs/>
      <w:i w:val="0"/>
      <w:color w:val="111827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mbria" w:hAnsi="Cambria" w:cs="Cambria" w:eastAsia="Cambria"/>
      <w:b/>
      <w:bCs/>
      <w:i w:val="0"/>
      <w:color w:val="11182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mbria" w:hAnsi="Cambria" w:cs="Cambria" w:eastAsia="Cambria"/>
      <w:b/>
      <w:color w:val="11182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mbria" w:hAnsi="Cambria" w:cs="Cambria" w:eastAsia="Cambria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Cambria" w:hAnsi="Cambria" w:cs="Cambria" w:eastAsia="Cambria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