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color w:val="72706F"/>
        </w:rPr>
        <w:t>Ref: Order No. OD-XXXXXXX</w:t>
      </w:r>
    </w:p>
    <w:p>
      <w:pPr>
        <w:spacing w:after="320"/>
      </w:pPr>
      <w:r>
        <w:rPr>
          <w:color w:val="72706F"/>
        </w:rPr>
        <w:t>Date: 14 April 2026</w:t>
      </w:r>
    </w:p>
    <w:p>
      <w:pPr>
        <w:spacing w:after="0"/>
      </w:pPr>
      <w:r>
        <w:t>The Customer Care Manager</w:t>
      </w:r>
    </w:p>
    <w:p>
      <w:pPr>
        <w:spacing w:after="0"/>
      </w:pPr>
      <w:r>
        <w:t>Online Store Name</w:t>
      </w:r>
    </w:p>
    <w:p>
      <w:pPr>
        <w:spacing w:after="0"/>
      </w:pPr>
      <w:r>
        <w:t>Registered Office Address</w:t>
      </w:r>
    </w:p>
    <w:p>
      <w:pPr>
        <w:spacing w:after="120"/>
      </w:pPr>
    </w:p>
    <w:p>
      <w:pPr>
        <w:spacing w:after="200"/>
      </w:pPr>
      <w:r>
        <w:rPr>
          <w:b/>
        </w:rPr>
        <w:t>Subject: Complaint about a damaged product and request for replacement</w:t>
      </w:r>
    </w:p>
    <w:p>
      <w:r>
        <w:t>Dear Sir/Madam,</w:t>
      </w:r>
    </w:p>
    <w:p>
      <w:pPr>
        <w:jc w:val="both"/>
      </w:pPr>
      <w:r>
        <w:t>I ordered a mixer grinder (Order No. OD-XXXXXXX) on 3 May 2026 and it was delivered on 6 May 2026. When I opened the box, the main jar was cracked and the lid lock was broken.</w:t>
      </w:r>
    </w:p>
    <w:p>
      <w:pPr>
        <w:jc w:val="both"/>
      </w:pPr>
      <w:r>
        <w:t>I have attached photographs of the product and the packaging taken at the time of unboxing. I raised a request in the app on the same day, but it has not been resolved.</w:t>
      </w:r>
    </w:p>
    <w:p>
      <w:pPr>
        <w:jc w:val="both"/>
      </w:pPr>
      <w:r>
        <w:t>I request you to arrange a replacement or a full refund within seven working days. If I do not hear from you, I will be forced to take the matter to the consumer helpline.</w:t>
      </w:r>
    </w:p>
    <w:p>
      <w:pPr>
        <w:spacing w:after="720" w:before="200"/>
      </w:pPr>
      <w:r>
        <w:t>Yours faithfully,</w:t>
      </w:r>
    </w:p>
    <w:p>
      <w:pPr>
        <w:spacing w:after="0"/>
      </w:pPr>
      <w:r>
        <w:rPr>
          <w:b/>
        </w:rPr>
        <w:t>Your Name</w:t>
      </w:r>
    </w:p>
    <w:p>
      <w:pPr>
        <w:spacing w:after="0"/>
      </w:pPr>
      <w:r>
        <w:rPr>
          <w:color w:val="72706F"/>
        </w:rPr>
        <w:t>Registered mobile: +91 98xxx xxxxx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247" w:bottom="1185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2706F"/>
        <w:sz w:val="16"/>
      </w:rPr>
      <w:t>Your Name · Customer ID XXXXXX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Layout w:type="fixed"/>
      <w:tblLook w:firstColumn="1" w:firstRow="1" w:lastColumn="0" w:lastRow="0" w:noHBand="0" w:noVBand="1" w:val="04A0"/>
      <w:tblW w:w="9412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647"/>
      <w:gridCol w:w="3764"/>
    </w:tblGrid>
    <w:tr>
      <w:tc>
        <w:tcPr>
          <w:tcW w:type="dxa" w:w="5647"/>
        </w:tcPr>
        <w:p>
          <w:r>
            <w:rPr>
              <w:rFonts w:ascii="Space Grotesk" w:hAnsi="Space Grotesk" w:cs="Space Grotesk" w:eastAsia="Space Grotesk"/>
              <w:b/>
              <w:color w:val="0E7490"/>
              <w:sz w:val="36"/>
            </w:rPr>
            <w:t>Your Name</w:t>
          </w:r>
        </w:p>
        <w:p>
          <w:r>
            <w:rPr>
              <w:color w:val="72706F"/>
              <w:sz w:val="18"/>
            </w:rPr>
            <w:t>Customer ID: XXXXXX</w:t>
          </w:r>
        </w:p>
      </w:tc>
      <w:tc>
        <w:tcPr>
          <w:tcW w:type="dxa" w:w="3764"/>
        </w:tcPr>
        <w:p>
          <w:pPr>
            <w:spacing w:after="0"/>
            <w:jc w:val="right"/>
          </w:pPr>
          <w:r>
            <w:rPr>
              <w:color w:val="72706F"/>
              <w:sz w:val="17"/>
            </w:rPr>
            <w:t>House No. 45, Sector 9</w:t>
          </w:r>
        </w:p>
        <w:p>
          <w:pPr>
            <w:spacing w:after="0"/>
            <w:jc w:val="right"/>
          </w:pPr>
          <w:r>
            <w:rPr>
              <w:color w:val="72706F"/>
              <w:sz w:val="17"/>
            </w:rPr>
            <w:t>Gurugram 122001</w:t>
          </w:r>
        </w:p>
        <w:p>
          <w:pPr>
            <w:spacing w:after="0"/>
            <w:jc w:val="right"/>
          </w:pPr>
          <w:r>
            <w:rPr>
              <w:color w:val="72706F"/>
              <w:sz w:val="17"/>
            </w:rPr>
            <w:t>+91 98xxx xxxxx</w:t>
          </w:r>
        </w:p>
        <w:p>
          <w:pPr>
            <w:spacing w:after="0"/>
            <w:jc w:val="right"/>
          </w:pPr>
          <w:r>
            <w:rPr>
              <w:color w:val="72706F"/>
              <w:sz w:val="17"/>
            </w:rPr>
            <w:t>yourname@email.com</w:t>
          </w:r>
        </w:p>
      </w:tc>
    </w:tr>
  </w:tbl>
  <w:p>
    <w:pPr>
      <w:pBdr>
        <w:bottom w:val="single" w:sz="12" w:space="1" w:color="0E749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IBM Plex Sans" w:hAnsi="IBM Plex Sans" w:cs="IBM Plex Sans" w:eastAsia="IBM Plex Sans"/>
      <w:color w:val="1C191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0E7490"/>
      </w:pBdr>
    </w:pPr>
    <w:rPr>
      <w:rFonts w:ascii="Space Grotesk" w:hAnsi="Space Grotesk" w:cs="Space Grotesk" w:eastAsia="Space Grotesk"/>
      <w:b/>
      <w:bCs/>
      <w:i w:val="0"/>
      <w:color w:val="1C191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pace Grotesk" w:hAnsi="Space Grotesk" w:cs="Space Grotesk" w:eastAsia="Space Grotesk"/>
      <w:b/>
      <w:bCs/>
      <w:i w:val="0"/>
      <w:color w:val="0E749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pace Grotesk" w:hAnsi="Space Grotesk" w:cs="Space Grotesk" w:eastAsia="Space Grotesk"/>
      <w:b/>
      <w:bCs/>
      <w:i w:val="0"/>
      <w:color w:val="1C191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pace Grotesk" w:hAnsi="Space Grotesk" w:cs="Space Grotesk" w:eastAsia="Space Grotesk"/>
      <w:b/>
      <w:color w:val="1C191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IBM Plex Sans" w:hAnsi="IBM Plex Sans" w:cs="IBM Plex Sans" w:eastAsia="IBM Plex Sans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pace Grotesk" w:hAnsi="Space Grotesk" w:cs="Space Grotesk" w:eastAsia="Space Grotesk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BM Plex Sans" w:hAnsi="IBM Plex Sans" w:cs="IBM Plex Sans" w:eastAsia="IBM Plex Sans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IBM Plex Sans" w:hAnsi="IBM Plex Sans" w:cs="IBM Plex Sans" w:eastAsia="IBM Plex Sans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IBM Plex Sans" w:hAnsi="IBM Plex Sans" w:cs="IBM Plex Sans" w:eastAsia="IBM Plex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