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4777A"/>
        </w:rPr>
        <w:t>Ref: Personal</w:t>
      </w:r>
    </w:p>
    <w:p>
      <w:pPr>
        <w:spacing w:after="320"/>
      </w:pPr>
      <w:r>
        <w:rPr>
          <w:color w:val="74777A"/>
        </w:rPr>
        <w:t>Date: 14 April 2026</w:t>
      </w:r>
    </w:p>
    <w:p>
      <w:pPr>
        <w:spacing w:after="0"/>
      </w:pPr>
      <w:r>
        <w:t>The Principal</w:t>
      </w:r>
    </w:p>
    <w:p>
      <w:pPr>
        <w:spacing w:after="0"/>
      </w:pPr>
      <w:r>
        <w:t>Your School Name</w:t>
      </w:r>
    </w:p>
    <w:p>
      <w:pPr>
        <w:spacing w:after="0"/>
      </w:pPr>
      <w:r>
        <w:t>City</w:t>
      </w:r>
    </w:p>
    <w:p>
      <w:pPr>
        <w:spacing w:after="120"/>
      </w:pPr>
    </w:p>
    <w:p>
      <w:pPr>
        <w:spacing w:after="200"/>
      </w:pPr>
      <w:r>
        <w:rPr>
          <w:b/>
        </w:rPr>
        <w:t>Subject: Application for issue of a duplicate identity card</w:t>
      </w:r>
    </w:p>
    <w:p>
      <w:r>
        <w:t>Respected Sir/Madam,</w:t>
      </w:r>
    </w:p>
    <w:p>
      <w:pPr>
        <w:jc w:val="both"/>
      </w:pPr>
      <w:r>
        <w:t>I am a student of Class XII-B (Roll No. 23). I lost my school identity card on my way home on 12 July 2026, and I could not find it despite searching.</w:t>
      </w:r>
    </w:p>
    <w:p>
      <w:pPr>
        <w:jc w:val="both"/>
      </w:pPr>
      <w:r>
        <w:t>I need the card to enter the school and to use the library and laboratory. I request you to issue me a duplicate identity card. I am ready to pay the prescribed fee of ₹100.</w:t>
      </w:r>
    </w:p>
    <w:p>
      <w:pPr>
        <w:jc w:val="both"/>
      </w:pPr>
      <w:r>
        <w:t>A recent passport-size photograph is attached. I shall be thankful to you.</w:t>
      </w:r>
    </w:p>
    <w:p>
      <w:pPr>
        <w:spacing w:after="720" w:before="200"/>
      </w:pPr>
      <w:r>
        <w:t>Yours obediently,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74777A"/>
        </w:rPr>
        <w:t>Class XII-B, Roll No. 23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Your Name · Class XII-B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026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415"/>
      <w:gridCol w:w="3610"/>
    </w:tblGrid>
    <w:tr>
      <w:tc>
        <w:tcPr>
          <w:tcW w:type="dxa" w:w="5415"/>
        </w:tcPr>
        <w:p>
          <w:r>
            <w:rPr>
              <w:rFonts w:ascii="DM Serif Display" w:hAnsi="DM Serif Display" w:cs="DM Serif Display" w:eastAsia="DM Serif Display"/>
              <w:b/>
              <w:color w:val="166534"/>
              <w:sz w:val="36"/>
            </w:rPr>
            <w:t>Your Name</w:t>
          </w:r>
        </w:p>
        <w:p>
          <w:r>
            <w:rPr>
              <w:color w:val="74777A"/>
              <w:sz w:val="18"/>
            </w:rPr>
            <w:t>Student, Class XII-B</w:t>
          </w:r>
        </w:p>
      </w:tc>
      <w:tc>
        <w:tcPr>
          <w:tcW w:type="dxa" w:w="3610"/>
        </w:tcPr>
        <w:p>
          <w:pPr>
            <w:spacing w:after="0"/>
            <w:jc w:val="right"/>
          </w:pPr>
          <w:r>
            <w:rPr>
              <w:color w:val="74777A"/>
              <w:sz w:val="17"/>
            </w:rPr>
            <w:t>Your Address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  <w:t>City, PIN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74777A"/>
              <w:sz w:val="17"/>
            </w:rPr>
          </w:r>
        </w:p>
      </w:tc>
    </w:tr>
  </w:tbl>
  <w:p>
    <w:pPr>
      <w:pBdr>
        <w:bottom w:val="single" w:sz="12" w:space="1" w:color="166534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CDDD2"/>
      <w:pBdr>
        <w:left w:val="single" w:sz="36" w:space="8" w:color="166534"/>
      </w:pBdr>
    </w:pPr>
    <w:rPr>
      <w:rFonts w:ascii="DM Serif Display" w:hAnsi="DM Serif Display" w:cs="DM Serif Display" w:eastAsia="DM Serif Display"/>
      <w:b w:val="0"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