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color w:val="72706F"/>
        </w:rPr>
        <w:t>Ref: Personal</w:t>
      </w:r>
    </w:p>
    <w:p>
      <w:pPr>
        <w:spacing w:after="320"/>
      </w:pPr>
      <w:r>
        <w:rPr>
          <w:color w:val="72706F"/>
        </w:rPr>
        <w:t>Date: 14 April 2026</w:t>
      </w:r>
    </w:p>
    <w:p>
      <w:pPr>
        <w:spacing w:after="0"/>
      </w:pPr>
      <w:r>
        <w:t>Ms. HR Name</w:t>
      </w:r>
    </w:p>
    <w:p>
      <w:pPr>
        <w:spacing w:after="0"/>
      </w:pPr>
      <w:r>
        <w:t>Talent Acquisition</w:t>
      </w:r>
    </w:p>
    <w:p>
      <w:pPr>
        <w:spacing w:after="0"/>
      </w:pPr>
      <w:r>
        <w:t>Company Name Pvt. Ltd.</w:t>
      </w:r>
    </w:p>
    <w:p>
      <w:pPr>
        <w:spacing w:after="120"/>
      </w:pPr>
    </w:p>
    <w:p>
      <w:pPr>
        <w:spacing w:after="200"/>
      </w:pPr>
      <w:r>
        <w:rPr>
          <w:b/>
        </w:rPr>
        <w:t>Subject: Acceptance of the offer for the post of Software Developer</w:t>
      </w:r>
    </w:p>
    <w:p>
      <w:r>
        <w:t>Dear Ms. HR Name,</w:t>
      </w:r>
    </w:p>
    <w:p>
      <w:pPr>
        <w:jc w:val="both"/>
      </w:pPr>
      <w:r>
        <w:t>Thank you for your letter dated 2 June 2026 offering me the position of Software Developer in the Platform Engineering team. I am happy to accept the offer on the terms mentioned in the letter.</w:t>
      </w:r>
    </w:p>
    <w:p>
      <w:pPr>
        <w:jc w:val="both"/>
      </w:pPr>
      <w:r>
        <w:t>As discussed, I will join on Monday, 6 July 2026 at your Hyderabad office. I will bring the original documents listed in the onboarding checklist for verification.</w:t>
      </w:r>
    </w:p>
    <w:p>
      <w:pPr>
        <w:jc w:val="both"/>
      </w:pPr>
      <w:r>
        <w:t>Please let me know if anything else is needed from my side before the joining date. I look forward to working with the team.</w:t>
      </w:r>
    </w:p>
    <w:p>
      <w:pPr>
        <w:spacing w:after="720" w:before="200"/>
      </w:pPr>
      <w:r>
        <w:t>Sincerely,</w:t>
      </w:r>
    </w:p>
    <w:p>
      <w:pPr>
        <w:spacing w:after="0"/>
      </w:pPr>
      <w:r>
        <w:rPr>
          <w:b/>
        </w:rPr>
        <w:t>Your Name</w:t>
      </w:r>
    </w:p>
    <w:p>
      <w:pPr>
        <w:spacing w:after="0"/>
      </w:pPr>
      <w:r>
        <w:rPr>
          <w:color w:val="72706F"/>
        </w:rPr>
        <w:t>+91 98xxx xxxxx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381" w:right="1440" w:bottom="1368" w:left="1440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2706F"/>
        <w:sz w:val="16"/>
      </w:rPr>
      <w:t>Your Name · yourname@email.com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Layout w:type="fixed"/>
      <w:tblLook w:firstColumn="1" w:firstRow="1" w:lastColumn="0" w:lastRow="0" w:noHBand="0" w:noVBand="1" w:val="04A0"/>
      <w:tblW w:w="9026" w:type="dxa"/>
      <w:tblLayout w:type="fixed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415"/>
      <w:gridCol w:w="3610"/>
    </w:tblGrid>
    <w:tr>
      <w:tc>
        <w:tcPr>
          <w:tcW w:type="dxa" w:w="5415"/>
        </w:tcPr>
        <w:p>
          <w:r>
            <w:rPr>
              <w:rFonts w:ascii="Space Grotesk" w:hAnsi="Space Grotesk" w:cs="Space Grotesk" w:eastAsia="Space Grotesk"/>
              <w:b/>
              <w:color w:val="7E22CE"/>
              <w:sz w:val="36"/>
            </w:rPr>
            <w:t>Your Name</w:t>
          </w:r>
        </w:p>
        <w:p>
          <w:r>
            <w:rPr>
              <w:color w:val="72706F"/>
              <w:sz w:val="18"/>
            </w:rPr>
            <w:t>Software Developer</w:t>
          </w:r>
        </w:p>
      </w:tc>
      <w:tc>
        <w:tcPr>
          <w:tcW w:type="dxa" w:w="3610"/>
        </w:tcPr>
        <w:p>
          <w:pPr>
            <w:spacing w:after="0"/>
            <w:jc w:val="right"/>
          </w:pPr>
          <w:r>
            <w:rPr>
              <w:color w:val="72706F"/>
              <w:sz w:val="17"/>
            </w:rPr>
            <w:t>Your Address</w:t>
          </w:r>
        </w:p>
        <w:p>
          <w:pPr>
            <w:spacing w:after="0"/>
            <w:jc w:val="right"/>
          </w:pPr>
          <w:r>
            <w:rPr>
              <w:color w:val="72706F"/>
              <w:sz w:val="17"/>
            </w:rPr>
            <w:t>Hyderabad 500081</w:t>
          </w:r>
        </w:p>
        <w:p>
          <w:pPr>
            <w:spacing w:after="0"/>
            <w:jc w:val="right"/>
          </w:pPr>
          <w:r>
            <w:rPr>
              <w:color w:val="72706F"/>
              <w:sz w:val="17"/>
            </w:rPr>
            <w:t>+91 98xxx xxxxx</w:t>
          </w:r>
        </w:p>
        <w:p>
          <w:pPr>
            <w:spacing w:after="0"/>
            <w:jc w:val="right"/>
          </w:pPr>
          <w:r>
            <w:rPr>
              <w:color w:val="72706F"/>
              <w:sz w:val="17"/>
            </w:rPr>
            <w:t>yourname@email.com</w:t>
          </w:r>
        </w:p>
      </w:tc>
    </w:tr>
  </w:tbl>
  <w:p>
    <w:pPr>
      <w:pBdr>
        <w:bottom w:val="single" w:sz="12" w:space="1" w:color="7E22CE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IBM Plex Sans" w:hAnsi="IBM Plex Sans" w:cs="IBM Plex Sans" w:eastAsia="IBM Plex Sans"/>
      <w:color w:val="1C191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bottom w:val="single" w:sz="8" w:space="6" w:color="7E22CE"/>
      </w:pBdr>
    </w:pPr>
    <w:rPr>
      <w:rFonts w:ascii="Space Grotesk" w:hAnsi="Space Grotesk" w:cs="Space Grotesk" w:eastAsia="Space Grotesk"/>
      <w:b/>
      <w:bCs/>
      <w:i w:val="0"/>
      <w:color w:val="1C1917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Space Grotesk" w:hAnsi="Space Grotesk" w:cs="Space Grotesk" w:eastAsia="Space Grotesk"/>
      <w:b/>
      <w:bCs/>
      <w:i w:val="0"/>
      <w:color w:val="7E22CE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Space Grotesk" w:hAnsi="Space Grotesk" w:cs="Space Grotesk" w:eastAsia="Space Grotesk"/>
      <w:b/>
      <w:bCs/>
      <w:i w:val="0"/>
      <w:color w:val="1C191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Space Grotesk" w:hAnsi="Space Grotesk" w:cs="Space Grotesk" w:eastAsia="Space Grotesk"/>
      <w:b/>
      <w:color w:val="1C1917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IBM Plex Sans" w:hAnsi="IBM Plex Sans" w:cs="IBM Plex Sans" w:eastAsia="IBM Plex Sans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Space Grotesk" w:hAnsi="Space Grotesk" w:cs="Space Grotesk" w:eastAsia="Space Grotesk"/>
      <w:i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IBM Plex Sans" w:hAnsi="IBM Plex Sans" w:cs="IBM Plex Sans" w:eastAsia="IBM Plex Sans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IBM Plex Sans" w:hAnsi="IBM Plex Sans" w:cs="IBM Plex Sans" w:eastAsia="IBM Plex Sans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IBM Plex Sans" w:hAnsi="IBM Plex Sans" w:cs="IBM Plex Sans" w:eastAsia="IBM Plex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