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color w:val="6B7079"/>
        </w:rPr>
        <w:t>Ref: Application No. XXXXX</w:t>
      </w:r>
    </w:p>
    <w:p>
      <w:pPr>
        <w:spacing w:after="320"/>
      </w:pPr>
      <w:r>
        <w:rPr>
          <w:color w:val="6B7079"/>
        </w:rPr>
        <w:t>Date: 14 April 2026</w:t>
      </w:r>
    </w:p>
    <w:p>
      <w:pPr>
        <w:spacing w:after="0"/>
      </w:pPr>
      <w:r>
        <w:t>The Admissions Committee</w:t>
      </w:r>
    </w:p>
    <w:p>
      <w:pPr>
        <w:spacing w:after="0"/>
      </w:pPr>
      <w:r>
        <w:t>Department of Computer Science</w:t>
      </w:r>
    </w:p>
    <w:p>
      <w:pPr>
        <w:spacing w:after="0"/>
      </w:pPr>
      <w:r>
        <w:t>University Name</w:t>
      </w:r>
    </w:p>
    <w:p>
      <w:pPr>
        <w:spacing w:after="120"/>
      </w:pPr>
    </w:p>
    <w:p>
      <w:pPr>
        <w:spacing w:after="200"/>
      </w:pPr>
      <w:r>
        <w:rPr>
          <w:b/>
        </w:rPr>
        <w:t>Subject: Request for extension of the deadline to submit final-semester mark sheet</w:t>
      </w:r>
    </w:p>
    <w:p>
      <w:r>
        <w:t>Dear Members of the Committee,</w:t>
      </w:r>
    </w:p>
    <w:p>
      <w:pPr>
        <w:jc w:val="both"/>
      </w:pPr>
      <w:r>
        <w:t>I have been offered provisional admission to the M.Tech (Data Science) programme (Application No. XXXXX). The offer asks me to submit my final-semester mark sheet by 15 July 2026.</w:t>
      </w:r>
    </w:p>
    <w:p>
      <w:pPr>
        <w:jc w:val="both"/>
      </w:pPr>
      <w:r>
        <w:t>My university has announced that final-semester results will be declared only on 25 July 2026. I have attached the official notice and my provisional certificate showing seven semesters with a CGPA of 8.6.</w:t>
      </w:r>
    </w:p>
    <w:p>
      <w:pPr>
        <w:jc w:val="both"/>
      </w:pPr>
      <w:r>
        <w:t>I kindly request an extension until 5 August 2026 to submit the mark sheet, so that I may keep my seat. I will send the document as soon as it is issued.</w:t>
      </w:r>
    </w:p>
    <w:p>
      <w:pPr>
        <w:spacing w:after="720" w:before="200"/>
      </w:pPr>
      <w:r>
        <w:t>Yours sincerely,</w:t>
      </w:r>
    </w:p>
    <w:p>
      <w:pPr>
        <w:spacing w:after="0"/>
      </w:pPr>
      <w:r>
        <w:rPr>
          <w:b/>
        </w:rPr>
        <w:t>Your Name</w:t>
      </w:r>
    </w:p>
    <w:p>
      <w:pPr>
        <w:spacing w:after="0"/>
      </w:pPr>
      <w:r>
        <w:rPr>
          <w:color w:val="6B7079"/>
        </w:rPr>
        <w:t>Application No. XXXXX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381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079"/>
        <w:sz w:val="16"/>
      </w:rPr>
      <w:t>Your Name · yourname@email.com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Layout w:type="fixed"/>
      <w:tblLook w:firstColumn="1" w:firstRow="1" w:lastColumn="0" w:lastRow="0" w:noHBand="0" w:noVBand="1" w:val="04A0"/>
      <w:tblW w:w="9026" w:type="dxa"/>
      <w:tblLayout w:type="fixed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5415"/>
      <w:gridCol w:w="3610"/>
    </w:tblGrid>
    <w:tr>
      <w:tc>
        <w:tcPr>
          <w:tcW w:type="dxa" w:w="5415"/>
        </w:tcPr>
        <w:p>
          <w:r>
            <w:rPr>
              <w:rFonts w:ascii="Space Grotesk" w:hAnsi="Space Grotesk" w:cs="Space Grotesk" w:eastAsia="Space Grotesk"/>
              <w:b/>
              <w:color w:val="6D28D9"/>
              <w:sz w:val="36"/>
            </w:rPr>
            <w:t>Your Name</w:t>
          </w:r>
        </w:p>
        <w:p>
          <w:r>
            <w:rPr>
              <w:color w:val="6B7079"/>
              <w:sz w:val="18"/>
            </w:rPr>
            <w:t>M.Tech (Data Science) applicant</w:t>
          </w:r>
        </w:p>
      </w:tc>
      <w:tc>
        <w:tcPr>
          <w:tcW w:type="dxa" w:w="3610"/>
        </w:tcPr>
        <w:p>
          <w:pPr>
            <w:spacing w:after="0"/>
            <w:jc w:val="right"/>
          </w:pPr>
          <w:r>
            <w:rPr>
              <w:color w:val="6B7079"/>
              <w:sz w:val="17"/>
            </w:rPr>
            <w:t>Your Address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Kochi 682020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+91 98xxx xxxxx</w:t>
          </w:r>
        </w:p>
        <w:p>
          <w:pPr>
            <w:spacing w:after="0"/>
            <w:jc w:val="right"/>
          </w:pPr>
          <w:r>
            <w:rPr>
              <w:color w:val="6B7079"/>
              <w:sz w:val="17"/>
            </w:rPr>
            <w:t>yourname@email.com</w:t>
          </w:r>
        </w:p>
      </w:tc>
    </w:tr>
  </w:tbl>
  <w:p>
    <w:pPr>
      <w:pBdr>
        <w:bottom w:val="single" w:sz="12" w:space="1" w:color="6D28D9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6D28D9"/>
      </w:pBdr>
    </w:pPr>
    <w:rPr>
      <w:rFonts w:ascii="Space Grotesk" w:hAnsi="Space Grotesk" w:cs="Space Grotesk" w:eastAsia="Space Grotesk"/>
      <w:b/>
      <w:bCs/>
      <w:i w:val="0"/>
      <w:color w:val="11182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Space Grotesk" w:hAnsi="Space Grotesk" w:cs="Space Grotesk" w:eastAsia="Space Grotesk"/>
      <w:b/>
      <w:bCs/>
      <w:i w:val="0"/>
      <w:color w:val="11182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Space Grotesk" w:hAnsi="Space Grotesk" w:cs="Space Grotesk" w:eastAsia="Space Grotesk"/>
      <w:b/>
      <w:bCs/>
      <w:i w:val="0"/>
      <w:color w:val="11182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Space Grotesk" w:hAnsi="Space Grotesk" w:cs="Space Grotesk" w:eastAsia="Space Grotesk"/>
      <w:b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Space Grotesk" w:hAnsi="Space Grotesk" w:cs="Space Grotesk" w:eastAsia="Space Grotesk"/>
      <w:i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IBM Plex Sans" w:hAnsi="IBM Plex Sans" w:cs="IBM Plex Sans" w:eastAsia="IBM Plex Sans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