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F7581"/>
        </w:rPr>
        <w:t>Ref: URC/2026/07</w:t>
      </w:r>
    </w:p>
    <w:p>
      <w:pPr>
        <w:spacing w:after="320"/>
      </w:pPr>
      <w:r>
        <w:rPr>
          <w:color w:val="6F7581"/>
        </w:rPr>
        <w:t>Date: 14 April 2026</w:t>
      </w:r>
    </w:p>
    <w:p>
      <w:pPr>
        <w:spacing w:after="0"/>
      </w:pPr>
      <w:r>
        <w:t>The Head of Department</w:t>
      </w:r>
    </w:p>
    <w:p>
      <w:pPr>
        <w:spacing w:after="0"/>
      </w:pPr>
      <w:r>
        <w:t>Department of Mechanical Engineering</w:t>
      </w:r>
    </w:p>
    <w:p>
      <w:pPr>
        <w:spacing w:after="0"/>
      </w:pPr>
      <w:r>
        <w:t>Your Institute of Technology</w:t>
      </w:r>
    </w:p>
    <w:p>
      <w:pPr>
        <w:spacing w:after="120"/>
      </w:pPr>
    </w:p>
    <w:p>
      <w:pPr>
        <w:spacing w:after="200"/>
      </w:pPr>
      <w:r>
        <w:rPr>
          <w:b/>
        </w:rPr>
        <w:t>Subject: Permission to use the workshop for the inter-college robotics competition</w:t>
      </w:r>
    </w:p>
    <w:p>
      <w:r>
        <w:t>Respected Sir/Madam,</w:t>
      </w:r>
    </w:p>
    <w:p>
      <w:pPr>
        <w:jc w:val="both"/>
      </w:pPr>
      <w:r>
        <w:t>Udaan Robotics Club has been selected to represent the institute at the National Inter-College Robotics Challenge to be held on 18–19 September 2026.</w:t>
      </w:r>
    </w:p>
    <w:p>
      <w:pPr>
        <w:jc w:val="both"/>
      </w:pPr>
      <w:r>
        <w:t>To build and test our robot, we request permission to use the mechanical workshop and the CNC machine on weekdays from 4:00 PM to 7:00 PM between 20 August and 15 September. A faculty coordinator will be present during every session.</w:t>
      </w:r>
    </w:p>
    <w:p>
      <w:pPr>
        <w:jc w:val="both"/>
      </w:pPr>
      <w:r>
        <w:t>We will follow all workshop safety rules and bear the cost of consumables. A list of the eight team members and our build schedule is enclosed.</w:t>
      </w:r>
    </w:p>
    <w:p>
      <w:pPr>
        <w:spacing w:after="720" w:before="200"/>
      </w:pPr>
      <w:r>
        <w:t>Yours sincerely,</w:t>
      </w:r>
    </w:p>
    <w:p>
      <w:pPr>
        <w:spacing w:after="0"/>
      </w:pPr>
      <w:r>
        <w:rPr>
          <w:b/>
        </w:rPr>
        <w:t>Club Secretary Name</w:t>
      </w:r>
    </w:p>
    <w:p>
      <w:pPr>
        <w:spacing w:after="0"/>
      </w:pPr>
      <w:r>
        <w:rPr>
          <w:color w:val="6F7581"/>
        </w:rPr>
        <w:t>Secretary, Udaan Robotics Club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F7581"/>
        <w:sz w:val="16"/>
      </w:rPr>
      <w:t>Udaan Robotics Club · Your Institute of Technology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639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783"/>
      <w:gridCol w:w="3855"/>
    </w:tblGrid>
    <w:tr>
      <w:tc>
        <w:tcPr>
          <w:tcW w:type="dxa" w:w="5783"/>
        </w:tcPr>
        <w:p>
          <w:r>
            <w:rPr>
              <w:rFonts w:ascii="EB Garamond" w:hAnsi="EB Garamond" w:cs="EB Garamond" w:eastAsia="EB Garamond"/>
              <w:b/>
              <w:color w:val="9A3412"/>
              <w:sz w:val="36"/>
            </w:rPr>
            <w:t>Udaan Robotics Club</w:t>
          </w:r>
        </w:p>
        <w:p>
          <w:r>
            <w:rPr>
              <w:color w:val="6F7581"/>
              <w:sz w:val="18"/>
            </w:rPr>
            <w:t>Your Institute of Technology</w:t>
          </w:r>
        </w:p>
      </w:tc>
      <w:tc>
        <w:tcPr>
          <w:tcW w:type="dxa" w:w="3855"/>
        </w:tcPr>
        <w:p>
          <w:pPr>
            <w:spacing w:after="0"/>
            <w:jc w:val="right"/>
          </w:pPr>
          <w:r>
            <w:rPr>
              <w:color w:val="6F7581"/>
              <w:sz w:val="17"/>
            </w:rPr>
            <w:t>Student Activity Centre</w:t>
          </w:r>
        </w:p>
        <w:p>
          <w:pPr>
            <w:spacing w:after="0"/>
            <w:jc w:val="right"/>
          </w:pPr>
          <w:r>
            <w:rPr>
              <w:color w:val="6F7581"/>
              <w:sz w:val="17"/>
            </w:rPr>
            <w:t>Your Institute, City</w:t>
          </w:r>
        </w:p>
        <w:p>
          <w:pPr>
            <w:spacing w:after="0"/>
            <w:jc w:val="right"/>
          </w:pPr>
          <w:r>
            <w:rPr>
              <w:color w:val="6F7581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6F7581"/>
              <w:sz w:val="17"/>
            </w:rPr>
            <w:t>udaan@yourinstitute.edu.in</w:t>
          </w:r>
        </w:p>
      </w:tc>
    </w:tr>
  </w:tbl>
  <w:p>
    <w:pPr>
      <w:pBdr>
        <w:bottom w:val="single" w:sz="12" w:space="1" w:color="9A341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E9D2CB"/>
      <w:pBdr>
        <w:left w:val="single" w:sz="36" w:space="8" w:color="9A3412"/>
      </w:pBdr>
    </w:pPr>
    <w:rPr>
      <w:rFonts w:ascii="EB Garamond" w:hAnsi="EB Garamond" w:cs="EB Garamond" w:eastAsia="EB Garamond"/>
      <w:b w:val="0"/>
      <w:bCs/>
      <w:i w:val="0"/>
      <w:color w:val="172033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17203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172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