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767676"/>
        </w:rPr>
        <w:t>Ref: Claim No. XXXXXX</w:t>
      </w:r>
    </w:p>
    <w:p>
      <w:pPr>
        <w:spacing w:after="320"/>
      </w:pPr>
      <w:r>
        <w:rPr>
          <w:color w:val="767676"/>
        </w:rPr>
        <w:t>Date: 14 April 2026</w:t>
      </w:r>
    </w:p>
    <w:p>
      <w:pPr>
        <w:spacing w:after="0"/>
      </w:pPr>
      <w:r>
        <w:t>The Claims Manager</w:t>
      </w:r>
    </w:p>
    <w:p>
      <w:pPr>
        <w:spacing w:after="0"/>
      </w:pPr>
      <w:r>
        <w:t>Insurance Company Name</w:t>
      </w:r>
    </w:p>
    <w:p>
      <w:pPr>
        <w:spacing w:after="0"/>
      </w:pPr>
      <w:r>
        <w:t>Regional Office, Chennai</w:t>
      </w:r>
    </w:p>
    <w:p>
      <w:pPr>
        <w:spacing w:after="120"/>
      </w:pPr>
    </w:p>
    <w:p>
      <w:pPr>
        <w:spacing w:after="200"/>
      </w:pPr>
      <w:r>
        <w:rPr>
          <w:b/>
        </w:rPr>
        <w:t>Subject: Submission of documents for health insurance reimbursement claim</w:t>
      </w:r>
    </w:p>
    <w:p>
      <w:r>
        <w:t>Dear Sir/Madam,</w:t>
      </w:r>
    </w:p>
    <w:p>
      <w:pPr>
        <w:jc w:val="both"/>
      </w:pPr>
      <w:r>
        <w:t>I am submitting my claim for reimbursement under health policy No. XXXXXXXX for the hospitalisation of my father, Mr. Father Name, from 2 to 6 June 2026 at a network hospital in Chennai.</w:t>
      </w:r>
    </w:p>
    <w:p>
      <w:pPr>
        <w:jc w:val="both"/>
      </w:pPr>
      <w:r>
        <w:t>Cashless approval could not be obtained because the admission was an emergency at night. The total bill amount is ₹1,18,450.</w:t>
      </w:r>
    </w:p>
    <w:p>
      <w:pPr>
        <w:jc w:val="both"/>
      </w:pPr>
      <w:r>
        <w:t>Enclosed are the claim form, discharge summary, final bill with receipts, pharmacy bills, investigation reports and a cancelled cheque. Kindly process the claim at the earliest.</w:t>
      </w:r>
    </w:p>
    <w:p>
      <w:pPr>
        <w:spacing w:after="720" w:before="200"/>
      </w:pPr>
      <w:r>
        <w:t>Yours faithfully,</w:t>
      </w:r>
    </w:p>
    <w:p>
      <w:pPr>
        <w:spacing w:after="0"/>
      </w:pPr>
      <w:r>
        <w:rPr>
          <w:b/>
        </w:rPr>
        <w:t>Your Name</w:t>
      </w:r>
    </w:p>
    <w:p>
      <w:pPr>
        <w:spacing w:after="0"/>
      </w:pPr>
      <w:r>
        <w:rPr>
          <w:color w:val="767676"/>
        </w:rPr>
        <w:t>Policy holder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67676"/>
        <w:sz w:val="16"/>
      </w:rPr>
      <w:t>Your Name · Policy No. XXXXXXXX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639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783"/>
      <w:gridCol w:w="3855"/>
    </w:tblGrid>
    <w:tr>
      <w:tc>
        <w:tcPr>
          <w:tcW w:type="dxa" w:w="5783"/>
        </w:tcPr>
        <w:p>
          <w:r>
            <w:rPr>
              <w:rFonts w:ascii="Roboto" w:hAnsi="Roboto" w:cs="Roboto" w:eastAsia="Roboto"/>
              <w:b/>
              <w:color w:val="BE123C"/>
              <w:sz w:val="36"/>
            </w:rPr>
            <w:t>Your Name</w:t>
          </w:r>
        </w:p>
        <w:p>
          <w:r>
            <w:rPr>
              <w:color w:val="767676"/>
              <w:sz w:val="18"/>
            </w:rPr>
            <w:t>Policy No. XXXXXXXX</w:t>
          </w:r>
        </w:p>
      </w:tc>
      <w:tc>
        <w:tcPr>
          <w:tcW w:type="dxa" w:w="3855"/>
        </w:tcPr>
        <w:p>
          <w:pPr>
            <w:spacing w:after="0"/>
            <w:jc w:val="right"/>
          </w:pPr>
          <w:r>
            <w:rPr>
              <w:color w:val="767676"/>
              <w:sz w:val="17"/>
            </w:rPr>
            <w:t>Your Address</w:t>
          </w:r>
        </w:p>
        <w:p>
          <w:pPr>
            <w:spacing w:after="0"/>
            <w:jc w:val="right"/>
          </w:pPr>
          <w:r>
            <w:rPr>
              <w:color w:val="767676"/>
              <w:sz w:val="17"/>
            </w:rPr>
            <w:t>Chennai 600040</w:t>
          </w:r>
        </w:p>
        <w:p>
          <w:pPr>
            <w:spacing w:after="0"/>
            <w:jc w:val="right"/>
          </w:pPr>
          <w:r>
            <w:rPr>
              <w:color w:val="767676"/>
              <w:sz w:val="17"/>
            </w:rPr>
            <w:t>+91 98xxx xxxxx</w:t>
          </w:r>
        </w:p>
        <w:p>
          <w:pPr>
            <w:spacing w:after="0"/>
            <w:jc w:val="right"/>
          </w:pPr>
          <w:r>
            <w:rPr>
              <w:color w:val="767676"/>
              <w:sz w:val="17"/>
            </w:rPr>
            <w:t>yourname@email.com</w:t>
          </w:r>
        </w:p>
      </w:tc>
    </w:tr>
  </w:tbl>
  <w:p>
    <w:pPr>
      <w:pBdr>
        <w:bottom w:val="single" w:sz="12" w:space="1" w:color="BE123C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BE123C"/>
      </w:pBdr>
    </w:pPr>
    <w:rPr>
      <w:rFonts w:ascii="Roboto" w:hAnsi="Roboto" w:cs="Roboto" w:eastAsia="Roboto"/>
      <w:b/>
      <w:bCs/>
      <w:i w:val="0"/>
      <w:color w:val="2222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2222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