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260" w:type="dxa"/>
          <w:left w:w="360" w:type="dxa"/>
          <w:bottom w:w="220" w:type="dxa"/>
          <w:right w:w="360" w:type="dxa"/>
        </w:tblCellMar>
      </w:tblPr>
      <w:tblGrid>
        <w:gridCol w:w="9026"/>
      </w:tblGrid>
      <w:tr>
        <w:tc>
          <w:tcPr>
            <w:tcW w:type="dxa" w:w="9026"/>
            <w:shd w:val="clear" w:color="auto" w:fill="9A3412"/>
          </w:tcPr>
          <w:p>
            <w:pPr>
              <w:spacing w:after="40"/>
            </w:pPr>
            <w:r>
              <w:rPr>
                <w:b/>
                <w:color w:val="FFFFFF"/>
                <w:sz w:val="18"/>
              </w:rPr>
              <w:t>ALUMNI ASSOCIATION, YOUR COLLEGE OF COMMERCE</w:t>
            </w:r>
          </w:p>
          <w:p>
            <w:pPr>
              <w:spacing w:after="0" w:line="240" w:lineRule="auto"/>
            </w:pPr>
            <w:r>
              <w:rPr>
                <w:rFonts w:ascii="Raleway" w:hAnsi="Raleway" w:cs="Raleway" w:eastAsia="Raleway"/>
                <w:b/>
                <w:color w:val="FFFFFF"/>
                <w:sz w:val="68"/>
              </w:rPr>
              <w:t>Alumni Link</w:t>
            </w:r>
          </w:p>
          <w:p>
            <w:pPr>
              <w:spacing w:after="0"/>
            </w:pPr>
            <w:r>
              <w:rPr>
                <w:color w:val="FFFFFF"/>
                <w:sz w:val="22"/>
              </w:rPr>
              <w:t>Staying connected with our alma mater</w:t>
            </w:r>
          </w:p>
        </w:tc>
      </w:tr>
    </w:tbl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bottom w:val="single" w:sz="8" w:space="0" w:color="1F2328"/>
        </w:tblBorders>
      </w:tblPr>
      <w:tblGrid>
        <w:gridCol w:w="4513"/>
        <w:gridCol w:w="4513"/>
      </w:tblGrid>
      <w:tr>
        <w:tc>
          <w:tcPr>
            <w:tcW w:type="dxa" w:w="4513"/>
          </w:tcPr>
          <w:p>
            <w:pPr>
              <w:spacing w:after="40"/>
            </w:pPr>
            <w:r>
              <w:rPr>
                <w:b/>
                <w:sz w:val="19"/>
              </w:rPr>
              <w:t>Annual Issue</w:t>
            </w:r>
          </w:p>
        </w:tc>
        <w:tc>
          <w:tcPr>
            <w:tcW w:type="dxa" w:w="4513"/>
          </w:tcPr>
          <w:p>
            <w:pPr>
              <w:spacing w:after="40"/>
              <w:jc w:val="right"/>
            </w:pPr>
            <w:r>
              <w:rPr>
                <w:sz w:val="19"/>
              </w:rPr>
              <w:t>December 2026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8" w:space="0" w:color="9A3412"/>
          <w:left w:val="single" w:sz="8" w:space="0" w:color="9A3412"/>
          <w:bottom w:val="single" w:sz="8" w:space="0" w:color="9A3412"/>
          <w:right w:val="single" w:sz="8" w:space="0" w:color="9A3412"/>
          <w:insideH w:val="single" w:sz="8" w:space="0" w:color="9A3412"/>
          <w:insideV w:val="single" w:sz="8" w:space="0" w:color="9A3412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026"/>
      </w:tblGrid>
      <w:tr>
        <w:tc>
          <w:tcPr>
            <w:tcW w:type="dxa" w:w="9026"/>
            <w:shd w:val="clear" w:color="auto" w:fill="F5EBE7"/>
          </w:tcPr>
          <w:p>
            <w:pPr>
              <w:spacing w:after="60"/>
            </w:pPr>
            <w:r>
              <w:rPr>
                <w:b/>
                <w:color w:val="9A3412"/>
              </w:rPr>
              <w:t>In this issue</w:t>
            </w:r>
          </w:p>
          <w:p>
            <w:pPr>
              <w:spacing w:after="40"/>
            </w:pPr>
            <w:r>
              <w:t>•  Silver Jubilee Reunion Brings Batches Together</w:t>
            </w:r>
          </w:p>
          <w:p>
            <w:pPr>
              <w:spacing w:after="40"/>
            </w:pPr>
            <w:r>
              <w:t>•  Mentorship Programme Launched</w:t>
            </w:r>
          </w:p>
          <w:p>
            <w:pPr>
              <w:spacing w:after="40"/>
            </w:pPr>
            <w:r>
              <w:t>•  Scholarship Fund</w:t>
            </w:r>
          </w:p>
          <w:p>
            <w:pPr>
              <w:spacing w:after="40"/>
            </w:pPr>
            <w:r>
              <w:t>•  Alumni Achievements</w:t>
            </w:r>
          </w:p>
          <w:p>
            <w:pPr>
              <w:spacing w:after="40"/>
            </w:pPr>
            <w:r>
              <w:t>•  Chapter Meet-ups</w:t>
            </w:r>
          </w:p>
        </w:tc>
      </w:tr>
    </w:tbl>
    <w:p>
      <w:pPr>
        <w:spacing w:after="80"/>
      </w:pPr>
    </w:p>
    <w:p>
      <w:pPr>
        <w:pStyle w:val="Heading1"/>
      </w:pPr>
      <w:r>
        <w:t>Silver Jubilee Reunion Brings Batches Together</w:t>
      </w:r>
    </w:p>
    <w:p>
      <w:pPr>
        <w:jc w:val="both"/>
      </w:pPr>
      <w:r>
        <w:t>Over 200 alumni from the classes of 2001 and 2011 returned to campus for a joyful reunion with former teachers and classmates.</w:t>
      </w:r>
    </w:p>
    <w:p>
      <w:pPr>
        <w:jc w:val="both"/>
      </w:pPr>
      <w:r>
        <w:t>The evening included a campus tour, a felicitation of retired faculty and a cultural programme by current students.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  <w:shd w:val="clear" w:color="auto" w:fill="E9D2CB"/>
          </w:tcPr>
          <w:p>
            <w:pPr>
              <w:spacing w:after="40"/>
            </w:pPr>
            <w:r>
              <w:rPr>
                <w:rFonts w:ascii="Raleway" w:hAnsi="Raleway" w:cs="Raleway" w:eastAsia="Raleway"/>
                <w:b/>
                <w:color w:val="9A3412"/>
                <w:sz w:val="40"/>
              </w:rPr>
              <w:t>200+</w:t>
            </w:r>
          </w:p>
          <w:p>
            <w:pPr>
              <w:spacing w:after="0"/>
            </w:pPr>
            <w:r>
              <w:rPr>
                <w:sz w:val="18"/>
              </w:rPr>
              <w:t>Alumni attended</w:t>
            </w:r>
          </w:p>
        </w:tc>
        <w:tc>
          <w:tcPr>
            <w:tcW w:type="dxa" w:w="3009"/>
            <w:shd w:val="clear" w:color="auto" w:fill="E9D2CB"/>
          </w:tcPr>
          <w:p>
            <w:pPr>
              <w:spacing w:after="40"/>
            </w:pPr>
            <w:r>
              <w:rPr>
                <w:rFonts w:ascii="Raleway" w:hAnsi="Raleway" w:cs="Raleway" w:eastAsia="Raleway"/>
                <w:b/>
                <w:color w:val="9A3412"/>
                <w:sz w:val="40"/>
              </w:rPr>
              <w:t>12</w:t>
            </w:r>
          </w:p>
          <w:p>
            <w:pPr>
              <w:spacing w:after="0"/>
            </w:pPr>
            <w:r>
              <w:rPr>
                <w:sz w:val="18"/>
              </w:rPr>
              <w:t>Mentors signed up</w:t>
            </w:r>
          </w:p>
        </w:tc>
        <w:tc>
          <w:tcPr>
            <w:tcW w:type="dxa" w:w="3009"/>
            <w:shd w:val="clear" w:color="auto" w:fill="E9D2CB"/>
          </w:tcPr>
          <w:p>
            <w:pPr>
              <w:spacing w:after="40"/>
            </w:pPr>
            <w:r>
              <w:rPr>
                <w:rFonts w:ascii="Raleway" w:hAnsi="Raleway" w:cs="Raleway" w:eastAsia="Raleway"/>
                <w:b/>
                <w:color w:val="9A3412"/>
                <w:sz w:val="40"/>
              </w:rPr>
              <w:t>₹ —</w:t>
            </w:r>
          </w:p>
          <w:p>
            <w:pPr>
              <w:spacing w:after="0"/>
            </w:pPr>
            <w:r>
              <w:rPr>
                <w:sz w:val="18"/>
              </w:rPr>
              <w:t>Scholarship fund (add figure)</w:t>
            </w:r>
          </w:p>
        </w:tc>
      </w:tr>
    </w:tbl>
    <w:p>
      <w:pPr>
        <w:spacing w:after="120"/>
      </w:pPr>
    </w:p>
    <w:p>
      <w:pPr>
        <w:sectPr>
          <w:headerReference w:type="default" r:id="rId9"/>
          <w:footerReference w:type="default" r:id="rId10"/>
          <w:pgSz w:w="11906" w:h="16838"/>
          <w:pgMar w:top="1368" w:right="1440" w:bottom="1368" w:left="1440" w:header="567" w:footer="567" w:gutter="0"/>
          <w:cols w:space="720"/>
          <w:titlePg/>
          <w:docGrid w:linePitch="360"/>
        </w:sectPr>
      </w:pPr>
    </w:p>
    <w:p>
      <w:pPr>
        <w:pStyle w:val="Heading2"/>
      </w:pPr>
      <w:r>
        <w:t>Mentorship Programme Launched</w:t>
      </w:r>
    </w:p>
    <w:p>
      <w:pPr>
        <w:jc w:val="both"/>
      </w:pPr>
      <w:r>
        <w:t>Alumni volunteers will mentor final-year students on careers, interviews and higher studies.</w:t>
      </w:r>
    </w:p>
    <w:p>
      <w:pPr>
        <w:pStyle w:val="Heading2"/>
      </w:pPr>
      <w:r>
        <w:t>Scholarship Fund</w:t>
      </w:r>
    </w:p>
    <w:p>
      <w:pPr>
        <w:jc w:val="both"/>
      </w:pPr>
      <w:r>
        <w:t>The association set up a merit-cum-means scholarship. Contributions of any size are welcome.</w:t>
      </w:r>
    </w:p>
    <w:p>
      <w:pPr>
        <w:pStyle w:val="Quote"/>
      </w:pPr>
      <w:r>
        <w:t>Every alumnus is an ambassador for the next generation.</w:t>
      </w:r>
    </w:p>
    <w:p>
      <w:pPr>
        <w:spacing w:after="160"/>
        <w:jc w:val="right"/>
      </w:pPr>
      <w:r>
        <w:rPr>
          <w:i/>
          <w:color w:val="74777A"/>
        </w:rPr>
        <w:t>— President, Alumni Association</w:t>
      </w:r>
    </w:p>
    <w:p>
      <w:pPr>
        <w:pStyle w:val="Heading2"/>
      </w:pPr>
      <w:r>
        <w:t>Alumni Achievements</w:t>
      </w:r>
    </w:p>
    <w:p>
      <w:pPr>
        <w:jc w:val="both"/>
      </w:pPr>
      <w:r>
        <w:t>Share your achievements with us to feature in the next issue.</w:t>
      </w:r>
    </w:p>
    <w:p>
      <w:pPr>
        <w:pStyle w:val="Heading2"/>
      </w:pPr>
      <w:r>
        <w:t>Chapter Meet-ups</w:t>
      </w:r>
    </w:p>
    <w:p>
      <w:pPr>
        <w:jc w:val="both"/>
      </w:pPr>
      <w:r>
        <w:t>City chapters met in Mumbai, Bengaluru and Delhi this year.</w:t>
      </w:r>
    </w:p>
    <w:p>
      <w:pPr>
        <w:sectPr>
          <w:type w:val="continuous"/>
          <w:pgSz w:w="11906" w:h="16838"/>
          <w:pgMar w:top="1368" w:right="1440" w:bottom="1368" w:left="1440" w:header="567" w:footer="567" w:gutter="0"/>
          <w:titlePg/>
          <w:docGrid w:linePitch="360"/>
          <w:cols w:num="2" w:space="453"/>
        </w:sectPr>
      </w:pPr>
    </w:p>
    <w:p>
      <w:pPr>
        <w:pStyle w:val="Heading2"/>
      </w:pPr>
      <w:r>
        <w:t>Upcoming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ECFD0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1934"/>
        <w:gridCol w:w="4513"/>
        <w:gridCol w:w="2579"/>
      </w:tblGrid>
      <w:tr>
        <w:trPr>
          <w:tblHeader/>
        </w:trPr>
        <w:tc>
          <w:tcPr>
            <w:tcW w:type="dxa" w:w="1934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Date</w:t>
            </w:r>
          </w:p>
        </w:tc>
        <w:tc>
          <w:tcPr>
            <w:tcW w:type="dxa" w:w="4513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Event</w:t>
            </w:r>
          </w:p>
        </w:tc>
        <w:tc>
          <w:tcPr>
            <w:tcW w:type="dxa" w:w="2579"/>
            <w:vAlign w:val="center"/>
            <w:shd w:val="clear" w:color="auto" w:fill="74270E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Where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Jan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Career talk series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Online</w:t>
            </w:r>
          </w:p>
        </w:tc>
      </w:tr>
      <w:tr>
        <w:tc>
          <w:tcPr>
            <w:tcW w:type="dxa" w:w="1934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Feb</w:t>
            </w:r>
          </w:p>
        </w:tc>
        <w:tc>
          <w:tcPr>
            <w:tcW w:type="dxa" w:w="4513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City chapter meet</w:t>
            </w:r>
          </w:p>
        </w:tc>
        <w:tc>
          <w:tcPr>
            <w:tcW w:type="dxa" w:w="2579"/>
            <w:vAlign w:val="center"/>
            <w:shd w:val="clear" w:color="auto" w:fill="F5EBE7"/>
          </w:tcPr>
          <w:p>
            <w:pPr>
              <w:spacing w:after="0"/>
            </w:pPr>
            <w:r/>
            <w:r>
              <w:rPr>
                <w:sz w:val="20"/>
              </w:rPr>
              <w:t>Mumbai</w:t>
            </w:r>
          </w:p>
        </w:tc>
      </w:tr>
      <w:tr>
        <w:tc>
          <w:tcPr>
            <w:tcW w:type="dxa" w:w="1934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Mar</w:t>
            </w:r>
          </w:p>
        </w:tc>
        <w:tc>
          <w:tcPr>
            <w:tcW w:type="dxa" w:w="451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Annual general meeting</w:t>
            </w:r>
          </w:p>
        </w:tc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Campus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5EBE7"/>
            <w:tcBorders>
              <w:left w:val="single" w:sz="36" w:space="0" w:color="9A3412"/>
            </w:tcBorders>
          </w:tcPr>
          <w:p>
            <w:pPr>
              <w:spacing w:after="60"/>
            </w:pPr>
            <w:r>
              <w:rPr>
                <w:b/>
                <w:color w:val="9A3412"/>
              </w:rPr>
              <w:t>Notices</w:t>
            </w:r>
          </w:p>
          <w:p>
            <w:pPr>
              <w:spacing w:after="0"/>
            </w:pPr>
            <w:r>
              <w:t>Update your contact details on the alumni portal.</w:t>
            </w:r>
          </w:p>
        </w:tc>
      </w:tr>
    </w:tbl>
    <w:p>
      <w:pPr>
        <w:spacing w:after="40"/>
      </w:pPr>
    </w:p>
    <w:p>
      <w:pPr>
        <w:pStyle w:val="Caption"/>
        <w:spacing w:before="160"/>
        <w:jc w:val="center"/>
      </w:pPr>
      <w:r>
        <w:t>Alumni Association · alumni@yourcollege.edu</w:t>
      </w:r>
    </w:p>
    <w:sectPr w:rsidR="00FC693F" w:rsidRPr="0006063C" w:rsidSect="00034616">
      <w:type w:val="continuous"/>
      <w:pgSz w:w="11906" w:h="16838"/>
      <w:pgMar w:top="1368" w:right="1440" w:bottom="1368" w:left="1440" w:header="567" w:footer="567" w:gutter="0"/>
      <w:titlePg/>
      <w:docGrid w:linePitch="360"/>
      <w:cols w:num="1" w:space="45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4777A"/>
        <w:sz w:val="18"/>
      </w:rPr>
      <w:t xml:space="preserve">Page </w:t>
    </w:r>
    <w:r>
      <w:rPr>
        <w:color w:val="74777A"/>
        <w:sz w:val="18"/>
      </w:rPr>
      <w:fldChar w:fldCharType="begin"/>
    </w:r>
    <w:r>
      <w:rPr>
        <w:color w:val="74777A"/>
        <w:sz w:val="18"/>
      </w:rPr>
      <w:instrText xml:space="preserve"> PAGE </w:instrText>
    </w:r>
    <w:r>
      <w:rPr>
        <w:color w:val="74777A"/>
        <w:sz w:val="18"/>
      </w:rPr>
      <w:fldChar w:fldCharType="separate"/>
    </w:r>
    <w:r>
      <w:rPr>
        <w:color w:val="74777A"/>
        <w:sz w:val="18"/>
      </w:rPr>
      <w:t>1</w:t>
    </w:r>
    <w:r>
      <w:rPr>
        <w:color w:val="74777A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ECFD0"/>
      </w:pBdr>
    </w:pPr>
    <w:r/>
    <w:r>
      <w:rPr>
        <w:caps/>
        <w:color w:val="74777A"/>
        <w:sz w:val="17"/>
      </w:rPr>
      <w:t>Alumni Link</w:t>
    </w:r>
    <w:r>
      <w:rPr>
        <w:color w:val="74777A"/>
        <w:sz w:val="17"/>
      </w:rPr>
      <w:tab/>
      <w:t>Annual Issue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1F2328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ind w:left="198"/>
      <w:outlineLvl w:val="0"/>
      <w:pageBreakBefore w:val="0"/>
      <w:pBdr>
        <w:left w:val="single" w:sz="24" w:space="10" w:color="9A3412"/>
      </w:pBdr>
    </w:pPr>
    <w:rPr>
      <w:rFonts w:ascii="Raleway" w:hAnsi="Raleway" w:cs="Raleway" w:eastAsia="Raleway"/>
      <w:b/>
      <w:bCs/>
      <w:i w:val="0"/>
      <w:caps/>
      <w:color w:val="1F2328"/>
      <w:sz w:val="40"/>
      <w:szCs w:val="40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Raleway" w:hAnsi="Raleway" w:cs="Raleway" w:eastAsia="Raleway"/>
      <w:b/>
      <w:bCs/>
      <w:i w:val="0"/>
      <w:color w:val="9A341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Raleway" w:hAnsi="Raleway" w:cs="Raleway" w:eastAsia="Raleway"/>
      <w:b/>
      <w:bCs/>
      <w:i w:val="0"/>
      <w:color w:val="1F2328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Raleway" w:hAnsi="Raleway" w:cs="Raleway" w:eastAsia="Raleway"/>
      <w:b/>
      <w:color w:val="1F2328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74777A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Raleway" w:hAnsi="Raleway" w:cs="Raleway" w:eastAsia="Raleway"/>
      <w:i w:val="0"/>
      <w:iCs/>
      <w:color w:val="1F2328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74777A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Lato" w:hAnsi="Lato" w:cs="Lato" w:eastAsia="Lato"/>
      <w:b/>
      <w:sz w:val="24"/>
      <w:szCs w:val="24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