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260" w:type="dxa"/>
          <w:left w:w="360" w:type="dxa"/>
          <w:bottom w:w="220" w:type="dxa"/>
          <w:right w:w="360" w:type="dxa"/>
        </w:tblCellMar>
      </w:tblPr>
      <w:tblGrid>
        <w:gridCol w:w="9639"/>
      </w:tblGrid>
      <w:tr>
        <w:tc>
          <w:tcPr>
            <w:tcW w:type="dxa" w:w="9638"/>
            <w:shd w:val="clear" w:color="auto" w:fill="C2410C"/>
          </w:tcPr>
          <w:p>
            <w:pPr>
              <w:spacing w:after="40"/>
            </w:pPr>
            <w:r>
              <w:rPr>
                <w:b/>
                <w:color w:val="FFFFFF"/>
                <w:sz w:val="18"/>
              </w:rPr>
              <w:t>SUNRISE PUBLIC SCHOOL</w:t>
            </w:r>
          </w:p>
          <w:p>
            <w:pPr>
              <w:spacing w:after="0" w:line="240" w:lineRule="auto"/>
            </w:pPr>
            <w:r>
              <w:rPr>
                <w:rFonts w:ascii="IBM Plex Serif" w:hAnsi="IBM Plex Serif" w:cs="IBM Plex Serif" w:eastAsia="IBM Plex Serif"/>
                <w:b/>
                <w:color w:val="FFFFFF"/>
                <w:sz w:val="68"/>
              </w:rPr>
              <w:t>The Sunrise Times</w:t>
            </w:r>
          </w:p>
          <w:p>
            <w:pPr>
              <w:spacing w:after="0"/>
            </w:pPr>
            <w:r>
              <w:rPr>
                <w:color w:val="FFFFFF"/>
                <w:sz w:val="22"/>
              </w:rPr>
              <w:t>News and stories from our school community</w:t>
            </w:r>
          </w:p>
        </w:tc>
      </w:tr>
    </w:tbl>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bottom w:val="single" w:sz="8" w:space="0" w:color="172033"/>
        </w:tblBorders>
      </w:tblPr>
      <w:tblGrid>
        <w:gridCol w:w="4819"/>
        <w:gridCol w:w="4819"/>
      </w:tblGrid>
      <w:tr>
        <w:tc>
          <w:tcPr>
            <w:tcW w:type="dxa" w:w="4819"/>
          </w:tcPr>
          <w:p>
            <w:pPr>
              <w:spacing w:after="40"/>
            </w:pPr>
            <w:r>
              <w:rPr>
                <w:b/>
                <w:sz w:val="19"/>
              </w:rPr>
              <w:t>Volume 8 · Issue 3</w:t>
            </w:r>
          </w:p>
        </w:tc>
        <w:tc>
          <w:tcPr>
            <w:tcW w:type="dxa" w:w="4819"/>
          </w:tcPr>
          <w:p>
            <w:pPr>
              <w:spacing w:after="40"/>
              <w:jc w:val="right"/>
            </w:pPr>
            <w:r>
              <w:rPr>
                <w:sz w:val="19"/>
              </w:rPr>
              <w:t>March 2026</w:t>
            </w:r>
          </w:p>
        </w:tc>
      </w:tr>
    </w:tbl>
    <w:p>
      <w:pPr>
        <w:spacing w:after="80"/>
      </w:pPr>
    </w:p>
    <w:tbl>
      <w:tblPr>
        <w:tblLayout w:type="fixed"/>
        <w:tblLook w:firstColumn="1" w:firstRow="1" w:lastColumn="0" w:lastRow="0" w:noHBand="0" w:noVBand="1" w:val="04A0"/>
        <w:tblW w:w="9639" w:type="dxa"/>
        <w:tblLayout w:type="fixed"/>
        <w:tblBorders>
          <w:top w:val="single" w:sz="8" w:space="0" w:color="C2410C"/>
          <w:left w:val="single" w:sz="8" w:space="0" w:color="C2410C"/>
          <w:bottom w:val="single" w:sz="8" w:space="0" w:color="C2410C"/>
          <w:right w:val="single" w:sz="8" w:space="0" w:color="C2410C"/>
          <w:insideH w:val="single" w:sz="8" w:space="0" w:color="C2410C"/>
          <w:insideV w:val="single" w:sz="8" w:space="0" w:color="C2410C"/>
        </w:tblBorders>
        <w:tblCellMar>
          <w:top w:w="140" w:type="dxa"/>
          <w:left w:w="200" w:type="dxa"/>
          <w:bottom w:w="140" w:type="dxa"/>
          <w:right w:w="200" w:type="dxa"/>
        </w:tblCellMar>
      </w:tblPr>
      <w:tblGrid>
        <w:gridCol w:w="9639"/>
      </w:tblGrid>
      <w:tr>
        <w:tc>
          <w:tcPr>
            <w:tcW w:type="dxa" w:w="9638"/>
            <w:shd w:val="clear" w:color="auto" w:fill="F9ECE7"/>
          </w:tcPr>
          <w:p>
            <w:pPr>
              <w:spacing w:after="60"/>
            </w:pPr>
            <w:r>
              <w:rPr>
                <w:b/>
                <w:color w:val="C2410C"/>
              </w:rPr>
              <w:t>In this issue</w:t>
            </w:r>
          </w:p>
          <w:p>
            <w:pPr>
              <w:spacing w:after="40"/>
            </w:pPr>
            <w:r>
              <w:t>•  Science Exhibition Draws Record Visitors</w:t>
            </w:r>
          </w:p>
          <w:p>
            <w:pPr>
              <w:spacing w:after="40"/>
            </w:pPr>
            <w:r>
              <w:t>•  Board Exam Preparation Support</w:t>
            </w:r>
          </w:p>
          <w:p>
            <w:pPr>
              <w:spacing w:after="40"/>
            </w:pPr>
            <w:r>
              <w:t>•  Sports Day Highlights</w:t>
            </w:r>
          </w:p>
          <w:p>
            <w:pPr>
              <w:spacing w:after="40"/>
            </w:pPr>
            <w:r>
              <w:t>•  Reading Week</w:t>
            </w:r>
          </w:p>
        </w:tc>
      </w:tr>
    </w:tbl>
    <w:p>
      <w:pPr>
        <w:spacing w:after="80"/>
      </w:pPr>
    </w:p>
    <w:p>
      <w:pPr>
        <w:pStyle w:val="Heading1"/>
      </w:pPr>
      <w:r>
        <w:t>Science Exhibition Draws Record Visitors</w:t>
      </w:r>
    </w:p>
    <w:p>
      <w:pPr>
        <w:jc w:val="both"/>
      </w:pPr>
      <w:r>
        <w:t>Our annual science exhibition on 21 February showcased over 80 working models made by students from Classes VI to XII. Parents, alumni and students from neighbouring schools explored projects on renewable energy, robotics, water conservation and health.</w:t>
      </w:r>
    </w:p>
    <w:p>
      <w:pPr>
        <w:jc w:val="both"/>
      </w:pPr>
      <w:r>
        <w:t>The judges praised the originality of several projects, including a low-cost water filter made from local materials and a solar-powered irrigation timer. Winning teams will represent the school at the district science fair next month.</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213"/>
        <w:gridCol w:w="3213"/>
        <w:gridCol w:w="3213"/>
      </w:tblGrid>
      <w:tr>
        <w:tc>
          <w:tcPr>
            <w:tcW w:type="dxa" w:w="3213"/>
            <w:shd w:val="clear" w:color="auto" w:fill="F2D5CA"/>
          </w:tcPr>
          <w:p>
            <w:pPr>
              <w:spacing w:after="40"/>
            </w:pPr>
            <w:r>
              <w:rPr>
                <w:rFonts w:ascii="IBM Plex Serif" w:hAnsi="IBM Plex Serif" w:cs="IBM Plex Serif" w:eastAsia="IBM Plex Serif"/>
                <w:b/>
                <w:color w:val="C2410C"/>
                <w:sz w:val="40"/>
              </w:rPr>
              <w:t>80+</w:t>
            </w:r>
          </w:p>
          <w:p>
            <w:pPr>
              <w:spacing w:after="0"/>
            </w:pPr>
            <w:r>
              <w:rPr>
                <w:sz w:val="18"/>
              </w:rPr>
              <w:t>Models displayed</w:t>
            </w:r>
          </w:p>
        </w:tc>
        <w:tc>
          <w:tcPr>
            <w:tcW w:type="dxa" w:w="3213"/>
            <w:shd w:val="clear" w:color="auto" w:fill="F2D5CA"/>
          </w:tcPr>
          <w:p>
            <w:pPr>
              <w:spacing w:after="40"/>
            </w:pPr>
            <w:r>
              <w:rPr>
                <w:rFonts w:ascii="IBM Plex Serif" w:hAnsi="IBM Plex Serif" w:cs="IBM Plex Serif" w:eastAsia="IBM Plex Serif"/>
                <w:b/>
                <w:color w:val="C2410C"/>
                <w:sz w:val="40"/>
              </w:rPr>
              <w:t>600</w:t>
            </w:r>
          </w:p>
          <w:p>
            <w:pPr>
              <w:spacing w:after="0"/>
            </w:pPr>
            <w:r>
              <w:rPr>
                <w:sz w:val="18"/>
              </w:rPr>
              <w:t>Visitors</w:t>
            </w:r>
          </w:p>
        </w:tc>
        <w:tc>
          <w:tcPr>
            <w:tcW w:type="dxa" w:w="3213"/>
            <w:shd w:val="clear" w:color="auto" w:fill="F2D5CA"/>
          </w:tcPr>
          <w:p>
            <w:pPr>
              <w:spacing w:after="40"/>
            </w:pPr>
            <w:r>
              <w:rPr>
                <w:rFonts w:ascii="IBM Plex Serif" w:hAnsi="IBM Plex Serif" w:cs="IBM Plex Serif" w:eastAsia="IBM Plex Serif"/>
                <w:b/>
                <w:color w:val="C2410C"/>
                <w:sz w:val="40"/>
              </w:rPr>
              <w:t>12</w:t>
            </w:r>
          </w:p>
          <w:p>
            <w:pPr>
              <w:spacing w:after="0"/>
            </w:pPr>
            <w:r>
              <w:rPr>
                <w:sz w:val="18"/>
              </w:rPr>
              <w:t>Prizes awarded</w:t>
            </w:r>
          </w:p>
        </w:tc>
      </w:tr>
    </w:tbl>
    <w:p>
      <w:pPr>
        <w:spacing w:after="120"/>
      </w:pPr>
    </w:p>
    <w:p>
      <w:pPr>
        <w:sectPr>
          <w:headerReference w:type="default" r:id="rId9"/>
          <w:footerReference w:type="default" r:id="rId10"/>
          <w:pgSz w:w="11906" w:h="16838"/>
          <w:pgMar w:top="1077" w:right="1134" w:bottom="1077" w:left="1134" w:header="567" w:footer="567" w:gutter="0"/>
          <w:cols w:space="720"/>
          <w:titlePg/>
          <w:docGrid w:linePitch="360"/>
        </w:sectPr>
      </w:pPr>
    </w:p>
    <w:p>
      <w:pPr>
        <w:pStyle w:val="Heading2"/>
      </w:pPr>
      <w:r>
        <w:t>Board Exam Preparation Support</w:t>
      </w:r>
    </w:p>
    <w:p>
      <w:pPr>
        <w:jc w:val="both"/>
      </w:pPr>
      <w:r>
        <w:t>Extra classes for Classes X and XII are being held every Saturday until the examinations. Teachers are also running doubt-clearing sessions during the lunch break.</w:t>
      </w:r>
    </w:p>
    <w:p>
      <w:pPr>
        <w:jc w:val="both"/>
      </w:pPr>
      <w:r>
        <w:t>Students are encouraged to follow the revised timetable shared by their class teachers and to attempt the sample papers uploaded on the school portal.</w:t>
      </w:r>
    </w:p>
    <w:p>
      <w:pPr>
        <w:pStyle w:val="Heading2"/>
      </w:pPr>
      <w:r>
        <w:t>Sports Day Highlights</w:t>
      </w:r>
    </w:p>
    <w:p>
      <w:pPr>
        <w:jc w:val="both"/>
      </w:pPr>
      <w:r>
        <w:t>Blue House won the overall championship at this year’s Sports Day, held on 7 February. Records were broken in the girls’ 100 m and the boys’ long jump.</w:t>
      </w:r>
    </w:p>
    <w:p>
      <w:pPr>
        <w:jc w:val="both"/>
      </w:pPr>
      <w:r>
        <w:t>The march past and the drill display by the primary section were special highlights.</w:t>
      </w:r>
    </w:p>
    <w:p>
      <w:pPr>
        <w:pStyle w:val="Quote"/>
      </w:pPr>
      <w:r>
        <w:t>Science is not just in textbooks — it is in every question we ask.</w:t>
      </w:r>
    </w:p>
    <w:p>
      <w:pPr>
        <w:spacing w:after="160"/>
        <w:jc w:val="right"/>
      </w:pPr>
      <w:r>
        <w:rPr>
          <w:i/>
          <w:color w:val="6F7581"/>
        </w:rPr>
        <w:t>— Principal’s message</w:t>
      </w:r>
    </w:p>
    <w:p>
      <w:pPr>
        <w:pStyle w:val="Heading2"/>
      </w:pPr>
      <w:r>
        <w:t>Reading Week</w:t>
      </w:r>
    </w:p>
    <w:p>
      <w:pPr>
        <w:jc w:val="both"/>
      </w:pPr>
      <w:r>
        <w:t>The library celebrated Reading Week with storytelling sessions, a book exchange and an author interaction for middle-school students.</w:t>
      </w:r>
    </w:p>
    <w:p>
      <w:pPr>
        <w:sectPr>
          <w:type w:val="continuous"/>
          <w:pgSz w:w="11906" w:h="16838"/>
          <w:pgMar w:top="1077" w:right="1134" w:bottom="1077" w:left="1134" w:header="567" w:footer="567" w:gutter="0"/>
          <w:titlePg/>
          <w:docGrid w:linePitch="360"/>
          <w:cols w:num="2" w:space="453"/>
        </w:sectPr>
      </w:pPr>
    </w:p>
    <w:p>
      <w:pPr>
        <w:pStyle w:val="Heading2"/>
      </w:pPr>
      <w:r>
        <w:t>Spotlight: Ms. Kavita Iyer</w:t>
      </w:r>
    </w:p>
    <w:p>
      <w:pPr>
        <w:spacing w:after="40"/>
      </w:pPr>
      <w:r>
        <w:rPr>
          <w:i/>
          <w:color w:val="6F7581"/>
        </w:rPr>
        <w:t>Mathematics teacher and Robotics Club mentor</w:t>
      </w:r>
    </w:p>
    <w:p>
      <w:pPr>
        <w:jc w:val="both"/>
      </w:pPr>
      <w:r>
        <w:t>Ms. Iyer has mentored the Robotics Club for five years. Under her guidance, students have built line-following robots and smart dustbins, and this year two teams qualified for the regional robotics challenge.</w:t>
      </w:r>
    </w:p>
    <w:p>
      <w:pPr>
        <w:pStyle w:val="Heading2"/>
      </w:pPr>
      <w:r>
        <w:t>Upcoming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4819"/>
        <w:gridCol w:w="2754"/>
      </w:tblGrid>
      <w:tr>
        <w:trPr>
          <w:tblHeader/>
        </w:trPr>
        <w:tc>
          <w:tcPr>
            <w:tcW w:type="dxa" w:w="2065"/>
            <w:vAlign w:val="center"/>
            <w:shd w:val="clear" w:color="auto" w:fill="C2410C"/>
          </w:tcPr>
          <w:p>
            <w:pPr>
              <w:spacing w:after="0"/>
            </w:pPr>
            <w:r/>
            <w:r>
              <w:rPr>
                <w:b/>
                <w:color w:val="FFFFFF"/>
                <w:sz w:val="19"/>
              </w:rPr>
              <w:t>Date</w:t>
            </w:r>
          </w:p>
        </w:tc>
        <w:tc>
          <w:tcPr>
            <w:tcW w:type="dxa" w:w="4819"/>
            <w:vAlign w:val="center"/>
            <w:shd w:val="clear" w:color="auto" w:fill="C2410C"/>
          </w:tcPr>
          <w:p>
            <w:pPr>
              <w:spacing w:after="0"/>
            </w:pPr>
            <w:r/>
            <w:r>
              <w:rPr>
                <w:b/>
                <w:color w:val="FFFFFF"/>
                <w:sz w:val="19"/>
              </w:rPr>
              <w:t>Event</w:t>
            </w:r>
          </w:p>
        </w:tc>
        <w:tc>
          <w:tcPr>
            <w:tcW w:type="dxa" w:w="2754"/>
            <w:vAlign w:val="center"/>
            <w:shd w:val="clear" w:color="auto" w:fill="C2410C"/>
          </w:tcPr>
          <w:p>
            <w:pPr>
              <w:spacing w:after="0"/>
            </w:pPr>
            <w:r/>
            <w:r>
              <w:rPr>
                <w:b/>
                <w:color w:val="FFFFFF"/>
                <w:sz w:val="19"/>
              </w:rPr>
              <w:t>Where</w:t>
            </w:r>
          </w:p>
        </w:tc>
      </w:tr>
      <w:tr>
        <w:tc>
          <w:tcPr>
            <w:tcW w:type="dxa" w:w="2065"/>
            <w:vAlign w:val="center"/>
          </w:tcPr>
          <w:p>
            <w:pPr>
              <w:spacing w:after="0"/>
            </w:pPr>
            <w:r/>
            <w:r>
              <w:rPr>
                <w:sz w:val="19"/>
              </w:rPr>
              <w:t>15 Mar</w:t>
            </w:r>
          </w:p>
        </w:tc>
        <w:tc>
          <w:tcPr>
            <w:tcW w:type="dxa" w:w="4819"/>
            <w:vAlign w:val="center"/>
          </w:tcPr>
          <w:p>
            <w:pPr>
              <w:spacing w:after="0"/>
            </w:pPr>
            <w:r/>
            <w:r>
              <w:rPr>
                <w:sz w:val="19"/>
              </w:rPr>
              <w:t>Board examinations begin (Classes X &amp; XII)</w:t>
            </w:r>
          </w:p>
        </w:tc>
        <w:tc>
          <w:tcPr>
            <w:tcW w:type="dxa" w:w="2754"/>
            <w:vAlign w:val="center"/>
          </w:tcPr>
          <w:p>
            <w:pPr>
              <w:spacing w:after="0"/>
            </w:pPr>
            <w:r/>
            <w:r>
              <w:rPr>
                <w:sz w:val="19"/>
              </w:rPr>
              <w:t>Exam halls</w:t>
            </w:r>
          </w:p>
        </w:tc>
      </w:tr>
      <w:tr>
        <w:tc>
          <w:tcPr>
            <w:tcW w:type="dxa" w:w="2065"/>
            <w:vAlign w:val="center"/>
            <w:shd w:val="clear" w:color="auto" w:fill="F9ECE7"/>
          </w:tcPr>
          <w:p>
            <w:pPr>
              <w:spacing w:after="0"/>
            </w:pPr>
            <w:r/>
            <w:r>
              <w:rPr>
                <w:sz w:val="19"/>
              </w:rPr>
              <w:t>28 Mar</w:t>
            </w:r>
          </w:p>
        </w:tc>
        <w:tc>
          <w:tcPr>
            <w:tcW w:type="dxa" w:w="4819"/>
            <w:vAlign w:val="center"/>
            <w:shd w:val="clear" w:color="auto" w:fill="F9ECE7"/>
          </w:tcPr>
          <w:p>
            <w:pPr>
              <w:spacing w:after="0"/>
            </w:pPr>
            <w:r/>
            <w:r>
              <w:rPr>
                <w:sz w:val="19"/>
              </w:rPr>
              <w:t>Annual result declaration (Classes VI–IX, XI)</w:t>
            </w:r>
          </w:p>
        </w:tc>
        <w:tc>
          <w:tcPr>
            <w:tcW w:type="dxa" w:w="2754"/>
            <w:vAlign w:val="center"/>
            <w:shd w:val="clear" w:color="auto" w:fill="F9ECE7"/>
          </w:tcPr>
          <w:p>
            <w:pPr>
              <w:spacing w:after="0"/>
            </w:pPr>
            <w:r/>
            <w:r>
              <w:rPr>
                <w:sz w:val="19"/>
              </w:rPr>
              <w:t>School portal</w:t>
            </w:r>
          </w:p>
        </w:tc>
      </w:tr>
      <w:tr>
        <w:tc>
          <w:tcPr>
            <w:tcW w:type="dxa" w:w="2065"/>
            <w:vAlign w:val="center"/>
          </w:tcPr>
          <w:p>
            <w:pPr>
              <w:spacing w:after="0"/>
            </w:pPr>
            <w:r/>
            <w:r>
              <w:rPr>
                <w:sz w:val="19"/>
              </w:rPr>
              <w:t>1 Apr</w:t>
            </w:r>
          </w:p>
        </w:tc>
        <w:tc>
          <w:tcPr>
            <w:tcW w:type="dxa" w:w="4819"/>
            <w:vAlign w:val="center"/>
          </w:tcPr>
          <w:p>
            <w:pPr>
              <w:spacing w:after="0"/>
            </w:pPr>
            <w:r/>
            <w:r>
              <w:rPr>
                <w:sz w:val="19"/>
              </w:rPr>
              <w:t>New session begins</w:t>
            </w:r>
          </w:p>
        </w:tc>
        <w:tc>
          <w:tcPr>
            <w:tcW w:type="dxa" w:w="2754"/>
            <w:vAlign w:val="center"/>
          </w:tcPr>
          <w:p>
            <w:pPr>
              <w:spacing w:after="0"/>
            </w:pPr>
            <w:r/>
            <w:r>
              <w:rPr>
                <w:sz w:val="19"/>
              </w:rPr>
              <w:t>Campus</w:t>
            </w:r>
          </w:p>
        </w:tc>
      </w:tr>
      <w:tr>
        <w:tc>
          <w:tcPr>
            <w:tcW w:type="dxa" w:w="2065"/>
            <w:vAlign w:val="center"/>
            <w:shd w:val="clear" w:color="auto" w:fill="F9ECE7"/>
          </w:tcPr>
          <w:p>
            <w:pPr>
              <w:spacing w:after="0"/>
            </w:pPr>
            <w:r/>
            <w:r>
              <w:rPr>
                <w:sz w:val="19"/>
              </w:rPr>
              <w:t>12 Apr</w:t>
            </w:r>
          </w:p>
        </w:tc>
        <w:tc>
          <w:tcPr>
            <w:tcW w:type="dxa" w:w="4819"/>
            <w:vAlign w:val="center"/>
            <w:shd w:val="clear" w:color="auto" w:fill="F9ECE7"/>
          </w:tcPr>
          <w:p>
            <w:pPr>
              <w:spacing w:after="0"/>
            </w:pPr>
            <w:r/>
            <w:r>
              <w:rPr>
                <w:sz w:val="19"/>
              </w:rPr>
              <w:t>Parent orientation</w:t>
            </w:r>
          </w:p>
        </w:tc>
        <w:tc>
          <w:tcPr>
            <w:tcW w:type="dxa" w:w="2754"/>
            <w:vAlign w:val="center"/>
            <w:shd w:val="clear" w:color="auto" w:fill="F9ECE7"/>
          </w:tcPr>
          <w:p>
            <w:pPr>
              <w:spacing w:after="0"/>
            </w:pPr>
            <w:r/>
            <w:r>
              <w:rPr>
                <w:sz w:val="19"/>
              </w:rPr>
              <w:t>Auditorium</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9ECE7"/>
            <w:tcBorders>
              <w:left w:val="single" w:sz="36" w:space="0" w:color="C2410C"/>
            </w:tcBorders>
          </w:tcPr>
          <w:p>
            <w:pPr>
              <w:spacing w:after="60"/>
            </w:pPr>
            <w:r>
              <w:rPr>
                <w:b/>
                <w:color w:val="C2410C"/>
              </w:rPr>
              <w:t>Notices</w:t>
            </w:r>
          </w:p>
          <w:p>
            <w:pPr>
              <w:spacing w:after="0"/>
            </w:pPr>
            <w:r>
              <w:t>Fee for the new session is due by 10 April.  •  Summer uniform from 1 April.  •  Lost-and-found items will be donated on 31 March.</w:t>
            </w:r>
          </w:p>
        </w:tc>
      </w:tr>
    </w:tbl>
    <w:p>
      <w:pPr>
        <w:spacing w:after="40"/>
      </w:pPr>
    </w:p>
    <w:p>
      <w:pPr>
        <w:pStyle w:val="Caption"/>
        <w:spacing w:before="160"/>
        <w:jc w:val="center"/>
      </w:pPr>
      <w:r>
        <w:t>Sunrise Public School · Sector 9, Your City · newsletter@yourschool.in · Editorial team: Students of Class XI</w:t>
      </w:r>
    </w:p>
    <w:sectPr w:rsidR="00FC693F" w:rsidRPr="0006063C" w:rsidSect="00034616">
      <w:type w:val="continuous"/>
      <w:pgSz w:w="11906" w:h="16838"/>
      <w:pgMar w:top="1077" w:right="1134" w:bottom="1077" w:left="1134" w:header="567" w:footer="567" w:gutter="0"/>
      <w:titlePg/>
      <w:docGrid w:linePitch="360"/>
      <w:cols w:num="1" w:space="4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color w:val="6F7581"/>
        <w:sz w:val="17"/>
      </w:rPr>
      <w:t>The Sunrise Times</w:t>
    </w:r>
    <w:r>
      <w:rPr>
        <w:color w:val="6F7581"/>
        <w:sz w:val="17"/>
      </w:rPr>
      <w:tab/>
      <w:t>Volume 8 · Issue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val="0"/>
      <w:pBdr>
        <w:top w:val="single" w:sz="18" w:space="10" w:color="172033"/>
      </w:pBdr>
    </w:pPr>
    <w:rPr>
      <w:rFonts w:ascii="IBM Plex Serif" w:hAnsi="IBM Plex Serif" w:cs="IBM Plex Serif" w:eastAsia="IBM Plex Serif"/>
      <w:b/>
      <w:bCs/>
      <w:i w:val="0"/>
      <w:caps/>
      <w:color w:val="172033"/>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