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026"/>
      </w:tblGrid>
      <w:tr>
        <w:tc>
          <w:tcPr>
            <w:tcW w:type="dxa" w:w="9026"/>
            <w:shd w:val="clear" w:color="auto" w:fill="C2410C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LEDGERLITE</w:t>
            </w:r>
          </w:p>
          <w:p>
            <w:pPr>
              <w:spacing w:after="0" w:line="240" w:lineRule="auto"/>
            </w:pPr>
            <w:r>
              <w:rPr>
                <w:rFonts w:ascii="Fraunces" w:hAnsi="Fraunces" w:cs="Fraunces" w:eastAsia="Fraunces"/>
                <w:b/>
                <w:color w:val="FFFFFF"/>
                <w:sz w:val="68"/>
              </w:rPr>
              <w:t>The LedgerLite Letter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Product updates and tips for small businesses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72033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</w:pPr>
            <w:r>
              <w:rPr>
                <w:b/>
                <w:sz w:val="19"/>
              </w:rPr>
              <w:t>Release Notes · v4.2</w:t>
            </w:r>
          </w:p>
        </w:tc>
        <w:tc>
          <w:tcPr>
            <w:tcW w:type="dxa" w:w="4513"/>
          </w:tcPr>
          <w:p>
            <w:pPr>
              <w:spacing w:after="40"/>
              <w:jc w:val="right"/>
            </w:pPr>
            <w:r>
              <w:rPr>
                <w:sz w:val="19"/>
              </w:rPr>
              <w:t>June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issue</w:t>
            </w:r>
          </w:p>
          <w:p>
            <w:pPr>
              <w:spacing w:after="40"/>
            </w:pPr>
            <w:r>
              <w:t>•  Bulk Invoice Editing Is Here</w:t>
            </w:r>
          </w:p>
          <w:p>
            <w:pPr>
              <w:spacing w:after="40"/>
            </w:pPr>
            <w:r>
              <w:t>•  Faster Dashboard</w:t>
            </w:r>
          </w:p>
          <w:p>
            <w:pPr>
              <w:spacing w:after="40"/>
            </w:pPr>
            <w:r>
              <w:t>•  GST Report Improvements</w:t>
            </w:r>
          </w:p>
          <w:p>
            <w:pPr>
              <w:spacing w:after="40"/>
            </w:pPr>
            <w:r>
              <w:t>•  Tip of the Month</w:t>
            </w:r>
          </w:p>
          <w:p>
            <w:pPr>
              <w:spacing w:after="40"/>
            </w:pPr>
            <w:r>
              <w:t>•  Customer Story</w:t>
            </w:r>
          </w:p>
          <w:p>
            <w:pPr>
              <w:spacing w:after="40"/>
            </w:pPr>
            <w:r>
              <w:t>•  Coming Soon</w:t>
            </w:r>
          </w:p>
        </w:tc>
      </w:tr>
    </w:tbl>
    <w:p>
      <w:pPr>
        <w:spacing w:after="80"/>
      </w:pPr>
    </w:p>
    <w:p>
      <w:pPr>
        <w:pStyle w:val="Heading1"/>
      </w:pPr>
      <w:r>
        <w:t>Bulk Invoice Editing Is Here</w:t>
      </w:r>
    </w:p>
    <w:p>
      <w:pPr>
        <w:jc w:val="both"/>
      </w:pPr>
      <w:r>
        <w:t>You asked, we built it. You can now select multiple invoices and update due dates, tags or payment status in one go.</w:t>
      </w:r>
    </w:p>
    <w:p>
      <w:pPr>
        <w:jc w:val="both"/>
      </w:pPr>
      <w:r>
        <w:t>Bulk editing is available on all plans from today. Find it under Invoices → Select.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C2410C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New features</w:t>
            </w:r>
          </w:p>
        </w:tc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C2410C"/>
                <w:sz w:val="40"/>
              </w:rPr>
              <w:t>15</w:t>
            </w:r>
          </w:p>
          <w:p>
            <w:pPr>
              <w:spacing w:after="0"/>
            </w:pPr>
            <w:r>
              <w:rPr>
                <w:sz w:val="18"/>
              </w:rPr>
              <w:t>Improvements</w:t>
            </w:r>
          </w:p>
        </w:tc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Fraunces" w:hAnsi="Fraunces" w:cs="Fraunces" w:eastAsia="Fraunces"/>
                <w:b/>
                <w:color w:val="C2410C"/>
                <w:sz w:val="40"/>
              </w:rPr>
              <w:t>24×7</w:t>
            </w:r>
          </w:p>
          <w:p>
            <w:pPr>
              <w:spacing w:after="0"/>
            </w:pPr>
            <w:r>
              <w:rPr>
                <w:sz w:val="18"/>
              </w:rPr>
              <w:t>Help centre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368" w:right="1440" w:bottom="1368" w:left="1440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Faster Dashboard</w:t>
      </w:r>
    </w:p>
    <w:p>
      <w:pPr>
        <w:jc w:val="both"/>
      </w:pPr>
      <w:r>
        <w:t>The dashboard now loads significantly faster for accounts with many transactions.</w:t>
      </w:r>
    </w:p>
    <w:p>
      <w:pPr>
        <w:pStyle w:val="Heading2"/>
      </w:pPr>
      <w:r>
        <w:t>GST Report Improvements</w:t>
      </w:r>
    </w:p>
    <w:p>
      <w:pPr>
        <w:jc w:val="both"/>
      </w:pPr>
      <w:r>
        <w:t>Monthly GST summaries now include a reconciliation view.</w:t>
      </w:r>
    </w:p>
    <w:p>
      <w:pPr>
        <w:pStyle w:val="Quote"/>
      </w:pPr>
      <w:r>
        <w:t>We build for the shop owner who has five minutes between customers.</w:t>
      </w:r>
    </w:p>
    <w:p>
      <w:pPr>
        <w:spacing w:after="160"/>
        <w:jc w:val="right"/>
      </w:pPr>
      <w:r>
        <w:rPr>
          <w:i/>
          <w:color w:val="6F7581"/>
        </w:rPr>
        <w:t>— Product team</w:t>
      </w:r>
    </w:p>
    <w:p>
      <w:pPr>
        <w:pStyle w:val="Heading2"/>
      </w:pPr>
      <w:r>
        <w:t>Tip of the Month</w:t>
      </w:r>
    </w:p>
    <w:p>
      <w:pPr>
        <w:jc w:val="both"/>
      </w:pPr>
      <w:r>
        <w:t>Set up recurring invoices for retainer clients to save time every month.</w:t>
      </w:r>
    </w:p>
    <w:p>
      <w:pPr>
        <w:pStyle w:val="Heading2"/>
      </w:pPr>
      <w:r>
        <w:t>Customer Story</w:t>
      </w:r>
    </w:p>
    <w:p>
      <w:pPr>
        <w:jc w:val="both"/>
      </w:pPr>
      <w:r>
        <w:t>A bakery owner shares how automated reminders reduced late payments.</w:t>
      </w:r>
    </w:p>
    <w:p>
      <w:pPr>
        <w:pStyle w:val="Heading2"/>
      </w:pPr>
      <w:r>
        <w:t>Coming Soon</w:t>
      </w:r>
    </w:p>
    <w:p>
      <w:pPr>
        <w:jc w:val="both"/>
      </w:pPr>
      <w:r>
        <w:t>Multi-currency invoices and a mobile receipt scanner are in testing.</w:t>
      </w:r>
    </w:p>
    <w:p>
      <w:pPr>
        <w:sectPr>
          <w:type w:val="continuous"/>
          <w:pgSz w:w="11906" w:h="16838"/>
          <w:pgMar w:top="1368" w:right="1440" w:bottom="1368" w:left="1440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4513"/>
        <w:gridCol w:w="2579"/>
      </w:tblGrid>
      <w:tr>
        <w:trPr>
          <w:tblHeader/>
        </w:trPr>
        <w:tc>
          <w:tcPr>
            <w:tcW w:type="dxa" w:w="193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Event</w:t>
            </w:r>
          </w:p>
        </w:tc>
        <w:tc>
          <w:tcPr>
            <w:tcW w:type="dxa" w:w="257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Where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18 Jun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Webinar: Closing your books faster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Online</w:t>
            </w:r>
          </w:p>
        </w:tc>
      </w:tr>
      <w:tr>
        <w:tc>
          <w:tcPr>
            <w:tcW w:type="dxa" w:w="193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2 Jul</w:t>
            </w:r>
          </w:p>
        </w:tc>
        <w:tc>
          <w:tcPr>
            <w:tcW w:type="dxa" w:w="451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Office hours with the product team</w:t>
            </w:r>
          </w:p>
        </w:tc>
        <w:tc>
          <w:tcPr>
            <w:tcW w:type="dxa" w:w="25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Online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Notices</w:t>
            </w:r>
          </w:p>
          <w:p>
            <w:pPr>
              <w:spacing w:after="0"/>
            </w:pPr>
            <w:r>
              <w:t>Scheduled maintenance on 22 June, 1–3 AM IST.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You are receiving this because you subscribed to product updates · Manage preferences in Settings</w:t>
      </w:r>
    </w:p>
    <w:sectPr w:rsidR="00FC693F" w:rsidRPr="0006063C" w:rsidSect="00034616">
      <w:type w:val="continuous"/>
      <w:pgSz w:w="11906" w:h="16838"/>
      <w:pgMar w:top="1368" w:right="1440" w:bottom="1368" w:left="1440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The LedgerLite Letter</w:t>
    </w:r>
    <w:r>
      <w:rPr>
        <w:color w:val="6F7581"/>
        <w:sz w:val="17"/>
      </w:rPr>
      <w:tab/>
      <w:t>Release Notes · v4.2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Manrope" w:hAnsi="Manrope" w:cs="Manrope" w:eastAsia="Manrope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ageBreakBefore w:val="0"/>
      <w:pBdr>
        <w:bottom w:val="single" w:sz="8" w:space="6" w:color="C2410C"/>
      </w:pBdr>
    </w:pPr>
    <w:rPr>
      <w:rFonts w:ascii="Fraunces" w:hAnsi="Fraunces" w:cs="Fraunces" w:eastAsia="Fraunces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Fraunces" w:hAnsi="Fraunces" w:cs="Fraunces" w:eastAsia="Fraunces"/>
      <w:b/>
      <w:bCs/>
      <w:i w:val="0"/>
      <w:color w:val="17203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Fraunces" w:hAnsi="Fraunces" w:cs="Fraunces" w:eastAsia="Fraunces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Fraunces" w:hAnsi="Fraunces" w:cs="Fraunces" w:eastAsia="Fraunces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Manrope" w:hAnsi="Manrope" w:cs="Manrope" w:eastAsia="Manrope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Fraunces" w:hAnsi="Fraunces" w:cs="Fraunces" w:eastAsia="Fraunces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Manrope" w:hAnsi="Manrope" w:cs="Manrope" w:eastAsia="Manrope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Fraunces" w:hAnsi="Fraunces" w:cs="Fraunces" w:eastAsia="Fraunce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Manrope" w:hAnsi="Manrope" w:cs="Manrope" w:eastAsia="Manrope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