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C1917"/>
          <w:sz w:val="28"/>
          <w:spacing w:val="20"/>
        </w:rPr>
        <w:t>Your Institute of Technology, Hyderabad</w:t>
      </w:r>
    </w:p>
    <w:p>
      <w:pPr>
        <w:jc w:val="center"/>
      </w:pPr>
      <w:r>
        <w:rPr>
          <w:b w:val="0"/>
          <w:i w:val="0"/>
          <w:color w:val="72706F"/>
          <w:sz w:val="22"/>
        </w:rPr>
        <w:t>Department of Computer Science &amp;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F4E8C"/>
          <w:left w:val="thinThickThinMediumGap" w:sz="24" w:space="0" w:color="1F4E8C"/>
          <w:bottom w:val="thinThickThinMediumGap" w:sz="24" w:space="0" w:color="1F4E8C"/>
          <w:right w:val="thinThickThinMediumGap" w:sz="24" w:space="0" w:color="1F4E8C"/>
        </w:tblBorders>
      </w:tblPr>
      <w:tblGrid>
        <w:gridCol w:w="1462"/>
      </w:tblGrid>
      <w:tr>
        <w:trPr>
          <w:trHeight w:val="1463" w:hRule="exact"/>
        </w:trPr>
        <w:tc>
          <w:tcPr>
            <w:tcW w:type="dxa" w:w="1463"/>
            <w:shd w:val="clear" w:color="auto" w:fill="E9EDF4"/>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F4E8C"/>
                <w:left w:val="single" w:sz="8" w:space="0" w:color="1F4E8C"/>
                <w:bottom w:val="single" w:sz="8" w:space="0" w:color="1F4E8C"/>
                <w:right w:val="single" w:sz="8" w:space="0" w:color="1F4E8C"/>
              </w:tblBorders>
            </w:tblPr>
            <w:tblGrid>
              <w:gridCol w:w="884"/>
            </w:tblGrid>
            <w:tr>
              <w:trPr>
                <w:trHeight w:val="884" w:hRule="exact"/>
              </w:trPr>
              <w:tc>
                <w:tcPr>
                  <w:tcW w:type="dxa" w:w="884"/>
                  <w:shd w:val="clear" w:color="auto" w:fill="CED8E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F4E8C"/>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2706F"/>
          <w:sz w:val="24"/>
        </w:rPr>
        <w:t>A Practical File on</w:t>
      </w:r>
    </w:p>
    <w:p>
      <w:pPr>
        <w:pStyle w:val="Title"/>
        <w:jc w:val="center"/>
      </w:pPr>
      <w:r>
        <w:rPr>
          <w:color w:val="1F4E8C"/>
        </w:rPr>
        <w:t>Data Structures Lab Practical File</w:t>
      </w:r>
    </w:p>
    <w:p>
      <w:pPr>
        <w:jc w:val="center"/>
      </w:pPr>
      <w:r>
        <w:rPr>
          <w:b w:val="0"/>
          <w:i w:val="0"/>
          <w:color w:val="1C1917"/>
          <w:sz w:val="24"/>
        </w:rPr>
        <w:t>B.Tech CSE · Programs in C</w:t>
      </w:r>
    </w:p>
    <w:p>
      <w:pPr>
        <w:spacing w:after="360"/>
        <w:jc w:val="center"/>
      </w:pPr>
      <w:r>
        <w:rPr>
          <w:b w:val="0"/>
          <w:i w:val="0"/>
          <w:color w:val="72706F"/>
          <w:sz w:val="21"/>
        </w:rPr>
        <w:t>Submitted in partial fulfilment of the practical examination requirements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2706F"/>
                <w:sz w:val="16"/>
              </w:rPr>
              <w:t>SUBMITTED BY</w:t>
            </w:r>
          </w:p>
        </w:tc>
        <w:tc>
          <w:tcPr>
            <w:tcW w:type="dxa" w:w="3009"/>
          </w:tcPr>
          <w:p>
            <w:pPr>
              <w:spacing w:after="0"/>
              <w:jc w:val="center"/>
            </w:pPr>
            <w:r>
              <w:rPr>
                <w:b/>
                <w:color w:val="72706F"/>
                <w:sz w:val="16"/>
              </w:rPr>
              <w:t>PROGRAMME</w:t>
            </w:r>
          </w:p>
        </w:tc>
        <w:tc>
          <w:tcPr>
            <w:tcW w:type="dxa" w:w="3009"/>
          </w:tcPr>
          <w:p>
            <w:pPr>
              <w:spacing w:after="0"/>
              <w:jc w:val="center"/>
            </w:pPr>
            <w:r>
              <w:rPr>
                <w:b/>
                <w:color w:val="72706F"/>
                <w:sz w:val="16"/>
              </w:rPr>
              <w:t>SUBMITTED TO</w:t>
            </w:r>
          </w:p>
        </w:tc>
      </w:tr>
      <w:tr>
        <w:tc>
          <w:tcPr>
            <w:tcW w:type="dxa" w:w="3009"/>
          </w:tcPr>
          <w:p>
            <w:pPr>
              <w:spacing w:after="0"/>
              <w:jc w:val="center"/>
            </w:pPr>
            <w:r>
              <w:rPr>
                <w:color w:val="1C1917"/>
                <w:sz w:val="21"/>
              </w:rPr>
              <w:t>Arjun Varma</w:t>
              <w:br/>
              <w:t>Roll No. 24CS1057</w:t>
            </w:r>
          </w:p>
        </w:tc>
        <w:tc>
          <w:tcPr>
            <w:tcW w:type="dxa" w:w="3009"/>
          </w:tcPr>
          <w:p>
            <w:pPr>
              <w:spacing w:after="0"/>
              <w:jc w:val="center"/>
            </w:pPr>
            <w:r>
              <w:rPr>
                <w:color w:val="1C1917"/>
                <w:sz w:val="21"/>
              </w:rPr>
              <w:t>B.Tech III Sem, CSE-A</w:t>
            </w:r>
          </w:p>
        </w:tc>
        <w:tc>
          <w:tcPr>
            <w:tcW w:type="dxa" w:w="3009"/>
          </w:tcPr>
          <w:p>
            <w:pPr>
              <w:spacing w:after="0"/>
              <w:jc w:val="center"/>
            </w:pPr>
            <w:r>
              <w:rPr>
                <w:color w:val="1C1917"/>
                <w:sz w:val="21"/>
              </w:rPr>
              <w:t>Ms. Sneha Reddy</w:t>
            </w:r>
          </w:p>
        </w:tc>
      </w:tr>
    </w:tbl>
    <w:p>
      <w:pPr>
        <w:spacing w:before="320"/>
        <w:jc w:val="center"/>
      </w:pPr>
      <w:r>
        <w:rPr>
          <w:b/>
          <w:i w:val="0"/>
          <w:color w:val="1C191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F4E8C"/>
          <w:left w:val="thinThickSmallGap" w:sz="18" w:space="0" w:color="1F4E8C"/>
          <w:bottom w:val="thinThickSmallGap" w:sz="18" w:space="0" w:color="1F4E8C"/>
          <w:right w:val="thinThickSmallGap" w:sz="18" w:space="0" w:color="1F4E8C"/>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Outfit" w:hAnsi="Outfit" w:cs="Outfit" w:eastAsia="Outfit"/>
                <w:b/>
                <w:color w:val="1F4E8C"/>
                <w:sz w:val="44"/>
              </w:rPr>
              <w:t>CERTIFICATE</w:t>
            </w:r>
          </w:p>
          <w:p>
            <w:pPr>
              <w:spacing w:after="240" w:line="360" w:lineRule="auto"/>
              <w:jc w:val="both"/>
            </w:pPr>
            <w:r>
              <w:t>This is to certify that Arjun Varma, a student of B.Tech III Sem, CSE-A, has satisfactorily completed the practical work in Data Structures Lab prescribed by the Department of Computer Science &amp; Engineering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Ms. Sneha Reddy</w:t>
                    <w:br/>
                  </w:r>
                  <w:r>
                    <w:rPr>
                      <w:color w:val="72706F"/>
                    </w:rPr>
                    <w:t>Subject Teacher</w:t>
                  </w:r>
                </w:p>
              </w:tc>
              <w:tc>
                <w:tcPr>
                  <w:tcW w:type="dxa" w:w="3009"/>
                </w:tcPr>
                <w:p>
                  <w:pPr>
                    <w:jc w:val="center"/>
                  </w:pPr>
                  <w:r>
                    <w:rPr>
                      <w:b/>
                    </w:rPr>
                    <w:t>External Examiner</w:t>
                    <w:br/>
                  </w:r>
                  <w:r>
                    <w:rPr>
                      <w:color w:val="72706F"/>
                    </w:rPr>
                    <w:t>Date: __________</w:t>
                  </w:r>
                </w:p>
              </w:tc>
              <w:tc>
                <w:tcPr>
                  <w:tcW w:type="dxa" w:w="3009"/>
                </w:tcPr>
                <w:p>
                  <w:pPr>
                    <w:jc w:val="center"/>
                  </w:pPr>
                  <w:r>
                    <w:rPr>
                      <w:b/>
                    </w:rPr>
                    <w:t>Dr. V. Srinivas</w:t>
                    <w:br/>
                  </w:r>
                  <w:r>
                    <w:rPr>
                      <w:color w:val="72706F"/>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Ms. Sneha Reddy, for guidance and encouragement throughout the practical sessions, and for patiently clearing my doubts in the laboratory.</w:t>
      </w:r>
    </w:p>
    <w:p>
      <w:pPr>
        <w:jc w:val="both"/>
      </w:pPr>
      <w:r>
        <w:t>I am also thankful to Dr. V. Srinivas,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Arjun Varma</w:t>
      </w:r>
    </w:p>
    <w:p>
      <w:pPr>
        <w:pStyle w:val="Heading1"/>
      </w:pPr>
      <w:r>
        <w:t>Index</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19"/>
        <w:gridCol w:w="4430"/>
        <w:gridCol w:w="1329"/>
        <w:gridCol w:w="1107"/>
        <w:gridCol w:w="1439"/>
      </w:tblGrid>
      <w:tr>
        <w:trPr>
          <w:tblHeader/>
        </w:trPr>
        <w:tc>
          <w:tcPr>
            <w:tcW w:type="dxa" w:w="720"/>
            <w:vAlign w:val="center"/>
            <w:shd w:val="clear" w:color="auto" w:fill="1C1917"/>
          </w:tcPr>
          <w:p>
            <w:pPr>
              <w:spacing w:after="0"/>
              <w:jc w:val="center"/>
            </w:pPr>
            <w:r/>
            <w:r>
              <w:rPr>
                <w:b/>
                <w:color w:val="FFFFFF"/>
                <w:sz w:val="20"/>
              </w:rPr>
              <w:t>S. No.</w:t>
            </w:r>
          </w:p>
        </w:tc>
        <w:tc>
          <w:tcPr>
            <w:tcW w:type="dxa" w:w="4430"/>
            <w:vAlign w:val="center"/>
            <w:shd w:val="clear" w:color="auto" w:fill="1C1917"/>
          </w:tcPr>
          <w:p>
            <w:pPr>
              <w:spacing w:after="0"/>
              <w:jc w:val="left"/>
            </w:pPr>
            <w:r/>
            <w:r>
              <w:rPr>
                <w:b/>
                <w:color w:val="FFFFFF"/>
                <w:sz w:val="20"/>
              </w:rPr>
              <w:t>Name of the Experiment</w:t>
            </w:r>
          </w:p>
        </w:tc>
        <w:tc>
          <w:tcPr>
            <w:tcW w:type="dxa" w:w="1329"/>
            <w:vAlign w:val="center"/>
            <w:shd w:val="clear" w:color="auto" w:fill="1C1917"/>
          </w:tcPr>
          <w:p>
            <w:pPr>
              <w:spacing w:after="0"/>
              <w:jc w:val="center"/>
            </w:pPr>
            <w:r/>
            <w:r>
              <w:rPr>
                <w:b/>
                <w:color w:val="FFFFFF"/>
                <w:sz w:val="20"/>
              </w:rPr>
              <w:t>Date</w:t>
            </w:r>
          </w:p>
        </w:tc>
        <w:tc>
          <w:tcPr>
            <w:tcW w:type="dxa" w:w="1107"/>
            <w:vAlign w:val="center"/>
            <w:shd w:val="clear" w:color="auto" w:fill="1C1917"/>
          </w:tcPr>
          <w:p>
            <w:pPr>
              <w:spacing w:after="0"/>
              <w:jc w:val="center"/>
            </w:pPr>
            <w:r/>
            <w:r>
              <w:rPr>
                <w:b/>
                <w:color w:val="FFFFFF"/>
                <w:sz w:val="20"/>
              </w:rPr>
              <w:t>Remarks</w:t>
            </w:r>
          </w:p>
        </w:tc>
        <w:tc>
          <w:tcPr>
            <w:tcW w:type="dxa" w:w="1440"/>
            <w:vAlign w:val="center"/>
            <w:shd w:val="clear" w:color="auto" w:fill="1C1917"/>
          </w:tcPr>
          <w:p>
            <w:pPr>
              <w:spacing w:after="0"/>
              <w:jc w:val="center"/>
            </w:pPr>
            <w:r/>
            <w:r>
              <w:rPr>
                <w:b/>
                <w:color w:val="FFFFFF"/>
                <w:sz w:val="20"/>
              </w:rPr>
              <w:t>Teacher's Sign</w:t>
            </w:r>
          </w:p>
        </w:tc>
      </w:tr>
      <w:tr>
        <w:tc>
          <w:tcPr>
            <w:tcW w:type="dxa" w:w="720"/>
            <w:vAlign w:val="center"/>
          </w:tcPr>
          <w:p>
            <w:pPr>
              <w:spacing w:after="0"/>
              <w:jc w:val="center"/>
            </w:pPr>
            <w:r/>
            <w:r>
              <w:rPr>
                <w:sz w:val="20"/>
              </w:rPr>
              <w:t>1</w:t>
            </w:r>
          </w:p>
        </w:tc>
        <w:tc>
          <w:tcPr>
            <w:tcW w:type="dxa" w:w="4430"/>
            <w:vAlign w:val="center"/>
          </w:tcPr>
          <w:p>
            <w:pPr>
              <w:spacing w:after="0"/>
              <w:jc w:val="left"/>
            </w:pPr>
            <w:r/>
            <w:r>
              <w:rPr>
                <w:sz w:val="20"/>
              </w:rPr>
              <w:t>Linear and binary search</w:t>
            </w:r>
          </w:p>
        </w:tc>
        <w:tc>
          <w:tcPr>
            <w:tcW w:type="dxa" w:w="1329"/>
            <w:vAlign w:val="center"/>
          </w:tcPr>
          <w:p>
            <w:pPr>
              <w:spacing w:after="0"/>
              <w:jc w:val="center"/>
            </w:pPr>
            <w:r/>
            <w:r>
              <w:rPr>
                <w:sz w:val="20"/>
              </w:rPr>
              <w:t>14 Jan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2</w:t>
            </w:r>
          </w:p>
        </w:tc>
        <w:tc>
          <w:tcPr>
            <w:tcW w:type="dxa" w:w="4430"/>
            <w:vAlign w:val="center"/>
          </w:tcPr>
          <w:p>
            <w:pPr>
              <w:spacing w:after="0"/>
              <w:jc w:val="left"/>
            </w:pPr>
            <w:r/>
            <w:r>
              <w:rPr>
                <w:sz w:val="20"/>
              </w:rPr>
              <w:t>Bubble sort</w:t>
            </w:r>
          </w:p>
        </w:tc>
        <w:tc>
          <w:tcPr>
            <w:tcW w:type="dxa" w:w="1329"/>
            <w:vAlign w:val="center"/>
          </w:tcPr>
          <w:p>
            <w:pPr>
              <w:spacing w:after="0"/>
              <w:jc w:val="center"/>
            </w:pPr>
            <w:r/>
            <w:r>
              <w:rPr>
                <w:sz w:val="20"/>
              </w:rPr>
              <w:t>21 Jan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3</w:t>
            </w:r>
          </w:p>
        </w:tc>
        <w:tc>
          <w:tcPr>
            <w:tcW w:type="dxa" w:w="4430"/>
            <w:vAlign w:val="center"/>
          </w:tcPr>
          <w:p>
            <w:pPr>
              <w:spacing w:after="0"/>
              <w:jc w:val="left"/>
            </w:pPr>
            <w:r/>
            <w:r>
              <w:rPr>
                <w:sz w:val="20"/>
              </w:rPr>
              <w:t>Stack using an array</w:t>
            </w:r>
          </w:p>
        </w:tc>
        <w:tc>
          <w:tcPr>
            <w:tcW w:type="dxa" w:w="1329"/>
            <w:vAlign w:val="center"/>
          </w:tcPr>
          <w:p>
            <w:pPr>
              <w:spacing w:after="0"/>
              <w:jc w:val="center"/>
            </w:pPr>
            <w:r/>
            <w:r>
              <w:rPr>
                <w:sz w:val="20"/>
              </w:rPr>
              <w:t>28 Jan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4</w:t>
            </w:r>
          </w:p>
        </w:tc>
        <w:tc>
          <w:tcPr>
            <w:tcW w:type="dxa" w:w="4430"/>
            <w:vAlign w:val="center"/>
          </w:tcPr>
          <w:p>
            <w:pPr>
              <w:spacing w:after="0"/>
              <w:jc w:val="left"/>
            </w:pPr>
            <w:r/>
            <w:r>
              <w:rPr>
                <w:sz w:val="20"/>
              </w:rPr>
              <w:t>Circular queue</w:t>
            </w:r>
          </w:p>
        </w:tc>
        <w:tc>
          <w:tcPr>
            <w:tcW w:type="dxa" w:w="1329"/>
            <w:vAlign w:val="center"/>
          </w:tcPr>
          <w:p>
            <w:pPr>
              <w:spacing w:after="0"/>
              <w:jc w:val="center"/>
            </w:pPr>
            <w:r/>
            <w:r>
              <w:rPr>
                <w:sz w:val="20"/>
              </w:rPr>
              <w:t>04 Feb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5</w:t>
            </w:r>
          </w:p>
        </w:tc>
        <w:tc>
          <w:tcPr>
            <w:tcW w:type="dxa" w:w="4430"/>
            <w:vAlign w:val="center"/>
          </w:tcPr>
          <w:p>
            <w:pPr>
              <w:spacing w:after="0"/>
              <w:jc w:val="left"/>
            </w:pPr>
            <w:r/>
            <w:r>
              <w:rPr>
                <w:sz w:val="20"/>
              </w:rPr>
              <w:t>Singly linked list operations</w:t>
            </w:r>
          </w:p>
        </w:tc>
        <w:tc>
          <w:tcPr>
            <w:tcW w:type="dxa" w:w="1329"/>
            <w:vAlign w:val="center"/>
          </w:tcPr>
          <w:p>
            <w:pPr>
              <w:spacing w:after="0"/>
              <w:jc w:val="center"/>
            </w:pPr>
            <w:r/>
            <w:r>
              <w:rPr>
                <w:sz w:val="20"/>
              </w:rPr>
              <w:t>11 Feb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1"/>
      </w:pPr>
      <w:r>
        <w:t>Experiment 1: Linear and binary search</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1F4E8C"/>
                <w:sz w:val="19"/>
              </w:rPr>
              <w:t xml:space="preserve">Date: </w:t>
            </w:r>
            <w:r>
              <w:rPr>
                <w:sz w:val="19"/>
              </w:rPr>
              <w:t>14 Jan 2026</w:t>
            </w:r>
          </w:p>
        </w:tc>
        <w:tc>
          <w:tcPr>
            <w:tcW w:type="dxa" w:w="3009"/>
          </w:tcPr>
          <w:p>
            <w:pPr>
              <w:spacing w:after="0"/>
            </w:pPr>
            <w:r>
              <w:rPr>
                <w:b/>
                <w:color w:val="1F4E8C"/>
                <w:sz w:val="19"/>
              </w:rPr>
              <w:t xml:space="preserve">Page No.: </w:t>
            </w:r>
            <w:r>
              <w:rPr>
                <w:sz w:val="19"/>
              </w:rPr>
              <w:t>____</w:t>
            </w:r>
          </w:p>
        </w:tc>
        <w:tc>
          <w:tcPr>
            <w:tcW w:type="dxa" w:w="3009"/>
          </w:tcPr>
          <w:p>
            <w:pPr>
              <w:spacing w:after="0"/>
            </w:pPr>
            <w:r>
              <w:rPr>
                <w:b/>
                <w:color w:val="1F4E8C"/>
                <w:sz w:val="19"/>
              </w:rPr>
              <w:t xml:space="preserve">Teacher's sign: </w:t>
            </w:r>
            <w:r>
              <w:rPr>
                <w:sz w:val="19"/>
              </w:rPr>
              <w:t>__________</w:t>
            </w:r>
          </w:p>
        </w:tc>
      </w:tr>
    </w:tbl>
    <w:p>
      <w:pPr>
        <w:spacing w:after="80"/>
      </w:pPr>
    </w:p>
    <w:p>
      <w:pPr>
        <w:pStyle w:val="Heading3"/>
      </w:pPr>
      <w:r>
        <w:t>Aim</w:t>
      </w:r>
    </w:p>
    <w:p>
      <w:r>
        <w:t>To implement linear search and binary search on an array of integers in C.</w:t>
      </w:r>
    </w:p>
    <w:p>
      <w:pPr>
        <w:pStyle w:val="Heading3"/>
      </w:pPr>
      <w:r>
        <w:t>Software / Requirements</w:t>
      </w:r>
    </w:p>
    <w:p>
      <w:pPr>
        <w:pStyle w:val="ListBullet"/>
      </w:pPr>
      <w:r>
        <w:t>GCC compiler</w:t>
      </w:r>
    </w:p>
    <w:p>
      <w:pPr>
        <w:pStyle w:val="ListBullet"/>
      </w:pPr>
      <w:r>
        <w:t>Code::Blocks / VS Code</w:t>
      </w:r>
    </w:p>
    <w:p>
      <w:pPr>
        <w:pStyle w:val="Heading3"/>
      </w:pPr>
      <w:r>
        <w:t>Algorithm</w:t>
      </w:r>
    </w:p>
    <w:p>
      <w:pPr>
        <w:pStyle w:val="ListNumber"/>
      </w:pPr>
      <w:r>
        <w:t>Read n elements into an array (sorted for binary search).</w:t>
      </w:r>
    </w:p>
    <w:p>
      <w:pPr>
        <w:pStyle w:val="ListNumber"/>
      </w:pPr>
      <w:r>
        <w:t>Linear search compares the key with each element in turn.</w:t>
      </w:r>
    </w:p>
    <w:p>
      <w:pPr>
        <w:pStyle w:val="ListNumber"/>
      </w:pPr>
      <w:r>
        <w:t>Binary search compares with the middle element and halves the range.</w:t>
      </w:r>
    </w:p>
    <w:p>
      <w:pPr>
        <w:pStyle w:val="ListNumber"/>
      </w:pPr>
      <w:r>
        <w:t>Print the position or a not-found message.</w:t>
      </w:r>
    </w:p>
    <w:p>
      <w:pPr>
        <w:pStyle w:val="Heading3"/>
      </w:pPr>
      <w:r>
        <w:t>Program</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int binary(int a[], int n, int key) {</w:t>
            </w:r>
          </w:p>
          <w:p>
            <w:pPr>
              <w:spacing w:after="0" w:line="240" w:lineRule="auto"/>
            </w:pPr>
            <w:r>
              <w:rPr>
                <w:rFonts w:ascii="Courier New" w:hAnsi="Courier New" w:cs="Courier New" w:eastAsia="Courier New"/>
                <w:sz w:val="18"/>
              </w:rPr>
              <w:t xml:space="preserve">    int lo = 0, hi = n - 1;</w:t>
            </w:r>
          </w:p>
          <w:p>
            <w:pPr>
              <w:spacing w:after="0" w:line="240" w:lineRule="auto"/>
            </w:pPr>
            <w:r>
              <w:rPr>
                <w:rFonts w:ascii="Courier New" w:hAnsi="Courier New" w:cs="Courier New" w:eastAsia="Courier New"/>
                <w:sz w:val="18"/>
              </w:rPr>
              <w:t xml:space="preserve">    while (lo &lt;= hi) {</w:t>
            </w:r>
          </w:p>
          <w:p>
            <w:pPr>
              <w:spacing w:after="0" w:line="240" w:lineRule="auto"/>
            </w:pPr>
            <w:r>
              <w:rPr>
                <w:rFonts w:ascii="Courier New" w:hAnsi="Courier New" w:cs="Courier New" w:eastAsia="Courier New"/>
                <w:sz w:val="18"/>
              </w:rPr>
              <w:t xml:space="preserve">        int mid = (lo + hi) / 2;</w:t>
            </w:r>
          </w:p>
          <w:p>
            <w:pPr>
              <w:spacing w:after="0" w:line="240" w:lineRule="auto"/>
            </w:pPr>
            <w:r>
              <w:rPr>
                <w:rFonts w:ascii="Courier New" w:hAnsi="Courier New" w:cs="Courier New" w:eastAsia="Courier New"/>
                <w:sz w:val="18"/>
              </w:rPr>
              <w:t xml:space="preserve">        if (a[mid] == key) return mid;</w:t>
            </w:r>
          </w:p>
          <w:p>
            <w:pPr>
              <w:spacing w:after="0" w:line="240" w:lineRule="auto"/>
            </w:pPr>
            <w:r>
              <w:rPr>
                <w:rFonts w:ascii="Courier New" w:hAnsi="Courier New" w:cs="Courier New" w:eastAsia="Courier New"/>
                <w:sz w:val="18"/>
              </w:rPr>
              <w:t xml:space="preserve">        if (a[mid] &lt; key) lo = mid + 1; else hi = mid - 1;</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 xml:space="preserve">    return -1;</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int a[] = {3, 8, 15, 21, 34, 47, 59}, n = 7, key = 34;</w:t>
            </w:r>
          </w:p>
          <w:p>
            <w:pPr>
              <w:spacing w:after="0" w:line="240" w:lineRule="auto"/>
            </w:pPr>
            <w:r>
              <w:rPr>
                <w:rFonts w:ascii="Courier New" w:hAnsi="Courier New" w:cs="Courier New" w:eastAsia="Courier New"/>
                <w:sz w:val="18"/>
              </w:rPr>
              <w:t xml:space="preserve">    int pos = binary(a, n, key);</w:t>
            </w:r>
          </w:p>
          <w:p>
            <w:pPr>
              <w:spacing w:after="0" w:line="240" w:lineRule="auto"/>
            </w:pPr>
            <w:r>
              <w:rPr>
                <w:rFonts w:ascii="Courier New" w:hAnsi="Courier New" w:cs="Courier New" w:eastAsia="Courier New"/>
                <w:sz w:val="18"/>
              </w:rPr>
              <w:t xml:space="preserve">    if (pos &gt;= 0) printf("%d found at index %d\n", key, pos);</w:t>
            </w:r>
          </w:p>
          <w:p>
            <w:pPr>
              <w:spacing w:after="0" w:line="240" w:lineRule="auto"/>
            </w:pPr>
            <w:r>
              <w:rPr>
                <w:rFonts w:ascii="Courier New" w:hAnsi="Courier New" w:cs="Courier New" w:eastAsia="Courier New"/>
                <w:sz w:val="18"/>
              </w:rPr>
              <w:t xml:space="preserve">    else printf("%d not found\n", key);</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E9EDF4"/>
          </w:tcPr>
          <w:p>
            <w:pPr>
              <w:spacing w:after="80"/>
            </w:pPr>
            <w:r>
              <w:rPr>
                <w:b/>
                <w:color w:val="72706F"/>
                <w:sz w:val="17"/>
              </w:rPr>
              <w:t>Sample output</w:t>
            </w:r>
          </w:p>
          <w:p>
            <w:pPr>
              <w:spacing w:after="0" w:line="240" w:lineRule="auto"/>
            </w:pPr>
            <w:r>
              <w:rPr>
                <w:rFonts w:ascii="Courier New" w:hAnsi="Courier New" w:cs="Courier New" w:eastAsia="Courier New"/>
                <w:sz w:val="18"/>
              </w:rPr>
              <w:t>34 found at index 4</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Result</w:t>
            </w:r>
          </w:p>
          <w:p>
            <w:pPr>
              <w:spacing w:after="0"/>
            </w:pPr>
            <w:r>
              <w:t>Both searches work correctly; binary search needs at most log₂n comparisons on sorted data.</w:t>
            </w:r>
          </w:p>
        </w:tc>
      </w:tr>
    </w:tbl>
    <w:p>
      <w:pPr>
        <w:spacing w:after="40"/>
      </w:pPr>
    </w:p>
    <w:p>
      <w:pPr>
        <w:pStyle w:val="Heading3"/>
      </w:pPr>
      <w:r>
        <w:t>Viva Questions</w:t>
      </w:r>
    </w:p>
    <w:p>
      <w:pPr>
        <w:keepNext/>
        <w:spacing w:after="20"/>
      </w:pPr>
      <w:r>
        <w:rPr>
          <w:b/>
          <w:color w:val="1F4E8C"/>
        </w:rPr>
        <w:t xml:space="preserve">Q1. </w:t>
      </w:r>
      <w:r>
        <w:rPr>
          <w:b/>
        </w:rPr>
        <w:t>What is the time complexity of binary search?</w:t>
      </w:r>
    </w:p>
    <w:p>
      <w:pPr>
        <w:spacing w:after="120"/>
      </w:pPr>
      <w:r>
        <w:rPr>
          <w:color w:val="1C1917"/>
        </w:rPr>
        <w:t>O(log n).</w:t>
      </w:r>
    </w:p>
    <w:p>
      <w:pPr>
        <w:keepNext/>
        <w:spacing w:after="20"/>
      </w:pPr>
      <w:r>
        <w:rPr>
          <w:b/>
          <w:color w:val="1F4E8C"/>
        </w:rPr>
        <w:t xml:space="preserve">Q2. </w:t>
      </w:r>
      <w:r>
        <w:rPr>
          <w:b/>
        </w:rPr>
        <w:t>What condition must the array satisfy for binary search?</w:t>
      </w:r>
    </w:p>
    <w:p>
      <w:pPr>
        <w:spacing w:after="120"/>
      </w:pPr>
      <w:r>
        <w:rPr>
          <w:color w:val="1C1917"/>
        </w:rPr>
        <w:t>It must be sorted.</w:t>
      </w:r>
    </w:p>
    <w:p>
      <w:pPr>
        <w:pStyle w:val="Heading1"/>
      </w:pPr>
      <w:r>
        <w:t>Experiment 2: Bubble sort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1F4E8C"/>
                <w:sz w:val="19"/>
              </w:rPr>
              <w:t xml:space="preserve">Date: </w:t>
            </w:r>
            <w:r>
              <w:rPr>
                <w:sz w:val="19"/>
              </w:rPr>
              <w:t>21 Jan 2026</w:t>
            </w:r>
          </w:p>
        </w:tc>
        <w:tc>
          <w:tcPr>
            <w:tcW w:type="dxa" w:w="3009"/>
          </w:tcPr>
          <w:p>
            <w:pPr>
              <w:spacing w:after="0"/>
            </w:pPr>
            <w:r>
              <w:rPr>
                <w:b/>
                <w:color w:val="1F4E8C"/>
                <w:sz w:val="19"/>
              </w:rPr>
              <w:t xml:space="preserve">Page No.: </w:t>
            </w:r>
            <w:r>
              <w:rPr>
                <w:sz w:val="19"/>
              </w:rPr>
              <w:t>____</w:t>
            </w:r>
          </w:p>
        </w:tc>
        <w:tc>
          <w:tcPr>
            <w:tcW w:type="dxa" w:w="3009"/>
          </w:tcPr>
          <w:p>
            <w:pPr>
              <w:spacing w:after="0"/>
            </w:pPr>
            <w:r>
              <w:rPr>
                <w:b/>
                <w:color w:val="1F4E8C"/>
                <w:sz w:val="19"/>
              </w:rPr>
              <w:t xml:space="preserve">Teacher's sign: </w:t>
            </w:r>
            <w:r>
              <w:rPr>
                <w:sz w:val="19"/>
              </w:rPr>
              <w:t>__________</w:t>
            </w:r>
          </w:p>
        </w:tc>
      </w:tr>
    </w:tbl>
    <w:p>
      <w:pPr>
        <w:spacing w:after="80"/>
      </w:pPr>
    </w:p>
    <w:p>
      <w:pPr>
        <w:pStyle w:val="Heading3"/>
      </w:pPr>
      <w:r>
        <w:t>Aim</w:t>
      </w:r>
    </w:p>
    <w:p>
      <w:r>
        <w:t>To sort an array using bubble sort and count the number of swaps.</w:t>
      </w:r>
    </w:p>
    <w:p>
      <w:pPr>
        <w:pStyle w:val="Heading3"/>
      </w:pPr>
      <w:r>
        <w:t>Software / Requirements</w:t>
      </w:r>
    </w:p>
    <w:p>
      <w:pPr>
        <w:pStyle w:val="ListBullet"/>
      </w:pPr>
      <w:r>
        <w:t>GCC compiler</w:t>
      </w:r>
    </w:p>
    <w:p>
      <w:pPr>
        <w:pStyle w:val="Heading3"/>
      </w:pPr>
      <w:r>
        <w:t>Algorithm</w:t>
      </w:r>
    </w:p>
    <w:p>
      <w:pPr>
        <w:pStyle w:val="ListNumber"/>
      </w:pPr>
      <w:r>
        <w:t>Read the array.</w:t>
      </w:r>
    </w:p>
    <w:p>
      <w:pPr>
        <w:pStyle w:val="ListNumber"/>
      </w:pPr>
      <w:r>
        <w:t>Repeatedly compare adjacent elements and swap them if they are out of order.</w:t>
      </w:r>
    </w:p>
    <w:p>
      <w:pPr>
        <w:pStyle w:val="ListNumber"/>
      </w:pPr>
      <w:r>
        <w:t>After each pass the largest remaining element settles at the end.</w:t>
      </w:r>
    </w:p>
    <w:p>
      <w:pPr>
        <w:pStyle w:val="ListNumber"/>
      </w:pPr>
      <w:r>
        <w:t>Print the sorted array and the swap count.</w:t>
      </w:r>
    </w:p>
    <w:p>
      <w:pPr>
        <w:pStyle w:val="Heading3"/>
      </w:pPr>
      <w:r>
        <w:t>Program</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void bubble(int a[], int n) {</w:t>
            </w:r>
          </w:p>
          <w:p>
            <w:pPr>
              <w:spacing w:after="0" w:line="240" w:lineRule="auto"/>
            </w:pPr>
            <w:r>
              <w:rPr>
                <w:rFonts w:ascii="Courier New" w:hAnsi="Courier New" w:cs="Courier New" w:eastAsia="Courier New"/>
                <w:sz w:val="18"/>
              </w:rPr>
              <w:t xml:space="preserve">    int swaps = 0;</w:t>
            </w:r>
          </w:p>
          <w:p>
            <w:pPr>
              <w:spacing w:after="0" w:line="240" w:lineRule="auto"/>
            </w:pPr>
            <w:r>
              <w:rPr>
                <w:rFonts w:ascii="Courier New" w:hAnsi="Courier New" w:cs="Courier New" w:eastAsia="Courier New"/>
                <w:sz w:val="18"/>
              </w:rPr>
              <w:t xml:space="preserve">    for (int i = 0; i &lt; n - 1; i++)</w:t>
            </w:r>
          </w:p>
          <w:p>
            <w:pPr>
              <w:spacing w:after="0" w:line="240" w:lineRule="auto"/>
            </w:pPr>
            <w:r>
              <w:rPr>
                <w:rFonts w:ascii="Courier New" w:hAnsi="Courier New" w:cs="Courier New" w:eastAsia="Courier New"/>
                <w:sz w:val="18"/>
              </w:rPr>
              <w:t xml:space="preserve">        for (int j = 0; j &lt; n - 1 - i; j++)</w:t>
            </w:r>
          </w:p>
          <w:p>
            <w:pPr>
              <w:spacing w:after="0" w:line="240" w:lineRule="auto"/>
            </w:pPr>
            <w:r>
              <w:rPr>
                <w:rFonts w:ascii="Courier New" w:hAnsi="Courier New" w:cs="Courier New" w:eastAsia="Courier New"/>
                <w:sz w:val="18"/>
              </w:rPr>
              <w:t xml:space="preserve">            if (a[j] &gt; a[j + 1]) {</w:t>
            </w:r>
          </w:p>
          <w:p>
            <w:pPr>
              <w:spacing w:after="0" w:line="240" w:lineRule="auto"/>
            </w:pPr>
            <w:r>
              <w:rPr>
                <w:rFonts w:ascii="Courier New" w:hAnsi="Courier New" w:cs="Courier New" w:eastAsia="Courier New"/>
                <w:sz w:val="18"/>
              </w:rPr>
              <w:t xml:space="preserve">                int t = a[j]; a[j] = a[j + 1]; a[j + 1] = t; swaps++;</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 xml:space="preserve">    printf("Swaps: %d\n", swaps);</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int a[] = {29, 10, 14, 37, 13}, n = 5;</w:t>
            </w:r>
          </w:p>
          <w:p>
            <w:pPr>
              <w:spacing w:after="0" w:line="240" w:lineRule="auto"/>
            </w:pPr>
            <w:r>
              <w:rPr>
                <w:rFonts w:ascii="Courier New" w:hAnsi="Courier New" w:cs="Courier New" w:eastAsia="Courier New"/>
                <w:sz w:val="18"/>
              </w:rPr>
              <w:t xml:space="preserve">    bubble(a, n);</w:t>
            </w:r>
          </w:p>
          <w:p>
            <w:pPr>
              <w:spacing w:after="0" w:line="240" w:lineRule="auto"/>
            </w:pPr>
            <w:r>
              <w:rPr>
                <w:rFonts w:ascii="Courier New" w:hAnsi="Courier New" w:cs="Courier New" w:eastAsia="Courier New"/>
                <w:sz w:val="18"/>
              </w:rPr>
              <w:t xml:space="preserve">    for (int i = 0; i &lt; n; i++) printf("%d ", a[i]);</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E9EDF4"/>
          </w:tcPr>
          <w:p>
            <w:pPr>
              <w:spacing w:after="80"/>
            </w:pPr>
            <w:r>
              <w:rPr>
                <w:b/>
                <w:color w:val="72706F"/>
                <w:sz w:val="17"/>
              </w:rPr>
              <w:t>Sample output</w:t>
            </w:r>
          </w:p>
          <w:p>
            <w:pPr>
              <w:spacing w:after="0" w:line="240" w:lineRule="auto"/>
            </w:pPr>
            <w:r>
              <w:rPr>
                <w:rFonts w:ascii="Courier New" w:hAnsi="Courier New" w:cs="Courier New" w:eastAsia="Courier New"/>
                <w:sz w:val="18"/>
              </w:rPr>
              <w:t>Swaps: 5</w:t>
            </w:r>
          </w:p>
          <w:p>
            <w:pPr>
              <w:spacing w:after="0" w:line="240" w:lineRule="auto"/>
            </w:pPr>
            <w:r>
              <w:rPr>
                <w:rFonts w:ascii="Courier New" w:hAnsi="Courier New" w:cs="Courier New" w:eastAsia="Courier New"/>
                <w:sz w:val="18"/>
              </w:rPr>
              <w:t>10 13 14 29 37</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Result</w:t>
            </w:r>
          </w:p>
          <w:p>
            <w:pPr>
              <w:spacing w:after="0"/>
            </w:pPr>
            <w:r>
              <w:t>The array is sorted in ascending order; bubble sort has O(n²) time complexity.</w:t>
            </w:r>
          </w:p>
        </w:tc>
      </w:tr>
    </w:tbl>
    <w:p>
      <w:pPr>
        <w:spacing w:after="40"/>
      </w:pPr>
    </w:p>
    <w:p>
      <w:pPr>
        <w:pStyle w:val="Heading1"/>
      </w:pPr>
      <w:r>
        <w:t>Experiment 3: Stack using an array</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1F4E8C"/>
                <w:sz w:val="19"/>
              </w:rPr>
              <w:t xml:space="preserve">Date: </w:t>
            </w:r>
            <w:r>
              <w:rPr>
                <w:sz w:val="19"/>
              </w:rPr>
              <w:t>28 Jan 2026</w:t>
            </w:r>
          </w:p>
        </w:tc>
        <w:tc>
          <w:tcPr>
            <w:tcW w:type="dxa" w:w="3009"/>
          </w:tcPr>
          <w:p>
            <w:pPr>
              <w:spacing w:after="0"/>
            </w:pPr>
            <w:r>
              <w:rPr>
                <w:b/>
                <w:color w:val="1F4E8C"/>
                <w:sz w:val="19"/>
              </w:rPr>
              <w:t xml:space="preserve">Page No.: </w:t>
            </w:r>
            <w:r>
              <w:rPr>
                <w:sz w:val="19"/>
              </w:rPr>
              <w:t>____</w:t>
            </w:r>
          </w:p>
        </w:tc>
        <w:tc>
          <w:tcPr>
            <w:tcW w:type="dxa" w:w="3009"/>
          </w:tcPr>
          <w:p>
            <w:pPr>
              <w:spacing w:after="0"/>
            </w:pPr>
            <w:r>
              <w:rPr>
                <w:b/>
                <w:color w:val="1F4E8C"/>
                <w:sz w:val="19"/>
              </w:rPr>
              <w:t xml:space="preserve">Teacher's sign: </w:t>
            </w:r>
            <w:r>
              <w:rPr>
                <w:sz w:val="19"/>
              </w:rPr>
              <w:t>__________</w:t>
            </w:r>
          </w:p>
        </w:tc>
      </w:tr>
    </w:tbl>
    <w:p>
      <w:pPr>
        <w:spacing w:after="80"/>
      </w:pPr>
    </w:p>
    <w:p>
      <w:pPr>
        <w:pStyle w:val="Heading3"/>
      </w:pPr>
      <w:r>
        <w:t>Aim</w:t>
      </w:r>
    </w:p>
    <w:p>
      <w:r>
        <w:t>To implement a stack of integers using an array with push, pop and peek operations.</w:t>
      </w:r>
    </w:p>
    <w:p>
      <w:pPr>
        <w:pStyle w:val="Heading3"/>
      </w:pPr>
      <w:r>
        <w:t>Software / Requirements</w:t>
      </w:r>
    </w:p>
    <w:p>
      <w:pPr>
        <w:pStyle w:val="ListBullet"/>
      </w:pPr>
      <w:r>
        <w:t>GCC compiler</w:t>
      </w:r>
    </w:p>
    <w:p>
      <w:pPr>
        <w:pStyle w:val="Heading3"/>
      </w:pPr>
      <w:r>
        <w:t>Algorithm</w:t>
      </w:r>
    </w:p>
    <w:p>
      <w:pPr>
        <w:pStyle w:val="ListNumber"/>
      </w:pPr>
      <w:r>
        <w:t>Declare an array and a top index initialised to −1.</w:t>
      </w:r>
    </w:p>
    <w:p>
      <w:pPr>
        <w:pStyle w:val="ListNumber"/>
      </w:pPr>
      <w:r>
        <w:t>Push: check overflow, increment top and store.</w:t>
      </w:r>
    </w:p>
    <w:p>
      <w:pPr>
        <w:pStyle w:val="ListNumber"/>
      </w:pPr>
      <w:r>
        <w:t>Pop: check underflow, return the top element and decrement top.</w:t>
      </w:r>
    </w:p>
    <w:p>
      <w:pPr>
        <w:pStyle w:val="ListNumber"/>
      </w:pPr>
      <w:r>
        <w:t>Test the operations from main().</w:t>
      </w:r>
    </w:p>
    <w:p>
      <w:pPr>
        <w:pStyle w:val="Heading3"/>
      </w:pPr>
      <w:r>
        <w:t>Program</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#define MAX 5</w:t>
            </w:r>
          </w:p>
          <w:p>
            <w:pPr>
              <w:spacing w:after="0" w:line="240" w:lineRule="auto"/>
            </w:pPr>
            <w:r>
              <w:rPr>
                <w:rFonts w:ascii="Courier New" w:hAnsi="Courier New" w:cs="Courier New" w:eastAsia="Courier New"/>
                <w:sz w:val="18"/>
              </w:rPr>
              <w:t>int st[MAX], top = -1;</w:t>
            </w:r>
          </w:p>
          <w:p>
            <w:pPr>
              <w:spacing w:after="0" w:line="240" w:lineRule="auto"/>
            </w:pPr>
            <w:r>
              <w:rPr>
                <w:rFonts w:ascii="Courier New" w:hAnsi="Courier New" w:cs="Courier New" w:eastAsia="Courier New"/>
                <w:sz w:val="18"/>
              </w:rPr>
              <w:t>void push(int x) {</w:t>
            </w:r>
          </w:p>
          <w:p>
            <w:pPr>
              <w:spacing w:after="0" w:line="240" w:lineRule="auto"/>
            </w:pPr>
            <w:r>
              <w:rPr>
                <w:rFonts w:ascii="Courier New" w:hAnsi="Courier New" w:cs="Courier New" w:eastAsia="Courier New"/>
                <w:sz w:val="18"/>
              </w:rPr>
              <w:t xml:space="preserve">    if (top == MAX - 1) { printf("Overflow\n"); return; }</w:t>
            </w:r>
          </w:p>
          <w:p>
            <w:pPr>
              <w:spacing w:after="0" w:line="240" w:lineRule="auto"/>
            </w:pPr>
            <w:r>
              <w:rPr>
                <w:rFonts w:ascii="Courier New" w:hAnsi="Courier New" w:cs="Courier New" w:eastAsia="Courier New"/>
                <w:sz w:val="18"/>
              </w:rPr>
              <w:t xml:space="preserve">    st[++top] = x;</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pop(void) {</w:t>
            </w:r>
          </w:p>
          <w:p>
            <w:pPr>
              <w:spacing w:after="0" w:line="240" w:lineRule="auto"/>
            </w:pPr>
            <w:r>
              <w:rPr>
                <w:rFonts w:ascii="Courier New" w:hAnsi="Courier New" w:cs="Courier New" w:eastAsia="Courier New"/>
                <w:sz w:val="18"/>
              </w:rPr>
              <w:t xml:space="preserve">    if (top == -1) { printf("Underflow\n"); return -1; }</w:t>
            </w:r>
          </w:p>
          <w:p>
            <w:pPr>
              <w:spacing w:after="0" w:line="240" w:lineRule="auto"/>
            </w:pPr>
            <w:r>
              <w:rPr>
                <w:rFonts w:ascii="Courier New" w:hAnsi="Courier New" w:cs="Courier New" w:eastAsia="Courier New"/>
                <w:sz w:val="18"/>
              </w:rPr>
              <w:t xml:space="preserve">    return st[top--];</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push(10); push(20); push(30);</w:t>
            </w:r>
          </w:p>
          <w:p>
            <w:pPr>
              <w:spacing w:after="0" w:line="240" w:lineRule="auto"/>
            </w:pPr>
            <w:r>
              <w:rPr>
                <w:rFonts w:ascii="Courier New" w:hAnsi="Courier New" w:cs="Courier New" w:eastAsia="Courier New"/>
                <w:sz w:val="18"/>
              </w:rPr>
              <w:t xml:space="preserve">    printf("Popped %d\n", pop());</w:t>
            </w:r>
          </w:p>
          <w:p>
            <w:pPr>
              <w:spacing w:after="0" w:line="240" w:lineRule="auto"/>
            </w:pPr>
            <w:r>
              <w:rPr>
                <w:rFonts w:ascii="Courier New" w:hAnsi="Courier New" w:cs="Courier New" w:eastAsia="Courier New"/>
                <w:sz w:val="18"/>
              </w:rPr>
              <w:t xml:space="preserve">    printf("Top is %d\n", st[top]);</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E9EDF4"/>
          </w:tcPr>
          <w:p>
            <w:pPr>
              <w:spacing w:after="80"/>
            </w:pPr>
            <w:r>
              <w:rPr>
                <w:b/>
                <w:color w:val="72706F"/>
                <w:sz w:val="17"/>
              </w:rPr>
              <w:t>Sample output</w:t>
            </w:r>
          </w:p>
          <w:p>
            <w:pPr>
              <w:spacing w:after="0" w:line="240" w:lineRule="auto"/>
            </w:pPr>
            <w:r>
              <w:rPr>
                <w:rFonts w:ascii="Courier New" w:hAnsi="Courier New" w:cs="Courier New" w:eastAsia="Courier New"/>
                <w:sz w:val="18"/>
              </w:rPr>
              <w:t>Popped 30</w:t>
            </w:r>
          </w:p>
          <w:p>
            <w:pPr>
              <w:spacing w:after="0" w:line="240" w:lineRule="auto"/>
            </w:pPr>
            <w:r>
              <w:rPr>
                <w:rFonts w:ascii="Courier New" w:hAnsi="Courier New" w:cs="Courier New" w:eastAsia="Courier New"/>
                <w:sz w:val="18"/>
              </w:rPr>
              <w:t>Top is 20</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Result</w:t>
            </w:r>
          </w:p>
          <w:p>
            <w:pPr>
              <w:spacing w:after="0"/>
            </w:pPr>
            <w:r>
              <w:t>The stack follows LIFO order and handles overflow and underflow.</w:t>
            </w:r>
          </w:p>
        </w:tc>
      </w:tr>
    </w:tbl>
    <w:p>
      <w:pPr>
        <w:spacing w:after="40"/>
      </w:pPr>
    </w:p>
    <w:p>
      <w:pPr>
        <w:pStyle w:val="Heading1"/>
      </w:pPr>
      <w:r>
        <w:t>Experiment 4: Circular queue</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1F4E8C"/>
                <w:sz w:val="19"/>
              </w:rPr>
              <w:t xml:space="preserve">Date: </w:t>
            </w:r>
            <w:r>
              <w:rPr>
                <w:sz w:val="19"/>
              </w:rPr>
              <w:t>04 Feb 2026</w:t>
            </w:r>
          </w:p>
        </w:tc>
        <w:tc>
          <w:tcPr>
            <w:tcW w:type="dxa" w:w="3009"/>
          </w:tcPr>
          <w:p>
            <w:pPr>
              <w:spacing w:after="0"/>
            </w:pPr>
            <w:r>
              <w:rPr>
                <w:b/>
                <w:color w:val="1F4E8C"/>
                <w:sz w:val="19"/>
              </w:rPr>
              <w:t xml:space="preserve">Page No.: </w:t>
            </w:r>
            <w:r>
              <w:rPr>
                <w:sz w:val="19"/>
              </w:rPr>
              <w:t>____</w:t>
            </w:r>
          </w:p>
        </w:tc>
        <w:tc>
          <w:tcPr>
            <w:tcW w:type="dxa" w:w="3009"/>
          </w:tcPr>
          <w:p>
            <w:pPr>
              <w:spacing w:after="0"/>
            </w:pPr>
            <w:r>
              <w:rPr>
                <w:b/>
                <w:color w:val="1F4E8C"/>
                <w:sz w:val="19"/>
              </w:rPr>
              <w:t xml:space="preserve">Teacher's sign: </w:t>
            </w:r>
            <w:r>
              <w:rPr>
                <w:sz w:val="19"/>
              </w:rPr>
              <w:t>__________</w:t>
            </w:r>
          </w:p>
        </w:tc>
      </w:tr>
    </w:tbl>
    <w:p>
      <w:pPr>
        <w:spacing w:after="80"/>
      </w:pPr>
    </w:p>
    <w:p>
      <w:pPr>
        <w:pStyle w:val="Heading3"/>
      </w:pPr>
      <w:r>
        <w:t>Aim</w:t>
      </w:r>
    </w:p>
    <w:p>
      <w:r>
        <w:t>To implement a circular queue using an array.</w:t>
      </w:r>
    </w:p>
    <w:p>
      <w:pPr>
        <w:pStyle w:val="Heading3"/>
      </w:pPr>
      <w:r>
        <w:t>Software / Requirements</w:t>
      </w:r>
    </w:p>
    <w:p>
      <w:pPr>
        <w:pStyle w:val="ListBullet"/>
      </w:pPr>
      <w:r>
        <w:t>GCC compiler</w:t>
      </w:r>
    </w:p>
    <w:p>
      <w:pPr>
        <w:pStyle w:val="Heading3"/>
      </w:pPr>
      <w:r>
        <w:t>Algorithm</w:t>
      </w:r>
    </w:p>
    <w:p>
      <w:pPr>
        <w:pStyle w:val="ListNumber"/>
      </w:pPr>
      <w:r>
        <w:t>Use front and rear indices with modulo arithmetic.</w:t>
      </w:r>
    </w:p>
    <w:p>
      <w:pPr>
        <w:pStyle w:val="ListNumber"/>
      </w:pPr>
      <w:r>
        <w:t>Enqueue at rear if the queue is not full.</w:t>
      </w:r>
    </w:p>
    <w:p>
      <w:pPr>
        <w:pStyle w:val="ListNumber"/>
      </w:pPr>
      <w:r>
        <w:t>Dequeue from front if the queue is not empty.</w:t>
      </w:r>
    </w:p>
    <w:p>
      <w:pPr>
        <w:pStyle w:val="ListNumber"/>
      </w:pPr>
      <w:r>
        <w:t>Display elements from front to rear.</w:t>
      </w:r>
    </w:p>
    <w:p>
      <w:pPr>
        <w:pStyle w:val="Heading3"/>
      </w:pPr>
      <w:r>
        <w:t>Program</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#define N 4</w:t>
            </w:r>
          </w:p>
          <w:p>
            <w:pPr>
              <w:spacing w:after="0" w:line="240" w:lineRule="auto"/>
            </w:pPr>
            <w:r>
              <w:rPr>
                <w:rFonts w:ascii="Courier New" w:hAnsi="Courier New" w:cs="Courier New" w:eastAsia="Courier New"/>
                <w:sz w:val="18"/>
              </w:rPr>
              <w:t>int q[N], f = -1, r = -1;</w:t>
            </w:r>
          </w:p>
          <w:p>
            <w:pPr>
              <w:spacing w:after="0" w:line="240" w:lineRule="auto"/>
            </w:pPr>
            <w:r>
              <w:rPr>
                <w:rFonts w:ascii="Courier New" w:hAnsi="Courier New" w:cs="Courier New" w:eastAsia="Courier New"/>
                <w:sz w:val="18"/>
              </w:rPr>
              <w:t>void enq(int x) {</w:t>
            </w:r>
          </w:p>
          <w:p>
            <w:pPr>
              <w:spacing w:after="0" w:line="240" w:lineRule="auto"/>
            </w:pPr>
            <w:r>
              <w:rPr>
                <w:rFonts w:ascii="Courier New" w:hAnsi="Courier New" w:cs="Courier New" w:eastAsia="Courier New"/>
                <w:sz w:val="18"/>
              </w:rPr>
              <w:t xml:space="preserve">    if ((r + 1) % N == f) { printf("Full\n"); return; }</w:t>
            </w:r>
          </w:p>
          <w:p>
            <w:pPr>
              <w:spacing w:after="0" w:line="240" w:lineRule="auto"/>
            </w:pPr>
            <w:r>
              <w:rPr>
                <w:rFonts w:ascii="Courier New" w:hAnsi="Courier New" w:cs="Courier New" w:eastAsia="Courier New"/>
                <w:sz w:val="18"/>
              </w:rPr>
              <w:t xml:space="preserve">    if (f == -1) f = 0;</w:t>
            </w:r>
          </w:p>
          <w:p>
            <w:pPr>
              <w:spacing w:after="0" w:line="240" w:lineRule="auto"/>
            </w:pPr>
            <w:r>
              <w:rPr>
                <w:rFonts w:ascii="Courier New" w:hAnsi="Courier New" w:cs="Courier New" w:eastAsia="Courier New"/>
                <w:sz w:val="18"/>
              </w:rPr>
              <w:t xml:space="preserve">    r = (r + 1) % N; q[r] = x;</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deq(void) {</w:t>
            </w:r>
          </w:p>
          <w:p>
            <w:pPr>
              <w:spacing w:after="0" w:line="240" w:lineRule="auto"/>
            </w:pPr>
            <w:r>
              <w:rPr>
                <w:rFonts w:ascii="Courier New" w:hAnsi="Courier New" w:cs="Courier New" w:eastAsia="Courier New"/>
                <w:sz w:val="18"/>
              </w:rPr>
              <w:t xml:space="preserve">    int x = q[f];</w:t>
            </w:r>
          </w:p>
          <w:p>
            <w:pPr>
              <w:spacing w:after="0" w:line="240" w:lineRule="auto"/>
            </w:pPr>
            <w:r>
              <w:rPr>
                <w:rFonts w:ascii="Courier New" w:hAnsi="Courier New" w:cs="Courier New" w:eastAsia="Courier New"/>
                <w:sz w:val="18"/>
              </w:rPr>
              <w:t xml:space="preserve">    if (f == r) f = r = -1; else f = (f + 1) % N;</w:t>
            </w:r>
          </w:p>
          <w:p>
            <w:pPr>
              <w:spacing w:after="0" w:line="240" w:lineRule="auto"/>
            </w:pPr>
            <w:r>
              <w:rPr>
                <w:rFonts w:ascii="Courier New" w:hAnsi="Courier New" w:cs="Courier New" w:eastAsia="Courier New"/>
                <w:sz w:val="18"/>
              </w:rPr>
              <w:t xml:space="preserve">    return x;</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enq(1); enq(2); enq(3); enq(4); enq(5);</w:t>
            </w:r>
          </w:p>
          <w:p>
            <w:pPr>
              <w:spacing w:after="0" w:line="240" w:lineRule="auto"/>
            </w:pPr>
            <w:r>
              <w:rPr>
                <w:rFonts w:ascii="Courier New" w:hAnsi="Courier New" w:cs="Courier New" w:eastAsia="Courier New"/>
                <w:sz w:val="18"/>
              </w:rPr>
              <w:t xml:space="preserve">    printf("Out: %d\n", deq());</w:t>
            </w:r>
          </w:p>
          <w:p>
            <w:pPr>
              <w:spacing w:after="0" w:line="240" w:lineRule="auto"/>
            </w:pPr>
            <w:r>
              <w:rPr>
                <w:rFonts w:ascii="Courier New" w:hAnsi="Courier New" w:cs="Courier New" w:eastAsia="Courier New"/>
                <w:sz w:val="18"/>
              </w:rPr>
              <w:t xml:space="preserve">    enq(5);</w:t>
            </w:r>
          </w:p>
          <w:p>
            <w:pPr>
              <w:spacing w:after="0" w:line="240" w:lineRule="auto"/>
            </w:pPr>
            <w:r>
              <w:rPr>
                <w:rFonts w:ascii="Courier New" w:hAnsi="Courier New" w:cs="Courier New" w:eastAsia="Courier New"/>
                <w:sz w:val="18"/>
              </w:rPr>
              <w:t xml:space="preserve">    printf("Out: %d\n", deq());</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E9EDF4"/>
          </w:tcPr>
          <w:p>
            <w:pPr>
              <w:spacing w:after="80"/>
            </w:pPr>
            <w:r>
              <w:rPr>
                <w:b/>
                <w:color w:val="72706F"/>
                <w:sz w:val="17"/>
              </w:rPr>
              <w:t>Sample output</w:t>
            </w:r>
          </w:p>
          <w:p>
            <w:pPr>
              <w:spacing w:after="0" w:line="240" w:lineRule="auto"/>
            </w:pPr>
            <w:r>
              <w:rPr>
                <w:rFonts w:ascii="Courier New" w:hAnsi="Courier New" w:cs="Courier New" w:eastAsia="Courier New"/>
                <w:sz w:val="18"/>
              </w:rPr>
              <w:t>Full</w:t>
            </w:r>
          </w:p>
          <w:p>
            <w:pPr>
              <w:spacing w:after="0" w:line="240" w:lineRule="auto"/>
            </w:pPr>
            <w:r>
              <w:rPr>
                <w:rFonts w:ascii="Courier New" w:hAnsi="Courier New" w:cs="Courier New" w:eastAsia="Courier New"/>
                <w:sz w:val="18"/>
              </w:rPr>
              <w:t>Out: 1</w:t>
            </w:r>
          </w:p>
          <w:p>
            <w:pPr>
              <w:spacing w:after="0" w:line="240" w:lineRule="auto"/>
            </w:pPr>
            <w:r>
              <w:rPr>
                <w:rFonts w:ascii="Courier New" w:hAnsi="Courier New" w:cs="Courier New" w:eastAsia="Courier New"/>
                <w:sz w:val="18"/>
              </w:rPr>
              <w:t>Out: 2</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Result</w:t>
            </w:r>
          </w:p>
          <w:p>
            <w:pPr>
              <w:spacing w:after="0"/>
            </w:pPr>
            <w:r>
              <w:t>The circular queue reuses freed positions and detects the full condition correctly.</w:t>
            </w:r>
          </w:p>
        </w:tc>
      </w:tr>
    </w:tbl>
    <w:p>
      <w:pPr>
        <w:spacing w:after="40"/>
      </w:pPr>
    </w:p>
    <w:p>
      <w:pPr>
        <w:pStyle w:val="Heading1"/>
      </w:pPr>
      <w:r>
        <w:t>Experiment 5: Singly linked list operations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1F4E8C"/>
                <w:sz w:val="19"/>
              </w:rPr>
              <w:t xml:space="preserve">Date: </w:t>
            </w:r>
            <w:r>
              <w:rPr>
                <w:sz w:val="19"/>
              </w:rPr>
              <w:t>11 Feb 2026</w:t>
            </w:r>
          </w:p>
        </w:tc>
        <w:tc>
          <w:tcPr>
            <w:tcW w:type="dxa" w:w="3009"/>
          </w:tcPr>
          <w:p>
            <w:pPr>
              <w:spacing w:after="0"/>
            </w:pPr>
            <w:r>
              <w:rPr>
                <w:b/>
                <w:color w:val="1F4E8C"/>
                <w:sz w:val="19"/>
              </w:rPr>
              <w:t xml:space="preserve">Page No.: </w:t>
            </w:r>
            <w:r>
              <w:rPr>
                <w:sz w:val="19"/>
              </w:rPr>
              <w:t>____</w:t>
            </w:r>
          </w:p>
        </w:tc>
        <w:tc>
          <w:tcPr>
            <w:tcW w:type="dxa" w:w="3009"/>
          </w:tcPr>
          <w:p>
            <w:pPr>
              <w:spacing w:after="0"/>
            </w:pPr>
            <w:r>
              <w:rPr>
                <w:b/>
                <w:color w:val="1F4E8C"/>
                <w:sz w:val="19"/>
              </w:rPr>
              <w:t xml:space="preserve">Teacher's sign: </w:t>
            </w:r>
            <w:r>
              <w:rPr>
                <w:sz w:val="19"/>
              </w:rPr>
              <w:t>__________</w:t>
            </w:r>
          </w:p>
        </w:tc>
      </w:tr>
    </w:tbl>
    <w:p>
      <w:pPr>
        <w:spacing w:after="80"/>
      </w:pPr>
    </w:p>
    <w:p>
      <w:pPr>
        <w:pStyle w:val="Heading3"/>
      </w:pPr>
      <w:r>
        <w:t>Aim</w:t>
      </w:r>
    </w:p>
    <w:p>
      <w:r>
        <w:t>To create a singly linked list and perform insertion at the beginning, insertion at the end and display.</w:t>
      </w:r>
    </w:p>
    <w:p>
      <w:pPr>
        <w:pStyle w:val="Heading3"/>
      </w:pPr>
      <w:r>
        <w:t>Software / Requirements</w:t>
      </w:r>
    </w:p>
    <w:p>
      <w:pPr>
        <w:pStyle w:val="ListBullet"/>
      </w:pPr>
      <w:r>
        <w:t>GCC compiler</w:t>
      </w:r>
    </w:p>
    <w:p>
      <w:pPr>
        <w:pStyle w:val="Heading3"/>
      </w:pPr>
      <w:r>
        <w:t>Algorithm</w:t>
      </w:r>
    </w:p>
    <w:p>
      <w:pPr>
        <w:pStyle w:val="ListNumber"/>
      </w:pPr>
      <w:r>
        <w:t>Define a node structure with data and next pointer.</w:t>
      </w:r>
    </w:p>
    <w:p>
      <w:pPr>
        <w:pStyle w:val="ListNumber"/>
      </w:pPr>
      <w:r>
        <w:t>Allocate nodes with malloc.</w:t>
      </w:r>
    </w:p>
    <w:p>
      <w:pPr>
        <w:pStyle w:val="ListNumber"/>
      </w:pPr>
      <w:r>
        <w:t>Insert at the beginning by updating head; at the end by traversing to the last node.</w:t>
      </w:r>
    </w:p>
    <w:p>
      <w:pPr>
        <w:pStyle w:val="ListNumber"/>
      </w:pPr>
      <w:r>
        <w:t>Traverse and print the list.</w:t>
      </w:r>
    </w:p>
    <w:p>
      <w:pPr>
        <w:pStyle w:val="Heading3"/>
      </w:pPr>
      <w:r>
        <w:t>Program</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#include &lt;stdlib.h&gt;</w:t>
            </w:r>
          </w:p>
          <w:p>
            <w:pPr>
              <w:spacing w:after="0" w:line="240" w:lineRule="auto"/>
            </w:pPr>
            <w:r>
              <w:rPr>
                <w:rFonts w:ascii="Courier New" w:hAnsi="Courier New" w:cs="Courier New" w:eastAsia="Courier New"/>
                <w:sz w:val="18"/>
              </w:rPr>
              <w:t>struct node { int data; struct node *next; };</w:t>
            </w:r>
          </w:p>
          <w:p>
            <w:pPr>
              <w:spacing w:after="0" w:line="240" w:lineRule="auto"/>
            </w:pPr>
            <w:r>
              <w:rPr>
                <w:rFonts w:ascii="Courier New" w:hAnsi="Courier New" w:cs="Courier New" w:eastAsia="Courier New"/>
                <w:sz w:val="18"/>
              </w:rPr>
              <w:t>struct node *head = NULL;</w:t>
            </w:r>
          </w:p>
          <w:p>
            <w:pPr>
              <w:spacing w:after="0" w:line="240" w:lineRule="auto"/>
            </w:pPr>
            <w:r>
              <w:rPr>
                <w:rFonts w:ascii="Courier New" w:hAnsi="Courier New" w:cs="Courier New" w:eastAsia="Courier New"/>
                <w:sz w:val="18"/>
              </w:rPr>
              <w:t>void push_front(int x) {</w:t>
            </w:r>
          </w:p>
          <w:p>
            <w:pPr>
              <w:spacing w:after="0" w:line="240" w:lineRule="auto"/>
            </w:pPr>
            <w:r>
              <w:rPr>
                <w:rFonts w:ascii="Courier New" w:hAnsi="Courier New" w:cs="Courier New" w:eastAsia="Courier New"/>
                <w:sz w:val="18"/>
              </w:rPr>
              <w:t xml:space="preserve">    struct node *n = malloc(sizeof *n);</w:t>
            </w:r>
          </w:p>
          <w:p>
            <w:pPr>
              <w:spacing w:after="0" w:line="240" w:lineRule="auto"/>
            </w:pPr>
            <w:r>
              <w:rPr>
                <w:rFonts w:ascii="Courier New" w:hAnsi="Courier New" w:cs="Courier New" w:eastAsia="Courier New"/>
                <w:sz w:val="18"/>
              </w:rPr>
              <w:t xml:space="preserve">    n-&gt;data = x; n-&gt;next = head; head = n;</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void push_back(int x) {</w:t>
            </w:r>
          </w:p>
          <w:p>
            <w:pPr>
              <w:spacing w:after="0" w:line="240" w:lineRule="auto"/>
            </w:pPr>
            <w:r>
              <w:rPr>
                <w:rFonts w:ascii="Courier New" w:hAnsi="Courier New" w:cs="Courier New" w:eastAsia="Courier New"/>
                <w:sz w:val="18"/>
              </w:rPr>
              <w:t xml:space="preserve">    struct node *n = malloc(sizeof *n), *p = head;</w:t>
            </w:r>
          </w:p>
          <w:p>
            <w:pPr>
              <w:spacing w:after="0" w:line="240" w:lineRule="auto"/>
            </w:pPr>
            <w:r>
              <w:rPr>
                <w:rFonts w:ascii="Courier New" w:hAnsi="Courier New" w:cs="Courier New" w:eastAsia="Courier New"/>
                <w:sz w:val="18"/>
              </w:rPr>
              <w:t xml:space="preserve">    n-&gt;data = x; n-&gt;next = NULL;</w:t>
            </w:r>
          </w:p>
          <w:p>
            <w:pPr>
              <w:spacing w:after="0" w:line="240" w:lineRule="auto"/>
            </w:pPr>
            <w:r>
              <w:rPr>
                <w:rFonts w:ascii="Courier New" w:hAnsi="Courier New" w:cs="Courier New" w:eastAsia="Courier New"/>
                <w:sz w:val="18"/>
              </w:rPr>
              <w:t xml:space="preserve">    if (!head) { head = n; return; }</w:t>
            </w:r>
          </w:p>
          <w:p>
            <w:pPr>
              <w:spacing w:after="0" w:line="240" w:lineRule="auto"/>
            </w:pPr>
            <w:r>
              <w:rPr>
                <w:rFonts w:ascii="Courier New" w:hAnsi="Courier New" w:cs="Courier New" w:eastAsia="Courier New"/>
                <w:sz w:val="18"/>
              </w:rPr>
              <w:t xml:space="preserve">    while (p-&gt;next) p = p-&gt;next;</w:t>
            </w:r>
          </w:p>
          <w:p>
            <w:pPr>
              <w:spacing w:after="0" w:line="240" w:lineRule="auto"/>
            </w:pPr>
            <w:r>
              <w:rPr>
                <w:rFonts w:ascii="Courier New" w:hAnsi="Courier New" w:cs="Courier New" w:eastAsia="Courier New"/>
                <w:sz w:val="18"/>
              </w:rPr>
              <w:t xml:space="preserve">    p-&gt;next = n;</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push_back(20); push_front(10); push_back(30);</w:t>
            </w:r>
          </w:p>
          <w:p>
            <w:pPr>
              <w:spacing w:after="0" w:line="240" w:lineRule="auto"/>
            </w:pPr>
            <w:r>
              <w:rPr>
                <w:rFonts w:ascii="Courier New" w:hAnsi="Courier New" w:cs="Courier New" w:eastAsia="Courier New"/>
                <w:sz w:val="18"/>
              </w:rPr>
              <w:t xml:space="preserve">    for (struct node *p = head; p; p = p-&gt;next) printf("%d -&gt; ", p-&gt;data);</w:t>
            </w:r>
          </w:p>
          <w:p>
            <w:pPr>
              <w:spacing w:after="0" w:line="240" w:lineRule="auto"/>
            </w:pPr>
            <w:r>
              <w:rPr>
                <w:rFonts w:ascii="Courier New" w:hAnsi="Courier New" w:cs="Courier New" w:eastAsia="Courier New"/>
                <w:sz w:val="18"/>
              </w:rPr>
              <w:t xml:space="preserve">    printf("NULL\n");</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E9EDF4"/>
          </w:tcPr>
          <w:p>
            <w:pPr>
              <w:spacing w:after="80"/>
            </w:pPr>
            <w:r>
              <w:rPr>
                <w:b/>
                <w:color w:val="72706F"/>
                <w:sz w:val="17"/>
              </w:rPr>
              <w:t>Sample output</w:t>
            </w:r>
          </w:p>
          <w:p>
            <w:pPr>
              <w:spacing w:after="0" w:line="240" w:lineRule="auto"/>
            </w:pPr>
            <w:r>
              <w:rPr>
                <w:rFonts w:ascii="Courier New" w:hAnsi="Courier New" w:cs="Courier New" w:eastAsia="Courier New"/>
                <w:sz w:val="18"/>
              </w:rPr>
              <w:t>10 -&gt; 20 -&gt; 30 -&gt; NULL</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Result</w:t>
            </w:r>
          </w:p>
          <w:p>
            <w:pPr>
              <w:spacing w:after="0"/>
            </w:pPr>
            <w:r>
              <w:t>Nodes are inserted at both ends and the list is displayed correctly.</w:t>
            </w:r>
          </w:p>
        </w:tc>
      </w:tr>
    </w:tbl>
    <w:p>
      <w:pPr>
        <w:spacing w:after="40"/>
      </w:pP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Data Structures Lab Practical File</w:t>
    </w:r>
    <w:r>
      <w:rPr>
        <w:color w:val="72706F"/>
        <w:sz w:val="17"/>
      </w:rPr>
      <w:tab/>
      <w:t>B.Tech III Sem, CSE-A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C1917"/>
      </w:pBdr>
    </w:pPr>
    <w:rPr>
      <w:rFonts w:ascii="Outfit" w:hAnsi="Outfit" w:cs="Outfit" w:eastAsia="Outfit"/>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1C191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Outfit" w:hAnsi="Outfit" w:cs="Outfit" w:eastAsia="Outfit"/>
      <w:b/>
      <w:sz w:val="24"/>
      <w:szCs w:val="24"/>
    </w:rPr>
  </w:style>
  <w:style w:type="paragraph" w:customStyle="1" w:styleId="TOC2">
    <w:name w:val="TOC 2"/>
    <w:basedOn w:val="Normal"/>
    <w:pPr>
      <w:tabs>
        <w:tab w:pos="9026"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