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72033"/>
          <w:sz w:val="28"/>
          <w:spacing w:val="20"/>
        </w:rPr>
        <w:t>Your College of Management &amp; IT, Chandigarh</w:t>
      </w:r>
    </w:p>
    <w:p>
      <w:pPr>
        <w:jc w:val="center"/>
      </w:pPr>
      <w:r>
        <w:rPr>
          <w:b w:val="0"/>
          <w:i w:val="0"/>
          <w:color w:val="6F7581"/>
          <w:sz w:val="22"/>
        </w:rPr>
        <w:t>Department of Computer Applications</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55E75"/>
          <w:left w:val="thinThickThinMediumGap" w:sz="24" w:space="0" w:color="155E75"/>
          <w:bottom w:val="thinThickThinMediumGap" w:sz="24" w:space="0" w:color="155E75"/>
          <w:right w:val="thinThickThinMediumGap" w:sz="24" w:space="0" w:color="155E75"/>
        </w:tblBorders>
      </w:tblPr>
      <w:tblGrid>
        <w:gridCol w:w="1462"/>
      </w:tblGrid>
      <w:tr>
        <w:trPr>
          <w:trHeight w:val="1463" w:hRule="exact"/>
        </w:trPr>
        <w:tc>
          <w:tcPr>
            <w:tcW w:type="dxa" w:w="1463"/>
            <w:shd w:val="clear" w:color="auto" w:fill="E8EFF1"/>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55E75"/>
                <w:left w:val="single" w:sz="8" w:space="0" w:color="155E75"/>
                <w:bottom w:val="single" w:sz="8" w:space="0" w:color="155E75"/>
                <w:right w:val="single" w:sz="8" w:space="0" w:color="155E75"/>
              </w:tblBorders>
            </w:tblPr>
            <w:tblGrid>
              <w:gridCol w:w="884"/>
            </w:tblGrid>
            <w:tr>
              <w:trPr>
                <w:trHeight w:val="884" w:hRule="exact"/>
              </w:trPr>
              <w:tc>
                <w:tcPr>
                  <w:tcW w:type="dxa" w:w="884"/>
                  <w:shd w:val="clear" w:color="auto" w:fill="CCDCE1"/>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55E75"/>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F7581"/>
          <w:sz w:val="24"/>
        </w:rPr>
        <w:t>A Practical File on</w:t>
      </w:r>
    </w:p>
    <w:p>
      <w:pPr>
        <w:pStyle w:val="Title"/>
        <w:jc w:val="center"/>
      </w:pPr>
      <w:r>
        <w:rPr>
          <w:color w:val="155E75"/>
        </w:rPr>
        <w:t>Database Management Systems Practical File</w:t>
      </w:r>
    </w:p>
    <w:p>
      <w:pPr>
        <w:jc w:val="center"/>
      </w:pPr>
      <w:r>
        <w:rPr>
          <w:b w:val="0"/>
          <w:i w:val="0"/>
          <w:color w:val="172033"/>
          <w:sz w:val="24"/>
        </w:rPr>
        <w:t>BCA · SQL practical file</w:t>
      </w:r>
    </w:p>
    <w:p>
      <w:pPr>
        <w:spacing w:after="360"/>
        <w:jc w:val="center"/>
      </w:pPr>
      <w:r>
        <w:rPr>
          <w:b w:val="0"/>
          <w:i w:val="0"/>
          <w:color w:val="6F7581"/>
          <w:sz w:val="21"/>
        </w:rPr>
        <w:t>Submitted in partial fulfilment of the practical examination requirements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6F7581"/>
                <w:sz w:val="16"/>
              </w:rPr>
              <w:t>SUBMITTED BY</w:t>
            </w:r>
          </w:p>
        </w:tc>
        <w:tc>
          <w:tcPr>
            <w:tcW w:type="dxa" w:w="3009"/>
          </w:tcPr>
          <w:p>
            <w:pPr>
              <w:spacing w:after="0"/>
              <w:jc w:val="center"/>
            </w:pPr>
            <w:r>
              <w:rPr>
                <w:b/>
                <w:color w:val="6F7581"/>
                <w:sz w:val="16"/>
              </w:rPr>
              <w:t>PROGRAMME</w:t>
            </w:r>
          </w:p>
        </w:tc>
        <w:tc>
          <w:tcPr>
            <w:tcW w:type="dxa" w:w="3009"/>
          </w:tcPr>
          <w:p>
            <w:pPr>
              <w:spacing w:after="0"/>
              <w:jc w:val="center"/>
            </w:pPr>
            <w:r>
              <w:rPr>
                <w:b/>
                <w:color w:val="6F7581"/>
                <w:sz w:val="16"/>
              </w:rPr>
              <w:t>SUBMITTED TO</w:t>
            </w:r>
          </w:p>
        </w:tc>
      </w:tr>
      <w:tr>
        <w:tc>
          <w:tcPr>
            <w:tcW w:type="dxa" w:w="3009"/>
          </w:tcPr>
          <w:p>
            <w:pPr>
              <w:spacing w:after="0"/>
              <w:jc w:val="center"/>
            </w:pPr>
            <w:r>
              <w:rPr>
                <w:color w:val="172033"/>
                <w:sz w:val="21"/>
              </w:rPr>
              <w:t>Simran Kaur</w:t>
              <w:br/>
              <w:t>Roll No. BCA24-062</w:t>
            </w:r>
          </w:p>
        </w:tc>
        <w:tc>
          <w:tcPr>
            <w:tcW w:type="dxa" w:w="3009"/>
          </w:tcPr>
          <w:p>
            <w:pPr>
              <w:spacing w:after="0"/>
              <w:jc w:val="center"/>
            </w:pPr>
            <w:r>
              <w:rPr>
                <w:color w:val="172033"/>
                <w:sz w:val="21"/>
              </w:rPr>
              <w:t>BCA IV Sem</w:t>
            </w:r>
          </w:p>
        </w:tc>
        <w:tc>
          <w:tcPr>
            <w:tcW w:type="dxa" w:w="3009"/>
          </w:tcPr>
          <w:p>
            <w:pPr>
              <w:spacing w:after="0"/>
              <w:jc w:val="center"/>
            </w:pPr>
            <w:r>
              <w:rPr>
                <w:color w:val="172033"/>
                <w:sz w:val="21"/>
              </w:rPr>
              <w:t>Mr. Harpreet Singh</w:t>
            </w:r>
          </w:p>
        </w:tc>
      </w:tr>
    </w:tbl>
    <w:p>
      <w:pPr>
        <w:spacing w:before="320"/>
        <w:jc w:val="center"/>
      </w:pPr>
      <w:r>
        <w:rPr>
          <w:b/>
          <w:i w:val="0"/>
          <w:color w:val="172033"/>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55E75"/>
          <w:left w:val="thinThickSmallGap" w:sz="18" w:space="0" w:color="155E75"/>
          <w:bottom w:val="thinThickSmallGap" w:sz="18" w:space="0" w:color="155E75"/>
          <w:right w:val="thinThickSmallGap" w:sz="18" w:space="0" w:color="155E75"/>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Raleway" w:hAnsi="Raleway" w:cs="Raleway" w:eastAsia="Raleway"/>
                <w:b/>
                <w:color w:val="155E75"/>
                <w:sz w:val="44"/>
              </w:rPr>
              <w:t>CERTIFICATE</w:t>
            </w:r>
          </w:p>
          <w:p>
            <w:pPr>
              <w:spacing w:after="240" w:line="360" w:lineRule="auto"/>
              <w:jc w:val="both"/>
            </w:pPr>
            <w:r>
              <w:t>This is to certify that Simran Kaur, a student of BCA IV Sem, has satisfactorily completed the practical work in Database Management Systems prescribed by the Department of Computer Applications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Mr. Harpreet Singh</w:t>
                    <w:br/>
                  </w:r>
                  <w:r>
                    <w:rPr>
                      <w:color w:val="6F7581"/>
                    </w:rPr>
                    <w:t>Subject Teacher</w:t>
                  </w:r>
                </w:p>
              </w:tc>
              <w:tc>
                <w:tcPr>
                  <w:tcW w:type="dxa" w:w="3009"/>
                </w:tcPr>
                <w:p>
                  <w:pPr>
                    <w:jc w:val="center"/>
                  </w:pPr>
                  <w:r>
                    <w:rPr>
                      <w:b/>
                    </w:rPr>
                    <w:t>External Examiner</w:t>
                    <w:br/>
                  </w:r>
                  <w:r>
                    <w:rPr>
                      <w:color w:val="6F7581"/>
                    </w:rPr>
                    <w:t>Date: __________</w:t>
                  </w:r>
                </w:p>
              </w:tc>
              <w:tc>
                <w:tcPr>
                  <w:tcW w:type="dxa" w:w="3009"/>
                </w:tcPr>
                <w:p>
                  <w:pPr>
                    <w:jc w:val="center"/>
                  </w:pPr>
                  <w:r>
                    <w:rPr>
                      <w:b/>
                    </w:rPr>
                    <w:t>Dr. Neelam Arora</w:t>
                    <w:br/>
                  </w:r>
                  <w:r>
                    <w:rPr>
                      <w:color w:val="6F7581"/>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Mr. Harpreet Singh, for guidance and encouragement throughout the practical sessions, and for patiently clearing my doubts in the laboratory.</w:t>
      </w:r>
    </w:p>
    <w:p>
      <w:pPr>
        <w:jc w:val="both"/>
      </w:pPr>
      <w:r>
        <w:t>I am also thankful to Dr. Neelam Arora,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Simran Kaur</w:t>
      </w:r>
    </w:p>
    <w:p>
      <w:pPr>
        <w:pStyle w:val="Heading1"/>
      </w:pPr>
      <w:r>
        <w:t>Index</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19"/>
        <w:gridCol w:w="4430"/>
        <w:gridCol w:w="1329"/>
        <w:gridCol w:w="1107"/>
        <w:gridCol w:w="1439"/>
      </w:tblGrid>
      <w:tr>
        <w:trPr>
          <w:tblHeader/>
        </w:trPr>
        <w:tc>
          <w:tcPr>
            <w:tcW w:type="dxa" w:w="720"/>
            <w:vAlign w:val="center"/>
            <w:shd w:val="clear" w:color="auto" w:fill="104658"/>
          </w:tcPr>
          <w:p>
            <w:pPr>
              <w:spacing w:after="0"/>
              <w:jc w:val="center"/>
            </w:pPr>
            <w:r/>
            <w:r>
              <w:rPr>
                <w:b/>
                <w:color w:val="FFFFFF"/>
                <w:sz w:val="20"/>
              </w:rPr>
              <w:t>S. No.</w:t>
            </w:r>
          </w:p>
        </w:tc>
        <w:tc>
          <w:tcPr>
            <w:tcW w:type="dxa" w:w="4430"/>
            <w:vAlign w:val="center"/>
            <w:shd w:val="clear" w:color="auto" w:fill="104658"/>
          </w:tcPr>
          <w:p>
            <w:pPr>
              <w:spacing w:after="0"/>
              <w:jc w:val="left"/>
            </w:pPr>
            <w:r/>
            <w:r>
              <w:rPr>
                <w:b/>
                <w:color w:val="FFFFFF"/>
                <w:sz w:val="20"/>
              </w:rPr>
              <w:t>Name of the Experiment</w:t>
            </w:r>
          </w:p>
        </w:tc>
        <w:tc>
          <w:tcPr>
            <w:tcW w:type="dxa" w:w="1329"/>
            <w:vAlign w:val="center"/>
            <w:shd w:val="clear" w:color="auto" w:fill="104658"/>
          </w:tcPr>
          <w:p>
            <w:pPr>
              <w:spacing w:after="0"/>
              <w:jc w:val="center"/>
            </w:pPr>
            <w:r/>
            <w:r>
              <w:rPr>
                <w:b/>
                <w:color w:val="FFFFFF"/>
                <w:sz w:val="20"/>
              </w:rPr>
              <w:t>Date</w:t>
            </w:r>
          </w:p>
        </w:tc>
        <w:tc>
          <w:tcPr>
            <w:tcW w:type="dxa" w:w="1107"/>
            <w:vAlign w:val="center"/>
            <w:shd w:val="clear" w:color="auto" w:fill="104658"/>
          </w:tcPr>
          <w:p>
            <w:pPr>
              <w:spacing w:after="0"/>
              <w:jc w:val="center"/>
            </w:pPr>
            <w:r/>
            <w:r>
              <w:rPr>
                <w:b/>
                <w:color w:val="FFFFFF"/>
                <w:sz w:val="20"/>
              </w:rPr>
              <w:t>Remarks</w:t>
            </w:r>
          </w:p>
        </w:tc>
        <w:tc>
          <w:tcPr>
            <w:tcW w:type="dxa" w:w="1440"/>
            <w:vAlign w:val="center"/>
            <w:shd w:val="clear" w:color="auto" w:fill="104658"/>
          </w:tcPr>
          <w:p>
            <w:pPr>
              <w:spacing w:after="0"/>
              <w:jc w:val="center"/>
            </w:pPr>
            <w:r/>
            <w:r>
              <w:rPr>
                <w:b/>
                <w:color w:val="FFFFFF"/>
                <w:sz w:val="20"/>
              </w:rPr>
              <w:t>Teacher's Sign</w:t>
            </w:r>
          </w:p>
        </w:tc>
      </w:tr>
      <w:tr>
        <w:tc>
          <w:tcPr>
            <w:tcW w:type="dxa" w:w="720"/>
            <w:vAlign w:val="center"/>
          </w:tcPr>
          <w:p>
            <w:pPr>
              <w:spacing w:after="0"/>
              <w:jc w:val="center"/>
            </w:pPr>
            <w:r/>
            <w:r>
              <w:rPr>
                <w:sz w:val="20"/>
              </w:rPr>
              <w:t>1</w:t>
            </w:r>
          </w:p>
        </w:tc>
        <w:tc>
          <w:tcPr>
            <w:tcW w:type="dxa" w:w="4430"/>
            <w:vAlign w:val="center"/>
          </w:tcPr>
          <w:p>
            <w:pPr>
              <w:spacing w:after="0"/>
              <w:jc w:val="left"/>
            </w:pPr>
            <w:r/>
            <w:r>
              <w:rPr>
                <w:sz w:val="20"/>
              </w:rPr>
              <w:t>Creating tables and inserting records</w:t>
            </w:r>
          </w:p>
        </w:tc>
        <w:tc>
          <w:tcPr>
            <w:tcW w:type="dxa" w:w="1329"/>
            <w:vAlign w:val="center"/>
          </w:tcPr>
          <w:p>
            <w:pPr>
              <w:spacing w:after="0"/>
              <w:jc w:val="center"/>
            </w:pPr>
            <w:r/>
            <w:r>
              <w:rPr>
                <w:sz w:val="20"/>
              </w:rPr>
              <w:t>14 Jan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2</w:t>
            </w:r>
          </w:p>
        </w:tc>
        <w:tc>
          <w:tcPr>
            <w:tcW w:type="dxa" w:w="4430"/>
            <w:vAlign w:val="center"/>
          </w:tcPr>
          <w:p>
            <w:pPr>
              <w:spacing w:after="0"/>
              <w:jc w:val="left"/>
            </w:pPr>
            <w:r/>
            <w:r>
              <w:rPr>
                <w:sz w:val="20"/>
              </w:rPr>
              <w:t>Queries with WHERE, ORDER BY and LIKE</w:t>
            </w:r>
          </w:p>
        </w:tc>
        <w:tc>
          <w:tcPr>
            <w:tcW w:type="dxa" w:w="1329"/>
            <w:vAlign w:val="center"/>
          </w:tcPr>
          <w:p>
            <w:pPr>
              <w:spacing w:after="0"/>
              <w:jc w:val="center"/>
            </w:pPr>
            <w:r/>
            <w:r>
              <w:rPr>
                <w:sz w:val="20"/>
              </w:rPr>
              <w:t>21 Jan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3</w:t>
            </w:r>
          </w:p>
        </w:tc>
        <w:tc>
          <w:tcPr>
            <w:tcW w:type="dxa" w:w="4430"/>
            <w:vAlign w:val="center"/>
          </w:tcPr>
          <w:p>
            <w:pPr>
              <w:spacing w:after="0"/>
              <w:jc w:val="left"/>
            </w:pPr>
            <w:r/>
            <w:r>
              <w:rPr>
                <w:sz w:val="20"/>
              </w:rPr>
              <w:t>Aggregate functions and GROUP BY</w:t>
            </w:r>
          </w:p>
        </w:tc>
        <w:tc>
          <w:tcPr>
            <w:tcW w:type="dxa" w:w="1329"/>
            <w:vAlign w:val="center"/>
          </w:tcPr>
          <w:p>
            <w:pPr>
              <w:spacing w:after="0"/>
              <w:jc w:val="center"/>
            </w:pPr>
            <w:r/>
            <w:r>
              <w:rPr>
                <w:sz w:val="20"/>
              </w:rPr>
              <w:t>28 Jan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4</w:t>
            </w:r>
          </w:p>
        </w:tc>
        <w:tc>
          <w:tcPr>
            <w:tcW w:type="dxa" w:w="4430"/>
            <w:vAlign w:val="center"/>
          </w:tcPr>
          <w:p>
            <w:pPr>
              <w:spacing w:after="0"/>
              <w:jc w:val="left"/>
            </w:pPr>
            <w:r/>
            <w:r>
              <w:rPr>
                <w:sz w:val="20"/>
              </w:rPr>
              <w:t>Joins between two tables</w:t>
            </w:r>
          </w:p>
        </w:tc>
        <w:tc>
          <w:tcPr>
            <w:tcW w:type="dxa" w:w="1329"/>
            <w:vAlign w:val="center"/>
          </w:tcPr>
          <w:p>
            <w:pPr>
              <w:spacing w:after="0"/>
              <w:jc w:val="center"/>
            </w:pPr>
            <w:r/>
            <w:r>
              <w:rPr>
                <w:sz w:val="20"/>
              </w:rPr>
              <w:t>04 Feb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5</w:t>
            </w:r>
          </w:p>
        </w:tc>
        <w:tc>
          <w:tcPr>
            <w:tcW w:type="dxa" w:w="4430"/>
            <w:vAlign w:val="center"/>
          </w:tcPr>
          <w:p>
            <w:pPr>
              <w:spacing w:after="0"/>
              <w:jc w:val="left"/>
            </w:pPr>
            <w:r/>
            <w:r>
              <w:rPr>
                <w:sz w:val="20"/>
              </w:rPr>
              <w:t>Views, updates and deletes</w:t>
            </w:r>
          </w:p>
        </w:tc>
        <w:tc>
          <w:tcPr>
            <w:tcW w:type="dxa" w:w="1329"/>
            <w:vAlign w:val="center"/>
          </w:tcPr>
          <w:p>
            <w:pPr>
              <w:spacing w:after="0"/>
              <w:jc w:val="center"/>
            </w:pPr>
            <w:r/>
            <w:r>
              <w:rPr>
                <w:sz w:val="20"/>
              </w:rPr>
              <w:t>11 Feb 2026</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1"/>
      </w:pPr>
      <w:r>
        <w:t>Experiment 1: Creating tables and inserting records</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008"/>
        <w:gridCol w:w="3008"/>
        <w:gridCol w:w="3008"/>
      </w:tblGrid>
      <w:tr>
        <w:tc>
          <w:tcPr>
            <w:tcW w:type="dxa" w:w="3009"/>
          </w:tcPr>
          <w:p>
            <w:pPr>
              <w:spacing w:after="0"/>
            </w:pPr>
            <w:r>
              <w:rPr>
                <w:b/>
                <w:color w:val="155E75"/>
                <w:sz w:val="19"/>
              </w:rPr>
              <w:t xml:space="preserve">Date: </w:t>
            </w:r>
            <w:r>
              <w:rPr>
                <w:sz w:val="19"/>
              </w:rPr>
              <w:t>14 Jan 2026</w:t>
            </w:r>
          </w:p>
        </w:tc>
        <w:tc>
          <w:tcPr>
            <w:tcW w:type="dxa" w:w="3009"/>
          </w:tcPr>
          <w:p>
            <w:pPr>
              <w:spacing w:after="0"/>
            </w:pPr>
            <w:r>
              <w:rPr>
                <w:b/>
                <w:color w:val="155E75"/>
                <w:sz w:val="19"/>
              </w:rPr>
              <w:t xml:space="preserve">Page No.: </w:t>
            </w:r>
            <w:r>
              <w:rPr>
                <w:sz w:val="19"/>
              </w:rPr>
              <w:t>____</w:t>
            </w:r>
          </w:p>
        </w:tc>
        <w:tc>
          <w:tcPr>
            <w:tcW w:type="dxa" w:w="3009"/>
          </w:tcPr>
          <w:p>
            <w:pPr>
              <w:spacing w:after="0"/>
            </w:pPr>
            <w:r>
              <w:rPr>
                <w:b/>
                <w:color w:val="155E75"/>
                <w:sz w:val="19"/>
              </w:rPr>
              <w:t xml:space="preserve">Teacher's sign: </w:t>
            </w:r>
            <w:r>
              <w:rPr>
                <w:sz w:val="19"/>
              </w:rPr>
              <w:t>__________</w:t>
            </w:r>
          </w:p>
        </w:tc>
      </w:tr>
    </w:tbl>
    <w:p>
      <w:pPr>
        <w:spacing w:after="80"/>
      </w:pPr>
    </w:p>
    <w:p>
      <w:pPr>
        <w:pStyle w:val="Heading3"/>
      </w:pPr>
      <w:r>
        <w:t>Aim</w:t>
      </w:r>
    </w:p>
    <w:p>
      <w:r>
        <w:t>To create the tables EMPLOYEE and DEPARTMENT with suitable constraints and insert records.</w:t>
      </w:r>
    </w:p>
    <w:p>
      <w:pPr>
        <w:pStyle w:val="Heading3"/>
      </w:pPr>
      <w:r>
        <w:t>Software / Requirements</w:t>
      </w:r>
    </w:p>
    <w:p>
      <w:pPr>
        <w:pStyle w:val="ListBullet"/>
      </w:pPr>
      <w:r>
        <w:t>MySQL 8 / MariaDB</w:t>
      </w:r>
    </w:p>
    <w:p>
      <w:pPr>
        <w:pStyle w:val="ListBullet"/>
      </w:pPr>
      <w:r>
        <w:t>MySQL Workbench or command-line client</w:t>
      </w:r>
    </w:p>
    <w:p>
      <w:pPr>
        <w:pStyle w:val="Heading3"/>
      </w:pPr>
      <w:r>
        <w:t>Algorithm</w:t>
      </w:r>
    </w:p>
    <w:p>
      <w:pPr>
        <w:pStyle w:val="ListNumber"/>
      </w:pPr>
      <w:r>
        <w:t>Create the database and select it.</w:t>
      </w:r>
    </w:p>
    <w:p>
      <w:pPr>
        <w:pStyle w:val="ListNumber"/>
      </w:pPr>
      <w:r>
        <w:t>Create DEPARTMENT with a primary key.</w:t>
      </w:r>
    </w:p>
    <w:p>
      <w:pPr>
        <w:pStyle w:val="ListNumber"/>
      </w:pPr>
      <w:r>
        <w:t>Create EMPLOYEE with a foreign key to DEPARTMENT.</w:t>
      </w:r>
    </w:p>
    <w:p>
      <w:pPr>
        <w:pStyle w:val="ListNumber"/>
      </w:pPr>
      <w:r>
        <w:t>Insert sample records and display them.</w:t>
      </w:r>
    </w:p>
    <w:p>
      <w:pPr>
        <w:pStyle w:val="Heading3"/>
      </w:pPr>
      <w:r>
        <w:t>Program</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CREATE TABLE department (</w:t>
            </w:r>
          </w:p>
          <w:p>
            <w:pPr>
              <w:spacing w:after="0" w:line="240" w:lineRule="auto"/>
            </w:pPr>
            <w:r>
              <w:rPr>
                <w:rFonts w:ascii="Courier New" w:hAnsi="Courier New" w:cs="Courier New" w:eastAsia="Courier New"/>
                <w:sz w:val="18"/>
              </w:rPr>
              <w:t xml:space="preserve">  dept_id   INT PRIMARY KEY,</w:t>
            </w:r>
          </w:p>
          <w:p>
            <w:pPr>
              <w:spacing w:after="0" w:line="240" w:lineRule="auto"/>
            </w:pPr>
            <w:r>
              <w:rPr>
                <w:rFonts w:ascii="Courier New" w:hAnsi="Courier New" w:cs="Courier New" w:eastAsia="Courier New"/>
                <w:sz w:val="18"/>
              </w:rPr>
              <w:t xml:space="preserve">  dept_name VARCHAR(30) NOT NULL</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CREATE TABLE employee (</w:t>
            </w:r>
          </w:p>
          <w:p>
            <w:pPr>
              <w:spacing w:after="0" w:line="240" w:lineRule="auto"/>
            </w:pPr>
            <w:r>
              <w:rPr>
                <w:rFonts w:ascii="Courier New" w:hAnsi="Courier New" w:cs="Courier New" w:eastAsia="Courier New"/>
                <w:sz w:val="18"/>
              </w:rPr>
              <w:t xml:space="preserve">  emp_id   INT PRIMARY KEY,</w:t>
            </w:r>
          </w:p>
          <w:p>
            <w:pPr>
              <w:spacing w:after="0" w:line="240" w:lineRule="auto"/>
            </w:pPr>
            <w:r>
              <w:rPr>
                <w:rFonts w:ascii="Courier New" w:hAnsi="Courier New" w:cs="Courier New" w:eastAsia="Courier New"/>
                <w:sz w:val="18"/>
              </w:rPr>
              <w:t xml:space="preserve">  name     VARCHAR(40) NOT NULL,</w:t>
            </w:r>
          </w:p>
          <w:p>
            <w:pPr>
              <w:spacing w:after="0" w:line="240" w:lineRule="auto"/>
            </w:pPr>
            <w:r>
              <w:rPr>
                <w:rFonts w:ascii="Courier New" w:hAnsi="Courier New" w:cs="Courier New" w:eastAsia="Courier New"/>
                <w:sz w:val="18"/>
              </w:rPr>
              <w:t xml:space="preserve">  salary   DECIMAL(10,2) CHECK (salary &gt; 0),</w:t>
            </w:r>
          </w:p>
          <w:p>
            <w:pPr>
              <w:spacing w:after="0" w:line="240" w:lineRule="auto"/>
            </w:pPr>
            <w:r>
              <w:rPr>
                <w:rFonts w:ascii="Courier New" w:hAnsi="Courier New" w:cs="Courier New" w:eastAsia="Courier New"/>
                <w:sz w:val="18"/>
              </w:rPr>
              <w:t xml:space="preserve">  dept_id  INT,</w:t>
            </w:r>
          </w:p>
          <w:p>
            <w:pPr>
              <w:spacing w:after="0" w:line="240" w:lineRule="auto"/>
            </w:pPr>
            <w:r>
              <w:rPr>
                <w:rFonts w:ascii="Courier New" w:hAnsi="Courier New" w:cs="Courier New" w:eastAsia="Courier New"/>
                <w:sz w:val="18"/>
              </w:rPr>
              <w:t xml:space="preserve">  FOREIGN KEY (dept_id) REFERENCES department(dept_id)</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INSERT INTO department VALUES (10,'Sales'),(20,'Accounts'),(30,'IT');</w:t>
            </w:r>
          </w:p>
          <w:p>
            <w:pPr>
              <w:spacing w:after="0" w:line="240" w:lineRule="auto"/>
            </w:pPr>
            <w:r>
              <w:rPr>
                <w:rFonts w:ascii="Courier New" w:hAnsi="Courier New" w:cs="Courier New" w:eastAsia="Courier New"/>
                <w:sz w:val="18"/>
              </w:rPr>
              <w:t>INSERT INTO employee VALUES</w:t>
            </w:r>
          </w:p>
          <w:p>
            <w:pPr>
              <w:spacing w:after="0" w:line="240" w:lineRule="auto"/>
            </w:pPr>
            <w:r>
              <w:rPr>
                <w:rFonts w:ascii="Courier New" w:hAnsi="Courier New" w:cs="Courier New" w:eastAsia="Courier New"/>
                <w:sz w:val="18"/>
              </w:rPr>
              <w:t xml:space="preserve"> (1,'Ritu Sen',42000,10),(2,'Amit Rao',55000,30),(3,'Neha Jain',38000,20);</w:t>
            </w:r>
          </w:p>
          <w:p>
            <w:pPr>
              <w:spacing w:after="0" w:line="240" w:lineRule="auto"/>
            </w:pPr>
            <w:r>
              <w:rPr>
                <w:rFonts w:ascii="Courier New" w:hAnsi="Courier New" w:cs="Courier New" w:eastAsia="Courier New"/>
                <w:sz w:val="18"/>
              </w:rPr>
              <w:t>SELECT * FROM employee;</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E8EFF1"/>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emp_id | name      | salary   | dept_id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1 | Ritu Sen  | 42000.00 |      10 |</w:t>
            </w:r>
          </w:p>
          <w:p>
            <w:pPr>
              <w:spacing w:after="0" w:line="240" w:lineRule="auto"/>
            </w:pPr>
            <w:r>
              <w:rPr>
                <w:rFonts w:ascii="Courier New" w:hAnsi="Courier New" w:cs="Courier New" w:eastAsia="Courier New"/>
                <w:sz w:val="18"/>
              </w:rPr>
              <w:t>|      2 | Amit Rao  | 55000.00 |      30 |</w:t>
            </w:r>
          </w:p>
          <w:p>
            <w:pPr>
              <w:spacing w:after="0" w:line="240" w:lineRule="auto"/>
            </w:pPr>
            <w:r>
              <w:rPr>
                <w:rFonts w:ascii="Courier New" w:hAnsi="Courier New" w:cs="Courier New" w:eastAsia="Courier New"/>
                <w:sz w:val="18"/>
              </w:rPr>
              <w:t>|      3 | Neha Jain | 38000.00 |      20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FF1"/>
            <w:tcBorders>
              <w:left w:val="single" w:sz="36" w:space="0" w:color="155E75"/>
            </w:tcBorders>
          </w:tcPr>
          <w:p>
            <w:pPr>
              <w:spacing w:after="60"/>
            </w:pPr>
            <w:r>
              <w:rPr>
                <w:b/>
                <w:color w:val="155E75"/>
              </w:rPr>
              <w:t>Result</w:t>
            </w:r>
          </w:p>
          <w:p>
            <w:pPr>
              <w:spacing w:after="0"/>
            </w:pPr>
            <w:r>
              <w:t>Both tables were created with constraints and the records were inserted successfully.</w:t>
            </w:r>
          </w:p>
        </w:tc>
      </w:tr>
    </w:tbl>
    <w:p>
      <w:pPr>
        <w:spacing w:after="40"/>
      </w:pPr>
    </w:p>
    <w:p>
      <w:pPr>
        <w:pStyle w:val="Heading1"/>
      </w:pPr>
      <w:r>
        <w:t>Experiment 2: Queries with WHERE, ORDER BY and LIKE</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008"/>
        <w:gridCol w:w="3008"/>
        <w:gridCol w:w="3008"/>
      </w:tblGrid>
      <w:tr>
        <w:tc>
          <w:tcPr>
            <w:tcW w:type="dxa" w:w="3009"/>
          </w:tcPr>
          <w:p>
            <w:pPr>
              <w:spacing w:after="0"/>
            </w:pPr>
            <w:r>
              <w:rPr>
                <w:b/>
                <w:color w:val="155E75"/>
                <w:sz w:val="19"/>
              </w:rPr>
              <w:t xml:space="preserve">Date: </w:t>
            </w:r>
            <w:r>
              <w:rPr>
                <w:sz w:val="19"/>
              </w:rPr>
              <w:t>21 Jan 2026</w:t>
            </w:r>
          </w:p>
        </w:tc>
        <w:tc>
          <w:tcPr>
            <w:tcW w:type="dxa" w:w="3009"/>
          </w:tcPr>
          <w:p>
            <w:pPr>
              <w:spacing w:after="0"/>
            </w:pPr>
            <w:r>
              <w:rPr>
                <w:b/>
                <w:color w:val="155E75"/>
                <w:sz w:val="19"/>
              </w:rPr>
              <w:t xml:space="preserve">Page No.: </w:t>
            </w:r>
            <w:r>
              <w:rPr>
                <w:sz w:val="19"/>
              </w:rPr>
              <w:t>____</w:t>
            </w:r>
          </w:p>
        </w:tc>
        <w:tc>
          <w:tcPr>
            <w:tcW w:type="dxa" w:w="3009"/>
          </w:tcPr>
          <w:p>
            <w:pPr>
              <w:spacing w:after="0"/>
            </w:pPr>
            <w:r>
              <w:rPr>
                <w:b/>
                <w:color w:val="155E75"/>
                <w:sz w:val="19"/>
              </w:rPr>
              <w:t xml:space="preserve">Teacher's sign: </w:t>
            </w:r>
            <w:r>
              <w:rPr>
                <w:sz w:val="19"/>
              </w:rPr>
              <w:t>__________</w:t>
            </w:r>
          </w:p>
        </w:tc>
      </w:tr>
    </w:tbl>
    <w:p>
      <w:pPr>
        <w:spacing w:after="80"/>
      </w:pPr>
    </w:p>
    <w:p>
      <w:pPr>
        <w:pStyle w:val="Heading3"/>
      </w:pPr>
      <w:r>
        <w:t>Aim</w:t>
      </w:r>
    </w:p>
    <w:p>
      <w:r>
        <w:t>To retrieve records using conditions, pattern matching and sorting.</w:t>
      </w:r>
    </w:p>
    <w:p>
      <w:pPr>
        <w:pStyle w:val="Heading3"/>
      </w:pPr>
      <w:r>
        <w:t>Software / Requirements</w:t>
      </w:r>
    </w:p>
    <w:p>
      <w:pPr>
        <w:pStyle w:val="ListBullet"/>
      </w:pPr>
      <w:r>
        <w:t>MySQL 8</w:t>
      </w:r>
    </w:p>
    <w:p>
      <w:pPr>
        <w:pStyle w:val="Heading3"/>
      </w:pPr>
      <w:r>
        <w:t>Algorithm</w:t>
      </w:r>
    </w:p>
    <w:p>
      <w:pPr>
        <w:pStyle w:val="ListNumber"/>
      </w:pPr>
      <w:r>
        <w:t>Select employees earning more than a given salary.</w:t>
      </w:r>
    </w:p>
    <w:p>
      <w:pPr>
        <w:pStyle w:val="ListNumber"/>
      </w:pPr>
      <w:r>
        <w:t>Find names starting with a given letter using LIKE.</w:t>
      </w:r>
    </w:p>
    <w:p>
      <w:pPr>
        <w:pStyle w:val="ListNumber"/>
      </w:pPr>
      <w:r>
        <w:t>Sort the output by salary in descending order.</w:t>
      </w:r>
    </w:p>
    <w:p>
      <w:pPr>
        <w:pStyle w:val="Heading3"/>
      </w:pPr>
      <w:r>
        <w:t>Program</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SELECT name, salary FROM employee</w:t>
            </w:r>
          </w:p>
          <w:p>
            <w:pPr>
              <w:spacing w:after="0" w:line="240" w:lineRule="auto"/>
            </w:pPr>
            <w:r>
              <w:rPr>
                <w:rFonts w:ascii="Courier New" w:hAnsi="Courier New" w:cs="Courier New" w:eastAsia="Courier New"/>
                <w:sz w:val="18"/>
              </w:rPr>
              <w:t>WHERE salary &gt; 40000</w:t>
            </w:r>
          </w:p>
          <w:p>
            <w:pPr>
              <w:spacing w:after="0" w:line="240" w:lineRule="auto"/>
            </w:pPr>
            <w:r>
              <w:rPr>
                <w:rFonts w:ascii="Courier New" w:hAnsi="Courier New" w:cs="Courier New" w:eastAsia="Courier New"/>
                <w:sz w:val="18"/>
              </w:rPr>
              <w:t>ORDER BY salary DESC;</w:t>
            </w:r>
          </w:p>
          <w:p>
            <w:pPr>
              <w:spacing w:after="0" w:line="240" w:lineRule="auto"/>
            </w:pPr>
            <w:r>
              <w:rPr>
                <w:rFonts w:ascii="Courier New" w:hAnsi="Courier New" w:cs="Courier New" w:eastAsia="Courier New"/>
                <w:sz w:val="18"/>
              </w:rPr>
              <w:t xml:space="preserve"> </w:t>
            </w:r>
          </w:p>
          <w:p>
            <w:pPr>
              <w:spacing w:after="0" w:line="240" w:lineRule="auto"/>
            </w:pPr>
            <w:r>
              <w:rPr>
                <w:rFonts w:ascii="Courier New" w:hAnsi="Courier New" w:cs="Courier New" w:eastAsia="Courier New"/>
                <w:sz w:val="18"/>
              </w:rPr>
              <w:t>SELECT name FROM employee WHERE name LIKE 'N%';</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E8EFF1"/>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 salary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Amit Rao | 55000.00 |</w:t>
            </w:r>
          </w:p>
          <w:p>
            <w:pPr>
              <w:spacing w:after="0" w:line="240" w:lineRule="auto"/>
            </w:pPr>
            <w:r>
              <w:rPr>
                <w:rFonts w:ascii="Courier New" w:hAnsi="Courier New" w:cs="Courier New" w:eastAsia="Courier New"/>
                <w:sz w:val="18"/>
              </w:rPr>
              <w:t>| Ritu Sen | 42000.00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Neha Jain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FF1"/>
            <w:tcBorders>
              <w:left w:val="single" w:sz="36" w:space="0" w:color="155E75"/>
            </w:tcBorders>
          </w:tcPr>
          <w:p>
            <w:pPr>
              <w:spacing w:after="60"/>
            </w:pPr>
            <w:r>
              <w:rPr>
                <w:b/>
                <w:color w:val="155E75"/>
              </w:rPr>
              <w:t>Result</w:t>
            </w:r>
          </w:p>
          <w:p>
            <w:pPr>
              <w:spacing w:after="0"/>
            </w:pPr>
            <w:r>
              <w:t>The queries return the expected filtered and sorted results.</w:t>
            </w:r>
          </w:p>
        </w:tc>
      </w:tr>
    </w:tbl>
    <w:p>
      <w:pPr>
        <w:spacing w:after="40"/>
      </w:pPr>
    </w:p>
    <w:p>
      <w:pPr>
        <w:pStyle w:val="Heading1"/>
      </w:pPr>
      <w:r>
        <w:t>Experiment 3: Aggregate functions and GROUP BY</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008"/>
        <w:gridCol w:w="3008"/>
        <w:gridCol w:w="3008"/>
      </w:tblGrid>
      <w:tr>
        <w:tc>
          <w:tcPr>
            <w:tcW w:type="dxa" w:w="3009"/>
          </w:tcPr>
          <w:p>
            <w:pPr>
              <w:spacing w:after="0"/>
            </w:pPr>
            <w:r>
              <w:rPr>
                <w:b/>
                <w:color w:val="155E75"/>
                <w:sz w:val="19"/>
              </w:rPr>
              <w:t xml:space="preserve">Date: </w:t>
            </w:r>
            <w:r>
              <w:rPr>
                <w:sz w:val="19"/>
              </w:rPr>
              <w:t>28 Jan 2026</w:t>
            </w:r>
          </w:p>
        </w:tc>
        <w:tc>
          <w:tcPr>
            <w:tcW w:type="dxa" w:w="3009"/>
          </w:tcPr>
          <w:p>
            <w:pPr>
              <w:spacing w:after="0"/>
            </w:pPr>
            <w:r>
              <w:rPr>
                <w:b/>
                <w:color w:val="155E75"/>
                <w:sz w:val="19"/>
              </w:rPr>
              <w:t xml:space="preserve">Page No.: </w:t>
            </w:r>
            <w:r>
              <w:rPr>
                <w:sz w:val="19"/>
              </w:rPr>
              <w:t>____</w:t>
            </w:r>
          </w:p>
        </w:tc>
        <w:tc>
          <w:tcPr>
            <w:tcW w:type="dxa" w:w="3009"/>
          </w:tcPr>
          <w:p>
            <w:pPr>
              <w:spacing w:after="0"/>
            </w:pPr>
            <w:r>
              <w:rPr>
                <w:b/>
                <w:color w:val="155E75"/>
                <w:sz w:val="19"/>
              </w:rPr>
              <w:t xml:space="preserve">Teacher's sign: </w:t>
            </w:r>
            <w:r>
              <w:rPr>
                <w:sz w:val="19"/>
              </w:rPr>
              <w:t>__________</w:t>
            </w:r>
          </w:p>
        </w:tc>
      </w:tr>
    </w:tbl>
    <w:p>
      <w:pPr>
        <w:spacing w:after="80"/>
      </w:pPr>
    </w:p>
    <w:p>
      <w:pPr>
        <w:pStyle w:val="Heading3"/>
      </w:pPr>
      <w:r>
        <w:t>Aim</w:t>
      </w:r>
    </w:p>
    <w:p>
      <w:r>
        <w:t>To use aggregate functions with GROUP BY and HAVING clauses.</w:t>
      </w:r>
    </w:p>
    <w:p>
      <w:pPr>
        <w:pStyle w:val="Heading3"/>
      </w:pPr>
      <w:r>
        <w:t>Software / Requirements</w:t>
      </w:r>
    </w:p>
    <w:p>
      <w:pPr>
        <w:pStyle w:val="ListBullet"/>
      </w:pPr>
      <w:r>
        <w:t>MySQL 8</w:t>
      </w:r>
    </w:p>
    <w:p>
      <w:pPr>
        <w:pStyle w:val="Heading3"/>
      </w:pPr>
      <w:r>
        <w:t>Algorithm</w:t>
      </w:r>
    </w:p>
    <w:p>
      <w:pPr>
        <w:pStyle w:val="ListNumber"/>
      </w:pPr>
      <w:r>
        <w:t>Count employees in each department.</w:t>
      </w:r>
    </w:p>
    <w:p>
      <w:pPr>
        <w:pStyle w:val="ListNumber"/>
      </w:pPr>
      <w:r>
        <w:t>Find the average salary per department.</w:t>
      </w:r>
    </w:p>
    <w:p>
      <w:pPr>
        <w:pStyle w:val="ListNumber"/>
      </w:pPr>
      <w:r>
        <w:t>Use HAVING to show departments with average salary above a limit.</w:t>
      </w:r>
    </w:p>
    <w:p>
      <w:pPr>
        <w:pStyle w:val="Heading3"/>
      </w:pPr>
      <w:r>
        <w:t>Program</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SELECT dept_id, COUNT(*) AS staff, AVG(salary) AS avg_salary</w:t>
            </w:r>
          </w:p>
          <w:p>
            <w:pPr>
              <w:spacing w:after="0" w:line="240" w:lineRule="auto"/>
            </w:pPr>
            <w:r>
              <w:rPr>
                <w:rFonts w:ascii="Courier New" w:hAnsi="Courier New" w:cs="Courier New" w:eastAsia="Courier New"/>
                <w:sz w:val="18"/>
              </w:rPr>
              <w:t>FROM employee</w:t>
            </w:r>
          </w:p>
          <w:p>
            <w:pPr>
              <w:spacing w:after="0" w:line="240" w:lineRule="auto"/>
            </w:pPr>
            <w:r>
              <w:rPr>
                <w:rFonts w:ascii="Courier New" w:hAnsi="Courier New" w:cs="Courier New" w:eastAsia="Courier New"/>
                <w:sz w:val="18"/>
              </w:rPr>
              <w:t>GROUP BY dept_id</w:t>
            </w:r>
          </w:p>
          <w:p>
            <w:pPr>
              <w:spacing w:after="0" w:line="240" w:lineRule="auto"/>
            </w:pPr>
            <w:r>
              <w:rPr>
                <w:rFonts w:ascii="Courier New" w:hAnsi="Courier New" w:cs="Courier New" w:eastAsia="Courier New"/>
                <w:sz w:val="18"/>
              </w:rPr>
              <w:t>HAVING AVG(salary) &gt; 40000;</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E8EFF1"/>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dept_id | staff | avg_salary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10 |     1 |   42000.00 |</w:t>
            </w:r>
          </w:p>
          <w:p>
            <w:pPr>
              <w:spacing w:after="0" w:line="240" w:lineRule="auto"/>
            </w:pPr>
            <w:r>
              <w:rPr>
                <w:rFonts w:ascii="Courier New" w:hAnsi="Courier New" w:cs="Courier New" w:eastAsia="Courier New"/>
                <w:sz w:val="18"/>
              </w:rPr>
              <w:t>|      30 |     1 |   55000.00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FF1"/>
            <w:tcBorders>
              <w:left w:val="single" w:sz="36" w:space="0" w:color="155E75"/>
            </w:tcBorders>
          </w:tcPr>
          <w:p>
            <w:pPr>
              <w:spacing w:after="60"/>
            </w:pPr>
            <w:r>
              <w:rPr>
                <w:b/>
                <w:color w:val="155E75"/>
              </w:rPr>
              <w:t>Result</w:t>
            </w:r>
          </w:p>
          <w:p>
            <w:pPr>
              <w:spacing w:after="0"/>
            </w:pPr>
            <w:r>
              <w:t>Aggregate values are computed correctly per group.</w:t>
            </w:r>
          </w:p>
        </w:tc>
      </w:tr>
    </w:tbl>
    <w:p>
      <w:pPr>
        <w:spacing w:after="40"/>
      </w:pPr>
    </w:p>
    <w:p>
      <w:pPr>
        <w:pStyle w:val="Heading1"/>
      </w:pPr>
      <w:r>
        <w:t>Experiment 4: Joins between two tables</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008"/>
        <w:gridCol w:w="3008"/>
        <w:gridCol w:w="3008"/>
      </w:tblGrid>
      <w:tr>
        <w:tc>
          <w:tcPr>
            <w:tcW w:type="dxa" w:w="3009"/>
          </w:tcPr>
          <w:p>
            <w:pPr>
              <w:spacing w:after="0"/>
            </w:pPr>
            <w:r>
              <w:rPr>
                <w:b/>
                <w:color w:val="155E75"/>
                <w:sz w:val="19"/>
              </w:rPr>
              <w:t xml:space="preserve">Date: </w:t>
            </w:r>
            <w:r>
              <w:rPr>
                <w:sz w:val="19"/>
              </w:rPr>
              <w:t>04 Feb 2026</w:t>
            </w:r>
          </w:p>
        </w:tc>
        <w:tc>
          <w:tcPr>
            <w:tcW w:type="dxa" w:w="3009"/>
          </w:tcPr>
          <w:p>
            <w:pPr>
              <w:spacing w:after="0"/>
            </w:pPr>
            <w:r>
              <w:rPr>
                <w:b/>
                <w:color w:val="155E75"/>
                <w:sz w:val="19"/>
              </w:rPr>
              <w:t xml:space="preserve">Page No.: </w:t>
            </w:r>
            <w:r>
              <w:rPr>
                <w:sz w:val="19"/>
              </w:rPr>
              <w:t>____</w:t>
            </w:r>
          </w:p>
        </w:tc>
        <w:tc>
          <w:tcPr>
            <w:tcW w:type="dxa" w:w="3009"/>
          </w:tcPr>
          <w:p>
            <w:pPr>
              <w:spacing w:after="0"/>
            </w:pPr>
            <w:r>
              <w:rPr>
                <w:b/>
                <w:color w:val="155E75"/>
                <w:sz w:val="19"/>
              </w:rPr>
              <w:t xml:space="preserve">Teacher's sign: </w:t>
            </w:r>
            <w:r>
              <w:rPr>
                <w:sz w:val="19"/>
              </w:rPr>
              <w:t>__________</w:t>
            </w:r>
          </w:p>
        </w:tc>
      </w:tr>
    </w:tbl>
    <w:p>
      <w:pPr>
        <w:spacing w:after="80"/>
      </w:pPr>
    </w:p>
    <w:p>
      <w:pPr>
        <w:pStyle w:val="Heading3"/>
      </w:pPr>
      <w:r>
        <w:t>Aim</w:t>
      </w:r>
    </w:p>
    <w:p>
      <w:r>
        <w:t>To display employee names with their department names using an inner join.</w:t>
      </w:r>
    </w:p>
    <w:p>
      <w:pPr>
        <w:pStyle w:val="Heading3"/>
      </w:pPr>
      <w:r>
        <w:t>Software / Requirements</w:t>
      </w:r>
    </w:p>
    <w:p>
      <w:pPr>
        <w:pStyle w:val="ListBullet"/>
      </w:pPr>
      <w:r>
        <w:t>MySQL 8</w:t>
      </w:r>
    </w:p>
    <w:p>
      <w:pPr>
        <w:pStyle w:val="Heading3"/>
      </w:pPr>
      <w:r>
        <w:t>Algorithm</w:t>
      </w:r>
    </w:p>
    <w:p>
      <w:pPr>
        <w:pStyle w:val="ListNumber"/>
      </w:pPr>
      <w:r>
        <w:t>Write an INNER JOIN on dept_id.</w:t>
      </w:r>
    </w:p>
    <w:p>
      <w:pPr>
        <w:pStyle w:val="ListNumber"/>
      </w:pPr>
      <w:r>
        <w:t>Write a LEFT JOIN to include departments without employees.</w:t>
      </w:r>
    </w:p>
    <w:p>
      <w:pPr>
        <w:pStyle w:val="ListNumber"/>
      </w:pPr>
      <w:r>
        <w:t>Compare the outputs.</w:t>
      </w:r>
    </w:p>
    <w:p>
      <w:pPr>
        <w:pStyle w:val="Heading3"/>
      </w:pPr>
      <w:r>
        <w:t>Program</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SELECT e.name, d.dept_name</w:t>
            </w:r>
          </w:p>
          <w:p>
            <w:pPr>
              <w:spacing w:after="0" w:line="240" w:lineRule="auto"/>
            </w:pPr>
            <w:r>
              <w:rPr>
                <w:rFonts w:ascii="Courier New" w:hAnsi="Courier New" w:cs="Courier New" w:eastAsia="Courier New"/>
                <w:sz w:val="18"/>
              </w:rPr>
              <w:t>FROM employee e</w:t>
            </w:r>
          </w:p>
          <w:p>
            <w:pPr>
              <w:spacing w:after="0" w:line="240" w:lineRule="auto"/>
            </w:pPr>
            <w:r>
              <w:rPr>
                <w:rFonts w:ascii="Courier New" w:hAnsi="Courier New" w:cs="Courier New" w:eastAsia="Courier New"/>
                <w:sz w:val="18"/>
              </w:rPr>
              <w:t>JOIN department d ON e.dept_id = d.dept_id;</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E8EFF1"/>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 dept_name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Ritu Sen  | Sales     |</w:t>
            </w:r>
          </w:p>
          <w:p>
            <w:pPr>
              <w:spacing w:after="0" w:line="240" w:lineRule="auto"/>
            </w:pPr>
            <w:r>
              <w:rPr>
                <w:rFonts w:ascii="Courier New" w:hAnsi="Courier New" w:cs="Courier New" w:eastAsia="Courier New"/>
                <w:sz w:val="18"/>
              </w:rPr>
              <w:t>| Neha Jain | Accounts  |</w:t>
            </w:r>
          </w:p>
          <w:p>
            <w:pPr>
              <w:spacing w:after="0" w:line="240" w:lineRule="auto"/>
            </w:pPr>
            <w:r>
              <w:rPr>
                <w:rFonts w:ascii="Courier New" w:hAnsi="Courier New" w:cs="Courier New" w:eastAsia="Courier New"/>
                <w:sz w:val="18"/>
              </w:rPr>
              <w:t>| Amit Rao  | IT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FF1"/>
            <w:tcBorders>
              <w:left w:val="single" w:sz="36" w:space="0" w:color="155E75"/>
            </w:tcBorders>
          </w:tcPr>
          <w:p>
            <w:pPr>
              <w:spacing w:after="60"/>
            </w:pPr>
            <w:r>
              <w:rPr>
                <w:b/>
                <w:color w:val="155E75"/>
              </w:rPr>
              <w:t>Result</w:t>
            </w:r>
          </w:p>
          <w:p>
            <w:pPr>
              <w:spacing w:after="0"/>
            </w:pPr>
            <w:r>
              <w:t>The join combines rows from both tables based on the common column.</w:t>
            </w:r>
          </w:p>
        </w:tc>
      </w:tr>
    </w:tbl>
    <w:p>
      <w:pPr>
        <w:spacing w:after="40"/>
      </w:pPr>
    </w:p>
    <w:p>
      <w:pPr>
        <w:pStyle w:val="Heading1"/>
      </w:pPr>
      <w:r>
        <w:t>Experiment 5: Views, updates and deletes</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008"/>
        <w:gridCol w:w="3008"/>
        <w:gridCol w:w="3008"/>
      </w:tblGrid>
      <w:tr>
        <w:tc>
          <w:tcPr>
            <w:tcW w:type="dxa" w:w="3009"/>
          </w:tcPr>
          <w:p>
            <w:pPr>
              <w:spacing w:after="0"/>
            </w:pPr>
            <w:r>
              <w:rPr>
                <w:b/>
                <w:color w:val="155E75"/>
                <w:sz w:val="19"/>
              </w:rPr>
              <w:t xml:space="preserve">Date: </w:t>
            </w:r>
            <w:r>
              <w:rPr>
                <w:sz w:val="19"/>
              </w:rPr>
              <w:t>11 Feb 2026</w:t>
            </w:r>
          </w:p>
        </w:tc>
        <w:tc>
          <w:tcPr>
            <w:tcW w:type="dxa" w:w="3009"/>
          </w:tcPr>
          <w:p>
            <w:pPr>
              <w:spacing w:after="0"/>
            </w:pPr>
            <w:r>
              <w:rPr>
                <w:b/>
                <w:color w:val="155E75"/>
                <w:sz w:val="19"/>
              </w:rPr>
              <w:t xml:space="preserve">Page No.: </w:t>
            </w:r>
            <w:r>
              <w:rPr>
                <w:sz w:val="19"/>
              </w:rPr>
              <w:t>____</w:t>
            </w:r>
          </w:p>
        </w:tc>
        <w:tc>
          <w:tcPr>
            <w:tcW w:type="dxa" w:w="3009"/>
          </w:tcPr>
          <w:p>
            <w:pPr>
              <w:spacing w:after="0"/>
            </w:pPr>
            <w:r>
              <w:rPr>
                <w:b/>
                <w:color w:val="155E75"/>
                <w:sz w:val="19"/>
              </w:rPr>
              <w:t xml:space="preserve">Teacher's sign: </w:t>
            </w:r>
            <w:r>
              <w:rPr>
                <w:sz w:val="19"/>
              </w:rPr>
              <w:t>__________</w:t>
            </w:r>
          </w:p>
        </w:tc>
      </w:tr>
    </w:tbl>
    <w:p>
      <w:pPr>
        <w:spacing w:after="80"/>
      </w:pPr>
    </w:p>
    <w:p>
      <w:pPr>
        <w:pStyle w:val="Heading3"/>
      </w:pPr>
      <w:r>
        <w:t>Aim</w:t>
      </w:r>
    </w:p>
    <w:p>
      <w:r>
        <w:t>To create a view, update records and delete records with conditions.</w:t>
      </w:r>
    </w:p>
    <w:p>
      <w:pPr>
        <w:pStyle w:val="Heading3"/>
      </w:pPr>
      <w:r>
        <w:t>Software / Requirements</w:t>
      </w:r>
    </w:p>
    <w:p>
      <w:pPr>
        <w:pStyle w:val="ListBullet"/>
      </w:pPr>
      <w:r>
        <w:t>MySQL 8</w:t>
      </w:r>
    </w:p>
    <w:p>
      <w:pPr>
        <w:pStyle w:val="Heading3"/>
      </w:pPr>
      <w:r>
        <w:t>Algorithm</w:t>
      </w:r>
    </w:p>
    <w:p>
      <w:pPr>
        <w:pStyle w:val="ListNumber"/>
      </w:pPr>
      <w:r>
        <w:t>Create a view of high earners.</w:t>
      </w:r>
    </w:p>
    <w:p>
      <w:pPr>
        <w:pStyle w:val="ListNumber"/>
      </w:pPr>
      <w:r>
        <w:t>Increase salaries of one department by 10%.</w:t>
      </w:r>
    </w:p>
    <w:p>
      <w:pPr>
        <w:pStyle w:val="ListNumber"/>
      </w:pPr>
      <w:r>
        <w:t>Delete an employee by id and display the view again.</w:t>
      </w:r>
    </w:p>
    <w:p>
      <w:pPr>
        <w:pStyle w:val="Heading3"/>
      </w:pPr>
      <w:r>
        <w:t>Program</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CREATE VIEW high_earners AS</w:t>
            </w:r>
          </w:p>
          <w:p>
            <w:pPr>
              <w:spacing w:after="0" w:line="240" w:lineRule="auto"/>
            </w:pPr>
            <w:r>
              <w:rPr>
                <w:rFonts w:ascii="Courier New" w:hAnsi="Courier New" w:cs="Courier New" w:eastAsia="Courier New"/>
                <w:sz w:val="18"/>
              </w:rPr>
              <w:t xml:space="preserve">  SELECT name, salary FROM employee WHERE salary &gt;= 40000;</w:t>
            </w:r>
          </w:p>
          <w:p>
            <w:pPr>
              <w:spacing w:after="0" w:line="240" w:lineRule="auto"/>
            </w:pPr>
            <w:r>
              <w:rPr>
                <w:rFonts w:ascii="Courier New" w:hAnsi="Courier New" w:cs="Courier New" w:eastAsia="Courier New"/>
                <w:sz w:val="18"/>
              </w:rPr>
              <w:t>UPDATE employee SET salary = salary * 1.10 WHERE dept_id = 20;</w:t>
            </w:r>
          </w:p>
          <w:p>
            <w:pPr>
              <w:spacing w:after="0" w:line="240" w:lineRule="auto"/>
            </w:pPr>
            <w:r>
              <w:rPr>
                <w:rFonts w:ascii="Courier New" w:hAnsi="Courier New" w:cs="Courier New" w:eastAsia="Courier New"/>
                <w:sz w:val="18"/>
              </w:rPr>
              <w:t>DELETE FROM employee WHERE emp_id = 1;</w:t>
            </w:r>
          </w:p>
          <w:p>
            <w:pPr>
              <w:spacing w:after="0" w:line="240" w:lineRule="auto"/>
            </w:pPr>
            <w:r>
              <w:rPr>
                <w:rFonts w:ascii="Courier New" w:hAnsi="Courier New" w:cs="Courier New" w:eastAsia="Courier New"/>
                <w:sz w:val="18"/>
              </w:rPr>
              <w:t>SELECT * FROM high_earners;</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026"/>
      </w:tblGrid>
      <w:tr>
        <w:tc>
          <w:tcPr>
            <w:tcW w:type="dxa" w:w="9026"/>
            <w:shd w:val="clear" w:color="auto" w:fill="E8EFF1"/>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 salary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Amit Rao  | 55000.00 |</w:t>
            </w:r>
          </w:p>
          <w:p>
            <w:pPr>
              <w:spacing w:after="0" w:line="240" w:lineRule="auto"/>
            </w:pPr>
            <w:r>
              <w:rPr>
                <w:rFonts w:ascii="Courier New" w:hAnsi="Courier New" w:cs="Courier New" w:eastAsia="Courier New"/>
                <w:sz w:val="18"/>
              </w:rPr>
              <w:t>| Neha Jain | 41800.00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FF1"/>
            <w:tcBorders>
              <w:left w:val="single" w:sz="36" w:space="0" w:color="155E75"/>
            </w:tcBorders>
          </w:tcPr>
          <w:p>
            <w:pPr>
              <w:spacing w:after="60"/>
            </w:pPr>
            <w:r>
              <w:rPr>
                <w:b/>
                <w:color w:val="155E75"/>
              </w:rPr>
              <w:t>Result</w:t>
            </w:r>
          </w:p>
          <w:p>
            <w:pPr>
              <w:spacing w:after="0"/>
            </w:pPr>
            <w:r>
              <w:t>The view reflects updates and deletions in the base table.</w:t>
            </w:r>
          </w:p>
        </w:tc>
      </w:tr>
    </w:tbl>
    <w:p>
      <w:pPr>
        <w:spacing w:after="40"/>
      </w:pP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val="0"/>
        <w:color w:val="6F7581"/>
        <w:sz w:val="17"/>
      </w:rPr>
      <w:t>Database Management Systems Practical File</w:t>
    </w:r>
    <w:r>
      <w:rPr>
        <w:color w:val="6F7581"/>
        <w:sz w:val="17"/>
      </w:rPr>
      <w:tab/>
      <w:t>BCA IV Sem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55E75"/>
      </w:pBdr>
    </w:pPr>
    <w:rPr>
      <w:rFonts w:ascii="Raleway" w:hAnsi="Raleway" w:cs="Raleway" w:eastAsia="Raleway"/>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172033"/>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Raleway" w:hAnsi="Raleway" w:cs="Raleway" w:eastAsia="Raleway"/>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