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1190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0" w:type="dxa"/>
          <w:left w:w="0" w:type="dxa"/>
          <w:bottom w:w="500" w:type="dxa"/>
          <w:right w:w="0" w:type="dxa"/>
        </w:tblCellMar>
      </w:tblPr>
      <w:tblGrid>
        <w:gridCol w:w="11907"/>
      </w:tblGrid>
      <w:tr>
        <w:trPr>
          <w:trHeight w:val="11055" w:hRule="exact"/>
        </w:trPr>
        <w:tc>
          <w:tcPr>
            <w:tcW w:type="dxa" w:w="11906"/>
            <w:shd w:val="clear" w:color="auto" w:fill="166534"/>
            <w:vAlign w:val="bottom"/>
          </w:tcPr>
          <w:p>
            <w:pPr>
              <w:spacing w:after="3000"/>
              <w:ind w:left="1304" w:right="1304"/>
            </w:pPr>
            <w:r>
              <w:rPr>
                <w:b/>
                <w:i w:val="0"/>
                <w:color w:val="FFFFFF"/>
                <w:sz w:val="18"/>
                <w:spacing w:val="60"/>
              </w:rPr>
              <w:t>JIGYASA EDUCATION TRUST</w:t>
            </w:r>
          </w:p>
          <w:p>
            <w:pPr>
              <w:spacing w:after="200"/>
              <w:ind w:left="1304" w:right="1304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Grant Proposal</w:t>
            </w:r>
          </w:p>
          <w:p>
            <w:pPr>
              <w:pStyle w:val="Title"/>
              <w:ind w:left="1304" w:right="1304"/>
            </w:pPr>
            <w:r>
              <w:rPr>
                <w:color w:val="FFFFFF"/>
                <w:sz w:val="96"/>
              </w:rPr>
              <w:t>Mobile Science Lab for Government Schools</w:t>
            </w:r>
          </w:p>
          <w:p>
            <w:pPr>
              <w:ind w:left="1304" w:right="1304"/>
            </w:pPr>
            <w:r>
              <w:rPr>
                <w:b w:val="0"/>
                <w:i w:val="0"/>
                <w:color w:val="FFFFFF"/>
                <w:sz w:val="28"/>
              </w:rPr>
              <w:t>Bringing hands-on science experiments to 40 schools through a lab-on-wheels</w:t>
            </w:r>
          </w:p>
        </w:tc>
      </w:tr>
      <w:tr>
        <w:trPr>
          <w:trHeight w:val="5329" w:hRule="exact"/>
        </w:trPr>
        <w:tc>
          <w:tcPr>
            <w:tcW w:type="dxa" w:w="11906"/>
            <w:vAlign w:val="top"/>
          </w:tcPr>
          <w:p>
            <w:pPr>
              <w:spacing w:after="160"/>
              <w:ind w:left="1304" w:right="1304"/>
            </w:pP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6F7581"/>
                <w:sz w:val="17"/>
                <w:spacing w:val="30"/>
              </w:rPr>
              <w:t xml:space="preserve">PREPARED FOR   </w:t>
            </w:r>
            <w:r>
              <w:rPr>
                <w:b/>
                <w:i w:val="0"/>
                <w:color w:val="172033"/>
                <w:sz w:val="22"/>
              </w:rPr>
              <w:t>Education Grants Committee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6F7581"/>
                <w:sz w:val="17"/>
                <w:spacing w:val="30"/>
              </w:rPr>
              <w:t xml:space="preserve">PREPARED BY   </w:t>
            </w:r>
            <w:r>
              <w:rPr>
                <w:b/>
                <w:i w:val="0"/>
                <w:color w:val="172033"/>
                <w:sz w:val="22"/>
              </w:rPr>
              <w:t>Dr. Arvind Kulkarni, Founder Trustee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6F7581"/>
                <w:sz w:val="17"/>
                <w:spacing w:val="30"/>
              </w:rPr>
              <w:t xml:space="preserve">DATE   </w:t>
            </w:r>
            <w:r>
              <w:rPr>
                <w:b/>
                <w:i w:val="0"/>
                <w:color w:val="172033"/>
                <w:sz w:val="22"/>
              </w:rPr>
              <w:t>May 2026</w:t>
            </w:r>
          </w:p>
        </w:tc>
      </w:tr>
    </w:tbl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pStyle w:val="Heading1"/>
      </w:pPr>
      <w:r>
        <w:t>Executive Summary</w:t>
      </w:r>
    </w:p>
    <w:p>
      <w:pPr>
        <w:jc w:val="both"/>
      </w:pPr>
      <w:r>
        <w:t>Most government schools in the district have no functioning science laboratory, so students learn experiments only from textbooks. Jigyasa Education Trust proposes a mobile science lab — a van equipped with apparatus and trained facilitators — that visits 40 schools on a fixed timetable, giving students in Classes 6 to 10 regular hands-on practice.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CCDDD2"/>
          </w:tcPr>
          <w:p>
            <w:pPr>
              <w:spacing w:after="40"/>
            </w:pPr>
            <w:r>
              <w:rPr>
                <w:rFonts w:ascii="Space Grotesk" w:hAnsi="Space Grotesk" w:cs="Space Grotesk" w:eastAsia="Space Grotesk"/>
                <w:b/>
                <w:color w:val="166534"/>
                <w:sz w:val="40"/>
              </w:rPr>
              <w:t>40</w:t>
            </w:r>
          </w:p>
          <w:p>
            <w:pPr>
              <w:spacing w:after="0"/>
            </w:pPr>
            <w:r>
              <w:rPr>
                <w:sz w:val="18"/>
              </w:rPr>
              <w:t>Schools</w:t>
            </w:r>
          </w:p>
        </w:tc>
        <w:tc>
          <w:tcPr>
            <w:tcW w:type="dxa" w:w="3213"/>
            <w:shd w:val="clear" w:color="auto" w:fill="CCDDD2"/>
          </w:tcPr>
          <w:p>
            <w:pPr>
              <w:spacing w:after="40"/>
            </w:pPr>
            <w:r>
              <w:rPr>
                <w:rFonts w:ascii="Space Grotesk" w:hAnsi="Space Grotesk" w:cs="Space Grotesk" w:eastAsia="Space Grotesk"/>
                <w:b/>
                <w:color w:val="166534"/>
                <w:sz w:val="40"/>
              </w:rPr>
              <w:t>8,000</w:t>
            </w:r>
          </w:p>
          <w:p>
            <w:pPr>
              <w:spacing w:after="0"/>
            </w:pPr>
            <w:r>
              <w:rPr>
                <w:sz w:val="18"/>
              </w:rPr>
              <w:t>Students reached</w:t>
            </w:r>
          </w:p>
        </w:tc>
        <w:tc>
          <w:tcPr>
            <w:tcW w:type="dxa" w:w="3213"/>
            <w:shd w:val="clear" w:color="auto" w:fill="CCDDD2"/>
          </w:tcPr>
          <w:p>
            <w:pPr>
              <w:spacing w:after="40"/>
            </w:pPr>
            <w:r>
              <w:rPr>
                <w:rFonts w:ascii="Space Grotesk" w:hAnsi="Space Grotesk" w:cs="Space Grotesk" w:eastAsia="Space Grotesk"/>
                <w:b/>
                <w:color w:val="166534"/>
                <w:sz w:val="40"/>
              </w:rPr>
              <w:t>2 years</w:t>
            </w:r>
          </w:p>
          <w:p>
            <w:pPr>
              <w:spacing w:after="0"/>
            </w:pPr>
            <w:r>
              <w:rPr>
                <w:sz w:val="18"/>
              </w:rPr>
              <w:t>Project period</w:t>
            </w:r>
          </w:p>
        </w:tc>
      </w:tr>
    </w:tbl>
    <w:p>
      <w:pPr>
        <w:spacing w:after="120"/>
      </w:pPr>
    </w:p>
    <w:p>
      <w:pPr>
        <w:pStyle w:val="Heading1"/>
      </w:pPr>
      <w:r>
        <w:t>Background and Need</w:t>
      </w:r>
    </w:p>
    <w:p>
      <w:pPr>
        <w:jc w:val="both"/>
      </w:pPr>
      <w:r>
        <w:t>Science teachers in rural schools often teach without equipment, and students rarely perform experiments themselves. This affects both understanding and interest in science.</w:t>
      </w:r>
    </w:p>
    <w:p>
      <w:pPr>
        <w:jc w:val="both"/>
      </w:pPr>
      <w:r>
        <w:t>A mobile lab can share one well-equipped set of apparatus across many schools at a fraction of the cost of building labs in each.</w:t>
      </w:r>
    </w:p>
    <w:p>
      <w:pPr>
        <w:pStyle w:val="Heading1"/>
      </w:pPr>
      <w:r>
        <w:t>Goals and Objectives</w:t>
      </w:r>
    </w:p>
    <w:p>
      <w:pPr>
        <w:jc w:val="both"/>
      </w:pPr>
      <w:r>
        <w:t>Improve understanding of science concepts and curiosity among students in government schools.</w:t>
      </w:r>
    </w:p>
    <w:p>
      <w:pPr>
        <w:pStyle w:val="ListNumber"/>
      </w:pPr>
      <w:r>
        <w:t>Visit each school at least twice a month.</w:t>
      </w:r>
    </w:p>
    <w:p>
      <w:pPr>
        <w:pStyle w:val="ListNumber"/>
      </w:pPr>
      <w:r>
        <w:t>Conduct curriculum-linked experiments for Classes 6–10.</w:t>
      </w:r>
    </w:p>
    <w:p>
      <w:pPr>
        <w:pStyle w:val="ListNumber"/>
      </w:pPr>
      <w:r>
        <w:t>Train science teachers to continue activities between visits.</w:t>
      </w:r>
    </w:p>
    <w:p>
      <w:pPr>
        <w:pStyle w:val="ListNumber"/>
      </w:pPr>
      <w:r>
        <w:t>Organise an annual district science fair.</w:t>
      </w:r>
    </w:p>
    <w:p>
      <w:pPr>
        <w:pStyle w:val="Heading1"/>
      </w:pPr>
      <w:r>
        <w:t>Approach and Activities</w:t>
      </w:r>
    </w:p>
    <w:p>
      <w:pPr>
        <w:pStyle w:val="Heading2"/>
      </w:pPr>
      <w:r>
        <w:t>Van and equipment</w:t>
      </w:r>
    </w:p>
    <w:p>
      <w:pPr>
        <w:jc w:val="both"/>
      </w:pPr>
      <w:r>
        <w:t>Purchase and fit out the van with apparatus, storage and safety equipment.</w:t>
      </w:r>
    </w:p>
    <w:p>
      <w:pPr>
        <w:pStyle w:val="Heading2"/>
      </w:pPr>
      <w:r>
        <w:t>Curriculum mapping</w:t>
      </w:r>
    </w:p>
    <w:p>
      <w:pPr>
        <w:jc w:val="both"/>
      </w:pPr>
      <w:r>
        <w:t>Map 60 experiments to the syllabus for Classes 6–10.</w:t>
      </w:r>
    </w:p>
    <w:p>
      <w:pPr>
        <w:pStyle w:val="Heading2"/>
      </w:pPr>
      <w:r>
        <w:t>School visits</w:t>
      </w:r>
    </w:p>
    <w:p>
      <w:pPr>
        <w:jc w:val="both"/>
      </w:pPr>
      <w:r>
        <w:t>Two facilitators run sessions on a fixed timetable.</w:t>
      </w:r>
    </w:p>
    <w:p>
      <w:pPr>
        <w:pStyle w:val="Heading2"/>
      </w:pPr>
      <w:r>
        <w:t>Teacher training</w:t>
      </w:r>
    </w:p>
    <w:p>
      <w:pPr>
        <w:jc w:val="both"/>
      </w:pPr>
      <w:r>
        <w:t>Quarterly workshops for science teachers.</w:t>
      </w:r>
    </w:p>
    <w:p>
      <w:pPr>
        <w:pStyle w:val="Heading2"/>
      </w:pPr>
      <w:r>
        <w:t>Science fair</w:t>
      </w:r>
    </w:p>
    <w:p>
      <w:pPr>
        <w:jc w:val="both"/>
      </w:pPr>
      <w:r>
        <w:t>District-level fair showcasing student projects.</w:t>
      </w:r>
    </w:p>
    <w:p>
      <w:pPr>
        <w:pStyle w:val="Heading2"/>
      </w:pPr>
      <w:r>
        <w:t>Deliverables</w:t>
      </w:r>
    </w:p>
    <w:tbl>
      <w:tblPr>
        <w:jc w:val="center"/>
        <w:tblLayout w:type="fixed"/>
        <w:tblLook w:firstColumn="1" w:firstRow="1" w:lastColumn="0" w:lastRow="0" w:noHBand="0" w:noVBand="1" w:val="04A0"/>
        <w:tblW w:w="9638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5318"/>
        <w:gridCol w:w="1661"/>
      </w:tblGrid>
      <w:tr>
        <w:trPr>
          <w:tblHeader/>
        </w:trPr>
        <w:tc>
          <w:tcPr>
            <w:tcW w:type="dxa" w:w="2659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Deliverable</w:t>
            </w:r>
          </w:p>
        </w:tc>
        <w:tc>
          <w:tcPr>
            <w:tcW w:type="dxa" w:w="5317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662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Due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Equipped van</w:t>
            </w:r>
          </w:p>
        </w:tc>
        <w:tc>
          <w:tcPr>
            <w:tcW w:type="dxa" w:w="53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Lab-on-wheels ready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Month 3</w:t>
            </w:r>
          </w:p>
        </w:tc>
      </w:tr>
      <w:tr>
        <w:tc>
          <w:tcPr>
            <w:tcW w:type="dxa" w:w="2659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Activity manual</w:t>
            </w:r>
          </w:p>
        </w:tc>
        <w:tc>
          <w:tcPr>
            <w:tcW w:type="dxa" w:w="5317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60 experiments</w:t>
            </w:r>
          </w:p>
        </w:tc>
        <w:tc>
          <w:tcPr>
            <w:tcW w:type="dxa" w:w="1662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Month 3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School visits</w:t>
            </w:r>
          </w:p>
        </w:tc>
        <w:tc>
          <w:tcPr>
            <w:tcW w:type="dxa" w:w="53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About 1,600 sessions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Month 24</w:t>
            </w:r>
          </w:p>
        </w:tc>
      </w:tr>
      <w:tr>
        <w:tc>
          <w:tcPr>
            <w:tcW w:type="dxa" w:w="2659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Teacher workshops</w:t>
            </w:r>
          </w:p>
        </w:tc>
        <w:tc>
          <w:tcPr>
            <w:tcW w:type="dxa" w:w="5317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8 workshops</w:t>
            </w:r>
          </w:p>
        </w:tc>
        <w:tc>
          <w:tcPr>
            <w:tcW w:type="dxa" w:w="1662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Month 24</w:t>
            </w:r>
          </w:p>
        </w:tc>
      </w:tr>
    </w:tbl>
    <w:p>
      <w:pPr>
        <w:spacing w:after="80"/>
      </w:pPr>
    </w:p>
    <w:p>
      <w:pPr>
        <w:pStyle w:val="Heading1"/>
      </w:pPr>
      <w:r>
        <w:t>Timeline</w:t>
      </w:r>
    </w:p>
    <w:p>
      <w:r>
        <w:t>The work plan below shows the main activities and their indicative timing.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92"/>
        <w:gridCol w:w="768"/>
        <w:gridCol w:w="768"/>
        <w:gridCol w:w="768"/>
        <w:gridCol w:w="768"/>
        <w:gridCol w:w="768"/>
        <w:gridCol w:w="768"/>
        <w:gridCol w:w="768"/>
        <w:gridCol w:w="768"/>
      </w:tblGrid>
      <w:tr>
        <w:trPr>
          <w:tblHeader/>
        </w:trPr>
        <w:tc>
          <w:tcPr>
            <w:tcW w:type="dxa" w:w="3492"/>
            <w:vAlign w:val="center"/>
            <w:shd w:val="clear" w:color="auto" w:fill="166534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Activity</w:t>
            </w:r>
          </w:p>
        </w:tc>
        <w:tc>
          <w:tcPr>
            <w:tcW w:type="dxa" w:w="768"/>
            <w:vAlign w:val="center"/>
            <w:shd w:val="clear" w:color="auto" w:fill="166534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Q1</w:t>
            </w:r>
          </w:p>
        </w:tc>
        <w:tc>
          <w:tcPr>
            <w:tcW w:type="dxa" w:w="768"/>
            <w:vAlign w:val="center"/>
            <w:shd w:val="clear" w:color="auto" w:fill="166534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Q2</w:t>
            </w:r>
          </w:p>
        </w:tc>
        <w:tc>
          <w:tcPr>
            <w:tcW w:type="dxa" w:w="768"/>
            <w:vAlign w:val="center"/>
            <w:shd w:val="clear" w:color="auto" w:fill="166534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Q3</w:t>
            </w:r>
          </w:p>
        </w:tc>
        <w:tc>
          <w:tcPr>
            <w:tcW w:type="dxa" w:w="768"/>
            <w:vAlign w:val="center"/>
            <w:shd w:val="clear" w:color="auto" w:fill="166534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Q4</w:t>
            </w:r>
          </w:p>
        </w:tc>
        <w:tc>
          <w:tcPr>
            <w:tcW w:type="dxa" w:w="768"/>
            <w:vAlign w:val="center"/>
            <w:shd w:val="clear" w:color="auto" w:fill="166534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Q5</w:t>
            </w:r>
          </w:p>
        </w:tc>
        <w:tc>
          <w:tcPr>
            <w:tcW w:type="dxa" w:w="768"/>
            <w:vAlign w:val="center"/>
            <w:shd w:val="clear" w:color="auto" w:fill="166534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Q6</w:t>
            </w:r>
          </w:p>
        </w:tc>
        <w:tc>
          <w:tcPr>
            <w:tcW w:type="dxa" w:w="768"/>
            <w:vAlign w:val="center"/>
            <w:shd w:val="clear" w:color="auto" w:fill="166534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Q7</w:t>
            </w:r>
          </w:p>
        </w:tc>
        <w:tc>
          <w:tcPr>
            <w:tcW w:type="dxa" w:w="768"/>
            <w:vAlign w:val="center"/>
            <w:shd w:val="clear" w:color="auto" w:fill="166534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Q8</w:t>
            </w:r>
          </w:p>
        </w:tc>
      </w:tr>
      <w:tr>
        <w:tc>
          <w:tcPr>
            <w:tcW w:type="dxa" w:w="349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Van set-up</w:t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9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Curriculum mapping</w:t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9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School visits</w:t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</w:tr>
      <w:tr>
        <w:tc>
          <w:tcPr>
            <w:tcW w:type="dxa" w:w="349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Teacher training</w:t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</w:tr>
      <w:tr>
        <w:tc>
          <w:tcPr>
            <w:tcW w:type="dxa" w:w="349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Science fair</w:t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9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Evaluation</w:t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</w:tr>
    </w:tbl>
    <w:p>
      <w:pPr>
        <w:spacing w:after="80"/>
      </w:pPr>
    </w:p>
    <w:p>
      <w:pPr>
        <w:pStyle w:val="Heading1"/>
      </w:pPr>
      <w:r>
        <w:t>Team and Governance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4819"/>
      </w:tblGrid>
      <w:tr>
        <w:trPr>
          <w:tblHeader/>
        </w:trPr>
        <w:tc>
          <w:tcPr>
            <w:tcW w:type="dxa" w:w="2409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409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4819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Responsibility</w:t>
            </w:r>
          </w:p>
        </w:tc>
      </w:tr>
      <w:tr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Dr. Arvind Kulkarni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Project head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Overall responsibility</w:t>
            </w:r>
          </w:p>
        </w:tc>
      </w:tr>
      <w:tr>
        <w:tc>
          <w:tcPr>
            <w:tcW w:type="dxa" w:w="2409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Science facilitators (2)</w:t>
            </w:r>
          </w:p>
        </w:tc>
        <w:tc>
          <w:tcPr>
            <w:tcW w:type="dxa" w:w="2409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Facilitators</w:t>
            </w:r>
          </w:p>
        </w:tc>
        <w:tc>
          <w:tcPr>
            <w:tcW w:type="dxa" w:w="4819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Sessions in schools</w:t>
            </w:r>
          </w:p>
        </w:tc>
      </w:tr>
      <w:tr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Driver-cum-lab assistant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Support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Van and equipment</w:t>
            </w:r>
          </w:p>
        </w:tc>
      </w:tr>
      <w:tr>
        <w:tc>
          <w:tcPr>
            <w:tcW w:type="dxa" w:w="2409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Advisory teacher panel</w:t>
            </w:r>
          </w:p>
        </w:tc>
        <w:tc>
          <w:tcPr>
            <w:tcW w:type="dxa" w:w="2409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Advisers</w:t>
            </w:r>
          </w:p>
        </w:tc>
        <w:tc>
          <w:tcPr>
            <w:tcW w:type="dxa" w:w="4819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Curriculum and quality</w:t>
            </w:r>
          </w:p>
        </w:tc>
      </w:tr>
    </w:tbl>
    <w:p>
      <w:pPr>
        <w:spacing w:after="80"/>
      </w:pPr>
    </w:p>
    <w:p>
      <w:pPr>
        <w:pStyle w:val="Heading1"/>
      </w:pPr>
      <w:r>
        <w:t>Budget</w:t>
      </w:r>
    </w:p>
    <w:p>
      <w:r>
        <w:t>All amounts are estimates in Indian rupees and are provided as sample figures for planning.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4985"/>
        <w:gridCol w:w="1994"/>
      </w:tblGrid>
      <w:tr>
        <w:trPr>
          <w:tblHeader/>
        </w:trPr>
        <w:tc>
          <w:tcPr>
            <w:tcW w:type="dxa" w:w="2659"/>
            <w:vAlign w:val="center"/>
            <w:shd w:val="clear" w:color="auto" w:fill="166534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Head</w:t>
            </w:r>
          </w:p>
        </w:tc>
        <w:tc>
          <w:tcPr>
            <w:tcW w:type="dxa" w:w="4985"/>
            <w:vAlign w:val="center"/>
            <w:shd w:val="clear" w:color="auto" w:fill="166534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Details</w:t>
            </w:r>
          </w:p>
        </w:tc>
        <w:tc>
          <w:tcPr>
            <w:tcW w:type="dxa" w:w="1994"/>
            <w:vAlign w:val="center"/>
            <w:shd w:val="clear" w:color="auto" w:fill="166534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Amount (₹)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Van and fit-out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One-time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1,200,000</w:t>
            </w:r>
          </w:p>
        </w:tc>
      </w:tr>
      <w:tr>
        <w:tc>
          <w:tcPr>
            <w:tcW w:type="dxa" w:w="2659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Apparatus and consumables</w:t>
            </w:r>
          </w:p>
        </w:tc>
        <w:tc>
          <w:tcPr>
            <w:tcW w:type="dxa" w:w="4985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Two years</w:t>
            </w:r>
          </w:p>
        </w:tc>
        <w:tc>
          <w:tcPr>
            <w:tcW w:type="dxa" w:w="1994"/>
            <w:vAlign w:val="center"/>
            <w:shd w:val="clear" w:color="auto" w:fill="E8F0EB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450,000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Salaries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Facilitators and assistant, two years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1,680,000</w:t>
            </w:r>
          </w:p>
        </w:tc>
      </w:tr>
      <w:tr>
        <w:tc>
          <w:tcPr>
            <w:tcW w:type="dxa" w:w="2659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Fuel and maintenance</w:t>
            </w:r>
          </w:p>
        </w:tc>
        <w:tc>
          <w:tcPr>
            <w:tcW w:type="dxa" w:w="4985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Two years</w:t>
            </w:r>
          </w:p>
        </w:tc>
        <w:tc>
          <w:tcPr>
            <w:tcW w:type="dxa" w:w="1994"/>
            <w:vAlign w:val="center"/>
            <w:shd w:val="clear" w:color="auto" w:fill="E8F0EB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360,000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Teacher workshops and fair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Events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240,000</w:t>
            </w:r>
          </w:p>
        </w:tc>
      </w:tr>
      <w:tr>
        <w:tc>
          <w:tcPr>
            <w:tcW w:type="dxa" w:w="2659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Monitoring and admin</w:t>
            </w:r>
          </w:p>
        </w:tc>
        <w:tc>
          <w:tcPr>
            <w:tcW w:type="dxa" w:w="4985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Overheads</w:t>
            </w:r>
          </w:p>
        </w:tc>
        <w:tc>
          <w:tcPr>
            <w:tcW w:type="dxa" w:w="1994"/>
            <w:vAlign w:val="center"/>
            <w:shd w:val="clear" w:color="auto" w:fill="E8F0EB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200,000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Total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4,130,000</w:t>
            </w:r>
          </w:p>
        </w:tc>
      </w:tr>
    </w:tbl>
    <w:p>
      <w:pPr>
        <w:spacing w:after="80"/>
      </w:pPr>
    </w:p>
    <w:p>
      <w:pPr>
        <w:pStyle w:val="Heading1"/>
      </w:pPr>
      <w:r>
        <w:t>Monitoring and Evaluation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2065"/>
        <w:gridCol w:w="4131"/>
      </w:tblGrid>
      <w:tr>
        <w:trPr>
          <w:tblHeader/>
        </w:trPr>
        <w:tc>
          <w:tcPr>
            <w:tcW w:type="dxa" w:w="3442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Indicator</w:t>
            </w:r>
          </w:p>
        </w:tc>
        <w:tc>
          <w:tcPr>
            <w:tcW w:type="dxa" w:w="2065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4130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How measured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Sessions conducted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1,600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Visit logs signed by schools</w:t>
            </w:r>
          </w:p>
        </w:tc>
      </w:tr>
      <w:tr>
        <w:tc>
          <w:tcPr>
            <w:tcW w:type="dxa" w:w="3442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Students reached</w:t>
            </w:r>
          </w:p>
        </w:tc>
        <w:tc>
          <w:tcPr>
            <w:tcW w:type="dxa" w:w="2065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8,000</w:t>
            </w:r>
          </w:p>
        </w:tc>
        <w:tc>
          <w:tcPr>
            <w:tcW w:type="dxa" w:w="4130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Attendance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Concept test scores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Improvement over baseline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Pre/post tests</w:t>
            </w:r>
          </w:p>
        </w:tc>
      </w:tr>
      <w:tr>
        <w:tc>
          <w:tcPr>
            <w:tcW w:type="dxa" w:w="3442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Teachers trained</w:t>
            </w:r>
          </w:p>
        </w:tc>
        <w:tc>
          <w:tcPr>
            <w:tcW w:type="dxa" w:w="2065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80</w:t>
            </w:r>
          </w:p>
        </w:tc>
        <w:tc>
          <w:tcPr>
            <w:tcW w:type="dxa" w:w="4130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Workshop records</w:t>
            </w:r>
          </w:p>
        </w:tc>
      </w:tr>
    </w:tbl>
    <w:p>
      <w:pPr>
        <w:spacing w:after="80"/>
      </w:pPr>
    </w:p>
    <w:p>
      <w:pPr>
        <w:pStyle w:val="Heading1"/>
      </w:pPr>
      <w:r>
        <w:t>Risks and Mitigation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23"/>
        <w:gridCol w:w="1661"/>
        <w:gridCol w:w="4653"/>
      </w:tblGrid>
      <w:tr>
        <w:trPr>
          <w:tblHeader/>
        </w:trPr>
        <w:tc>
          <w:tcPr>
            <w:tcW w:type="dxa" w:w="3323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Risk</w:t>
            </w:r>
          </w:p>
        </w:tc>
        <w:tc>
          <w:tcPr>
            <w:tcW w:type="dxa" w:w="1662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Likelihood</w:t>
            </w:r>
          </w:p>
        </w:tc>
        <w:tc>
          <w:tcPr>
            <w:tcW w:type="dxa" w:w="4653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Mitigation</w:t>
            </w:r>
          </w:p>
        </w:tc>
      </w:tr>
      <w:tr>
        <w:tc>
          <w:tcPr>
            <w:tcW w:type="dxa" w:w="33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Van breakdown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  <w:tc>
          <w:tcPr>
            <w:tcW w:type="dxa" w:w="46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Maintenance contract and backup schedule</w:t>
            </w:r>
          </w:p>
        </w:tc>
      </w:tr>
      <w:tr>
        <w:tc>
          <w:tcPr>
            <w:tcW w:type="dxa" w:w="3323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School calendar changes</w:t>
            </w:r>
          </w:p>
        </w:tc>
        <w:tc>
          <w:tcPr>
            <w:tcW w:type="dxa" w:w="1662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  <w:tc>
          <w:tcPr>
            <w:tcW w:type="dxa" w:w="4653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Advance timetable with education office</w:t>
            </w:r>
          </w:p>
        </w:tc>
      </w:tr>
      <w:tr>
        <w:tc>
          <w:tcPr>
            <w:tcW w:type="dxa" w:w="33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Breakage of apparatus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  <w:tc>
          <w:tcPr>
            <w:tcW w:type="dxa" w:w="46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Spare kits and consumable budget</w:t>
            </w:r>
          </w:p>
        </w:tc>
      </w:tr>
    </w:tbl>
    <w:p>
      <w:pPr>
        <w:spacing w:after="80"/>
      </w:pPr>
    </w:p>
    <w:p>
      <w:pPr>
        <w:pStyle w:val="Heading1"/>
      </w:pPr>
      <w:r>
        <w:t>Sustainability</w:t>
      </w:r>
    </w:p>
    <w:p>
      <w:pPr>
        <w:jc w:val="both"/>
      </w:pPr>
      <w:r>
        <w:t>After two years, the trust will seek support from the district administration and local businesses to continue operations, and trained teachers will carry activities forward.</w:t>
      </w:r>
    </w:p>
    <w:p>
      <w:pPr>
        <w:pStyle w:val="Heading1"/>
      </w:pPr>
      <w:r>
        <w:t>Conclusion</w:t>
      </w:r>
    </w:p>
    <w:p>
      <w:pPr>
        <w:jc w:val="both"/>
      </w:pPr>
      <w:r>
        <w:t>A mobile science lab is a cost-effective way to make science practical and exciting for thousands of students.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F0EB"/>
            <w:tcBorders>
              <w:left w:val="single" w:sz="36" w:space="0" w:color="166534"/>
            </w:tcBorders>
          </w:tcPr>
          <w:p>
            <w:pPr>
              <w:spacing w:after="60"/>
            </w:pPr>
            <w:r>
              <w:rPr>
                <w:b/>
                <w:color w:val="166534"/>
              </w:rPr>
              <w:t>Next step</w:t>
            </w:r>
          </w:p>
          <w:p>
            <w:pPr>
              <w:spacing w:after="0"/>
            </w:pPr>
            <w:r>
              <w:t>Approve a two-year grant of ₹41.3 lakh to launch the mobile science lab in the coming academic year.</w:t>
            </w:r>
          </w:p>
        </w:tc>
      </w:tr>
    </w:tbl>
    <w:p>
      <w:pPr>
        <w:spacing w:after="40"/>
      </w:pP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Dr. Arvind Kulkarni</w:t>
            </w:r>
          </w:p>
          <w:p>
            <w:pPr>
              <w:jc w:val="center"/>
            </w:pPr>
            <w:r>
              <w:rPr>
                <w:color w:val="6F7581"/>
                <w:sz w:val="19"/>
              </w:rPr>
              <w:t>Submitted by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</w:r>
          </w:p>
          <w:p>
            <w:pPr>
              <w:jc w:val="center"/>
            </w:pPr>
            <w:r>
              <w:rPr>
                <w:color w:val="6F7581"/>
                <w:sz w:val="19"/>
              </w:rPr>
              <w:t>Approved by (name, designation)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F7581"/>
        <w:sz w:val="18"/>
      </w:rPr>
      <w:t xml:space="preserve">Page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  <w:r>
      <w:rPr>
        <w:color w:val="6F7581"/>
        <w:sz w:val="18"/>
      </w:rPr>
      <w:t xml:space="preserve"> of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NUMPAGES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CCED2"/>
      </w:pBdr>
    </w:pPr>
    <w:r/>
    <w:r>
      <w:rPr>
        <w:caps/>
        <w:color w:val="6F7581"/>
        <w:sz w:val="17"/>
      </w:rPr>
      <w:t>Jigyasa Education Trust · Grant Proposal</w:t>
    </w:r>
    <w:r>
      <w:rPr>
        <w:color w:val="6F7581"/>
        <w:sz w:val="17"/>
      </w:rPr>
      <w:tab/>
      <w:t>Mobile Science Lab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IBM Plex Sans" w:hAnsi="IBM Plex Sans" w:cs="IBM Plex Sans" w:eastAsia="IBM Plex Sans"/>
      <w:color w:val="172033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top w:val="single" w:sz="18" w:space="10" w:color="172033"/>
      </w:pBdr>
    </w:pPr>
    <w:rPr>
      <w:rFonts w:ascii="Space Grotesk" w:hAnsi="Space Grotesk" w:cs="Space Grotesk" w:eastAsia="Space Grotesk"/>
      <w:b/>
      <w:bCs/>
      <w:i w:val="0"/>
      <w:color w:val="172033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Space Grotesk" w:hAnsi="Space Grotesk" w:cs="Space Grotesk" w:eastAsia="Space Grotesk"/>
      <w:b/>
      <w:bCs/>
      <w:i w:val="0"/>
      <w:color w:val="172033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Space Grotesk" w:hAnsi="Space Grotesk" w:cs="Space Grotesk" w:eastAsia="Space Grotesk"/>
      <w:b/>
      <w:bCs/>
      <w:i w:val="0"/>
      <w:color w:val="17203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Space Grotesk" w:hAnsi="Space Grotesk" w:cs="Space Grotesk" w:eastAsia="Space Grotesk"/>
      <w:b/>
      <w:color w:val="172033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IBM Plex Sans" w:hAnsi="IBM Plex Sans" w:cs="IBM Plex Sans" w:eastAsia="IBM Plex Sans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Space Grotesk" w:hAnsi="Space Grotesk" w:cs="Space Grotesk" w:eastAsia="Space Grotesk"/>
      <w:i w:val="0"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IBM Plex Sans" w:hAnsi="IBM Plex Sans" w:cs="IBM Plex Sans" w:eastAsia="IBM Plex Sans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Space Grotesk" w:hAnsi="Space Grotesk" w:cs="Space Grotesk" w:eastAsia="Space Grotesk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IBM Plex Sans" w:hAnsi="IBM Plex Sans" w:cs="IBM Plex Sans" w:eastAsia="IBM Plex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