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Riya Agarwal</w:t>
      </w:r>
    </w:p>
    <w:p>
      <w:pPr>
        <w:pStyle w:val="Role"/>
      </w:pPr>
      <w:r>
        <w:t>B.Tech. Computer Science (2026) · Aspiring Data Scientist</w:t>
      </w:r>
    </w:p>
    <w:p>
      <w:pPr>
        <w:pStyle w:val="Contact"/>
      </w:pPr>
      <w:r>
        <w:t>Indore, India</w:t>
      </w:r>
      <w:r>
        <w:rPr>
          <w:color w:val="7B2D26"/>
        </w:rPr>
        <w:t xml:space="preserve">   |   </w:t>
      </w:r>
      <w:r>
        <w:t>+91 94250 67890</w:t>
      </w:r>
      <w:r>
        <w:rPr>
          <w:color w:val="7B2D26"/>
        </w:rPr>
        <w:t xml:space="preserve">   |   </w:t>
      </w:r>
      <w:r>
        <w:t>riya.agarwal@email.com</w:t>
      </w:r>
      <w:r>
        <w:rPr>
          <w:color w:val="7B2D26"/>
        </w:rPr>
        <w:t xml:space="preserve">   |   </w:t>
      </w:r>
      <w:r>
        <w:t>github.com/riyaagarwal</w:t>
      </w:r>
    </w:p>
    <w:p>
      <w:pPr>
        <w:pStyle w:val="SectionHeading"/>
        <w:pBdr>
          <w:bottom w:val="single" w:sz="4" w:space="2" w:color="7B2D26"/>
        </w:pBdr>
      </w:pPr>
      <w:r>
        <w:t>Career Objective</w:t>
      </w:r>
    </w:p>
    <w:p>
      <w:pPr>
        <w:pStyle w:val="Summary"/>
      </w:pPr>
      <w:r>
        <w:t>Final-year B.Tech. student in Computer Science with a strong base in machine learning and data analysis. Built four end-to-end projects and completed two internships. Looking for a graduate role as a data scientist or ML engineer.</w:t>
      </w:r>
    </w:p>
    <w:p>
      <w:pPr>
        <w:pStyle w:val="SectionHeading"/>
        <w:pBdr>
          <w:bottom w:val="single" w:sz="4" w:space="2" w:color="7B2D26"/>
        </w:pBdr>
      </w:pPr>
      <w:r>
        <w:t>Education</w:t>
      </w:r>
    </w:p>
    <w:p>
      <w:pPr>
        <w:pStyle w:val="EntryTitle"/>
        <w:tabs>
          <w:tab w:pos="9411" w:val="right"/>
        </w:tabs>
      </w:pPr>
      <w:r>
        <w:t>B.Tech., Computer Science and Engineering</w:t>
      </w:r>
      <w:r>
        <w:tab/>
      </w:r>
      <w:r>
        <w:rPr>
          <w:b w:val="0"/>
          <w:i w:val="0"/>
          <w:color w:val="555555"/>
        </w:rPr>
        <w:t>2022 – 2026</w:t>
      </w:r>
    </w:p>
    <w:p>
      <w:pPr>
        <w:pStyle w:val="EntryMeta"/>
      </w:pPr>
      <w:r>
        <w:t>Malwa Institute of Technology, Indore</w:t>
      </w:r>
    </w:p>
    <w:p>
      <w:pPr>
        <w:pStyle w:val="BodyText"/>
      </w:pPr>
      <w:r>
        <w:t>CGPA 8.74 / 10 (till 7th semester); Department rank 3</w:t>
      </w:r>
    </w:p>
    <w:p>
      <w:pPr>
        <w:pStyle w:val="EntryTitle"/>
        <w:tabs>
          <w:tab w:pos="9411" w:val="right"/>
        </w:tabs>
      </w:pPr>
      <w:r>
        <w:t>Class XII (CBSE) — PCM</w:t>
      </w:r>
      <w:r>
        <w:tab/>
      </w:r>
      <w:r>
        <w:rPr>
          <w:b w:val="0"/>
          <w:i w:val="0"/>
          <w:color w:val="555555"/>
        </w:rPr>
        <w:t>2022</w:t>
      </w:r>
    </w:p>
    <w:p>
      <w:pPr>
        <w:pStyle w:val="EntryMeta"/>
      </w:pPr>
      <w:r>
        <w:t>Sunrise Public School, Indore</w:t>
      </w:r>
    </w:p>
    <w:p>
      <w:pPr>
        <w:pStyle w:val="BodyText"/>
      </w:pPr>
      <w:r>
        <w:t>94.2%</w:t>
      </w:r>
    </w:p>
    <w:p>
      <w:pPr>
        <w:pStyle w:val="EntryTitle"/>
        <w:tabs>
          <w:tab w:pos="9411" w:val="right"/>
        </w:tabs>
      </w:pPr>
      <w:r>
        <w:t>Class X (CBSE)</w:t>
      </w:r>
      <w:r>
        <w:tab/>
      </w:r>
      <w:r>
        <w:rPr>
          <w:b w:val="0"/>
          <w:i w:val="0"/>
          <w:color w:val="555555"/>
        </w:rPr>
        <w:t>2020</w:t>
      </w:r>
    </w:p>
    <w:p>
      <w:pPr>
        <w:pStyle w:val="EntryMeta"/>
      </w:pPr>
      <w:r>
        <w:t>Sunrise Public School, Indore</w:t>
      </w:r>
    </w:p>
    <w:p>
      <w:pPr>
        <w:pStyle w:val="BodyText"/>
      </w:pPr>
      <w:r>
        <w:t>96.4%</w:t>
      </w:r>
    </w:p>
    <w:p>
      <w:pPr>
        <w:pStyle w:val="SectionHeading"/>
        <w:pBdr>
          <w:bottom w:val="single" w:sz="4" w:space="2" w:color="7B2D26"/>
        </w:pBdr>
      </w:pPr>
      <w:r>
        <w:t>Internships</w:t>
      </w:r>
    </w:p>
    <w:p>
      <w:pPr>
        <w:pStyle w:val="EntryTitle"/>
        <w:tabs>
          <w:tab w:pos="9411" w:val="right"/>
        </w:tabs>
      </w:pPr>
      <w:r>
        <w:t>Data Science Intern</w:t>
      </w:r>
      <w:r>
        <w:tab/>
      </w:r>
      <w:r>
        <w:rPr>
          <w:b w:val="0"/>
          <w:i w:val="0"/>
          <w:color w:val="555555"/>
        </w:rPr>
        <w:t>May – Jul 2025</w:t>
      </w:r>
    </w:p>
    <w:p>
      <w:pPr>
        <w:pStyle w:val="EntryMeta"/>
      </w:pPr>
      <w:r>
        <w:t>Northwind Analytics, Bengaluru (remote)</w:t>
      </w:r>
    </w:p>
    <w:p>
      <w:pPr>
        <w:pStyle w:val="ResumeBullet"/>
      </w:pPr>
      <w:r>
        <w:t>Built a churn model (XGBoost) on 2 lakh customer records; AUC 0.87, now used in monthly reviews.</w:t>
      </w:r>
    </w:p>
    <w:p>
      <w:pPr>
        <w:pStyle w:val="ResumeBullet"/>
      </w:pPr>
      <w:r>
        <w:t>Automated a weekly sales report in Python, saving the team 6 hours a week.</w:t>
      </w:r>
    </w:p>
    <w:p>
      <w:pPr>
        <w:pStyle w:val="EntryTitle"/>
        <w:tabs>
          <w:tab w:pos="9411" w:val="right"/>
        </w:tabs>
      </w:pPr>
      <w:r>
        <w:t>Research Intern</w:t>
      </w:r>
      <w:r>
        <w:tab/>
      </w:r>
      <w:r>
        <w:rPr>
          <w:b w:val="0"/>
          <w:i w:val="0"/>
          <w:color w:val="555555"/>
        </w:rPr>
        <w:t>Jun – Jul 2024</w:t>
      </w:r>
    </w:p>
    <w:p>
      <w:pPr>
        <w:pStyle w:val="EntryMeta"/>
      </w:pPr>
      <w:r>
        <w:t>Westbridge Institute of Science (summer programme)</w:t>
      </w:r>
    </w:p>
    <w:p>
      <w:pPr>
        <w:pStyle w:val="ResumeBullet"/>
      </w:pPr>
      <w:r>
        <w:t>Compared text classifiers for Hindi news headlines; co-authored a workshop paper.</w:t>
      </w:r>
    </w:p>
    <w:p>
      <w:pPr>
        <w:pStyle w:val="SectionHeading"/>
        <w:pBdr>
          <w:bottom w:val="single" w:sz="4" w:space="2" w:color="7B2D26"/>
        </w:pBdr>
      </w:pPr>
      <w:r>
        <w:t>Academic Projects</w:t>
      </w:r>
    </w:p>
    <w:p>
      <w:pPr>
        <w:pStyle w:val="EntryTitle"/>
        <w:tabs>
          <w:tab w:pos="9411" w:val="right"/>
        </w:tabs>
      </w:pPr>
      <w:r>
        <w:t>Crop-price forecaster</w:t>
      </w:r>
      <w:r>
        <w:tab/>
      </w:r>
      <w:r>
        <w:rPr>
          <w:b w:val="0"/>
          <w:i w:val="0"/>
          <w:color w:val="555555"/>
        </w:rPr>
        <w:t>2025 – 2026</w:t>
      </w:r>
    </w:p>
    <w:p>
      <w:pPr>
        <w:pStyle w:val="EntryMeta"/>
      </w:pPr>
      <w:r>
        <w:t>Final-year project · Python, Prophet, Streamlit</w:t>
      </w:r>
    </w:p>
    <w:p>
      <w:pPr>
        <w:pStyle w:val="ResumeBullet"/>
      </w:pPr>
      <w:r>
        <w:t>Forecasts weekly mandi prices for 12 crops with 8% mean error; deployed as a web app.</w:t>
      </w:r>
    </w:p>
    <w:p>
      <w:pPr>
        <w:pStyle w:val="EntryTitle"/>
        <w:tabs>
          <w:tab w:pos="9411" w:val="right"/>
        </w:tabs>
      </w:pPr>
      <w:r>
        <w:t>Sign-language alphabet recogniser</w:t>
      </w:r>
      <w:r>
        <w:tab/>
      </w:r>
      <w:r>
        <w:rPr>
          <w:b w:val="0"/>
          <w:i w:val="0"/>
          <w:color w:val="555555"/>
        </w:rPr>
        <w:t>2024</w:t>
      </w:r>
    </w:p>
    <w:p>
      <w:pPr>
        <w:pStyle w:val="EntryMeta"/>
      </w:pPr>
      <w:r>
        <w:t>Mini project · PyTorch, OpenCV</w:t>
      </w:r>
    </w:p>
    <w:p>
      <w:pPr>
        <w:pStyle w:val="ResumeBullet"/>
      </w:pPr>
      <w:r>
        <w:t>CNN recognises 26 hand signs at 95% accuracy from a laptop webcam.</w:t>
      </w:r>
    </w:p>
    <w:p>
      <w:pPr>
        <w:pStyle w:val="EntryTitle"/>
        <w:tabs>
          <w:tab w:pos="9411" w:val="right"/>
        </w:tabs>
      </w:pPr>
      <w:r>
        <w:t>Campus lost-and-found app</w:t>
      </w:r>
      <w:r>
        <w:tab/>
      </w:r>
      <w:r>
        <w:rPr>
          <w:b w:val="0"/>
          <w:i w:val="0"/>
          <w:color w:val="555555"/>
        </w:rPr>
        <w:t>2023</w:t>
      </w:r>
    </w:p>
    <w:p>
      <w:pPr>
        <w:pStyle w:val="EntryMeta"/>
      </w:pPr>
      <w:r>
        <w:t>Team of 3 · React, Firebase</w:t>
      </w:r>
    </w:p>
    <w:p>
      <w:pPr>
        <w:pStyle w:val="ResumeBullet"/>
      </w:pPr>
      <w:r>
        <w:t>Used by 1,200 students; won 2nd prize at the college hackathon.</w:t>
      </w:r>
    </w:p>
    <w:p>
      <w:pPr>
        <w:pStyle w:val="SectionHeading"/>
        <w:pBdr>
          <w:bottom w:val="single" w:sz="4" w:space="2" w:color="7B2D26"/>
        </w:pBdr>
      </w:pPr>
      <w:r>
        <w:t>Publications</w:t>
      </w:r>
    </w:p>
    <w:p>
      <w:pPr>
        <w:pStyle w:val="Citation"/>
      </w:pPr>
      <w:r>
        <w:rPr>
          <w:b/>
          <w:bCs/>
        </w:rPr>
        <w:t>Agarwal, R.</w:t>
      </w:r>
      <w:r>
        <w:t xml:space="preserve">, Rao, S., &amp; Menon, V. (2024). Comparing lightweight classifiers for Hindi news headlines. </w:t>
      </w:r>
      <w:r>
        <w:rPr>
          <w:i/>
        </w:rPr>
        <w:t>Proceedings of the Student Workshop on Indian Language Computing</w:t>
      </w:r>
      <w:r>
        <w:t>, pp. 41–46.</w:t>
      </w:r>
    </w:p>
    <w:p>
      <w:pPr>
        <w:pStyle w:val="SectionHeading"/>
        <w:pBdr>
          <w:bottom w:val="single" w:sz="4" w:space="2" w:color="7B2D26"/>
        </w:pBdr>
      </w:pPr>
      <w:r>
        <w:t>Certifications</w:t>
      </w:r>
    </w:p>
    <w:p>
      <w:pPr>
        <w:pStyle w:val="ResumeBullet"/>
      </w:pPr>
      <w:r>
        <w:t>Machine Learning Specialisation (online, 2024)</w:t>
      </w:r>
    </w:p>
    <w:p>
      <w:pPr>
        <w:pStyle w:val="ResumeBullet"/>
      </w:pPr>
      <w:r>
        <w:t>SQL for Data Analysis (online, 2023)</w:t>
      </w:r>
    </w:p>
    <w:p>
      <w:pPr>
        <w:pStyle w:val="ResumeBullet"/>
      </w:pPr>
      <w:r>
        <w:t>NPTEL: Data Structures and Algorithms in Python — Elite (2023)</w:t>
      </w:r>
    </w:p>
    <w:p>
      <w:pPr>
        <w:pStyle w:val="SectionHeading"/>
        <w:pBdr>
          <w:bottom w:val="single" w:sz="4" w:space="2" w:color="7B2D26"/>
        </w:pBdr>
      </w:pPr>
      <w:r>
        <w:t>Awards &amp; Achievements</w:t>
      </w:r>
    </w:p>
    <w:p>
      <w:pPr>
        <w:pStyle w:val="ResumeBullet"/>
      </w:pPr>
      <w:r>
        <w:t>2nd prize, inter-college hackathon "CodeUtsav" (2023)</w:t>
      </w:r>
    </w:p>
    <w:p>
      <w:pPr>
        <w:pStyle w:val="ResumeBullet"/>
      </w:pPr>
      <w:r>
        <w:t>Merit scholarship for top 5% of the batch (2023, 2024)</w:t>
      </w:r>
    </w:p>
    <w:p>
      <w:pPr>
        <w:pStyle w:val="ResumeBullet"/>
      </w:pPr>
      <w:r>
        <w:t>Finalist, state-level data science challenge (2025)</w:t>
      </w:r>
    </w:p>
    <w:p>
      <w:pPr>
        <w:pStyle w:val="SectionHeading"/>
        <w:pBdr>
          <w:bottom w:val="single" w:sz="4" w:space="2" w:color="7B2D26"/>
        </w:pBdr>
      </w:pPr>
      <w:r>
        <w:t>Positions of Responsibility &amp; Activities</w:t>
      </w:r>
    </w:p>
    <w:p>
      <w:pPr>
        <w:pStyle w:val="ResumeBullet"/>
      </w:pPr>
      <w:r>
        <w:t>Technical Head, Coding Club (2024–25): organised 8 workshops and a 24-hour hackathon for 300 students</w:t>
      </w:r>
    </w:p>
    <w:p>
      <w:pPr>
        <w:pStyle w:val="ResumeBullet"/>
      </w:pPr>
      <w:r>
        <w:t>Volunteer teacher, weekend maths classes for Class 8 students at a local NGO (2023–present)</w:t>
      </w:r>
    </w:p>
    <w:p>
      <w:pPr>
        <w:pStyle w:val="ResumeBullet"/>
      </w:pPr>
      <w:r>
        <w:t>Member, college basketball team; inter-college runners-up (2024)</w:t>
      </w:r>
    </w:p>
    <w:p>
      <w:pPr>
        <w:pStyle w:val="SectionHeading"/>
        <w:pBdr>
          <w:bottom w:val="single" w:sz="4" w:space="2" w:color="7B2D26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Programming: </w:t>
      </w:r>
      <w:r>
        <w:t>Python, C++, SQL, JavaScript</w:t>
      </w:r>
    </w:p>
    <w:p>
      <w:pPr>
        <w:pStyle w:val="BodyText"/>
      </w:pPr>
      <w:r>
        <w:rPr>
          <w:b/>
          <w:bCs/>
        </w:rPr>
        <w:t xml:space="preserve">ML &amp; Data: </w:t>
      </w:r>
      <w:r>
        <w:t>scikit-learn, PyTorch, pandas, NumPy, Power BI</w:t>
      </w:r>
    </w:p>
    <w:p>
      <w:pPr>
        <w:pStyle w:val="BodyText"/>
      </w:pPr>
      <w:r>
        <w:rPr>
          <w:b/>
          <w:bCs/>
        </w:rPr>
        <w:t xml:space="preserve">Tools: </w:t>
      </w:r>
      <w:r>
        <w:t>Git, Jupyter, Streamlit, Linux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 (native)</w:t>
      </w:r>
    </w:p>
    <w:p>
      <w:pPr>
        <w:pStyle w:val="SectionHeading"/>
        <w:pBdr>
          <w:bottom w:val="single" w:sz="4" w:space="2" w:color="7B2D26"/>
        </w:pBdr>
      </w:pPr>
      <w:r>
        <w:t>Interests &amp; Hobbies</w:t>
      </w:r>
    </w:p>
    <w:p>
      <w:pPr>
        <w:pStyle w:val="BodyText"/>
      </w:pPr>
      <w:r>
        <w:t>Basketball, sketching, and writing a blog on beginner-friendly data projects.</w:t>
      </w:r>
    </w:p>
    <w:p>
      <w:pPr>
        <w:pStyle w:val="SectionHeading"/>
        <w:pBdr>
          <w:bottom w:val="single" w:sz="4" w:space="2" w:color="7B2D26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Dr. S. Kulkarni</w:t>
      </w:r>
    </w:p>
    <w:p>
      <w:pPr>
        <w:pStyle w:val="BodyText"/>
        <w:keepNext/>
        <w:spacing w:after="0"/>
      </w:pPr>
      <w:r>
        <w:t>Professor &amp; Head, Dept. of CSE, Malwa Institute of Technology</w:t>
      </w:r>
    </w:p>
    <w:p>
      <w:pPr>
        <w:pStyle w:val="BodyText"/>
        <w:spacing w:after="100"/>
      </w:pPr>
      <w:r>
        <w:t>s.kulkarni@college.edu</w:t>
      </w:r>
    </w:p>
    <w:p>
      <w:pPr>
        <w:pStyle w:val="BodyText"/>
        <w:keepNext/>
        <w:spacing w:after="0"/>
      </w:pPr>
      <w:r>
        <w:rPr>
          <w:b/>
          <w:bCs/>
        </w:rPr>
        <w:t>Mr. A. Nair</w:t>
      </w:r>
    </w:p>
    <w:p>
      <w:pPr>
        <w:pStyle w:val="BodyText"/>
        <w:keepNext/>
        <w:spacing w:after="0"/>
      </w:pPr>
      <w:r>
        <w:t>Lead Data Scientist, Northwind Analytics</w:t>
      </w:r>
    </w:p>
    <w:p>
      <w:pPr>
        <w:pStyle w:val="BodyText"/>
        <w:spacing w:after="100"/>
      </w:pPr>
      <w:r>
        <w:t>a.nair@company.example</w:t>
      </w:r>
    </w:p>
    <w:p>
      <w:pPr>
        <w:pStyle w:val="SectionHeading"/>
        <w:pBdr>
          <w:bottom w:val="single" w:sz="4" w:space="2" w:color="7B2D26"/>
        </w:pBdr>
      </w:pPr>
      <w:r>
        <w:t>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411" w:val="right"/>
        </w:tabs>
        <w:spacing w:before="360"/>
      </w:pPr>
      <w:r>
        <w:t>Place: Indore</w:t>
      </w:r>
      <w:r>
        <w:tab/>
      </w:r>
      <w:r>
        <w:t>(Signature)</w:t>
      </w:r>
    </w:p>
    <w:p>
      <w:pPr>
        <w:pStyle w:val="BodyText"/>
        <w:tabs>
          <w:tab w:pos="9411" w:val="right"/>
        </w:tabs>
      </w:pPr>
      <w:r>
        <w:t>Date: ____________</w:t>
      </w:r>
      <w:r>
        <w:tab/>
      </w:r>
      <w:r>
        <w:rPr>
          <w:b/>
          <w:bCs/>
        </w:rPr>
        <w:t>Riya Agarwal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91" w:right="1247" w:bottom="1077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re Baskerville" w:hAnsi="Libre Baskerville" w:eastAsia="Libre Baskerville" w:cs="Libre Baskerville"/>
        <w:color w:val="888888"/>
        <w:sz w:val="16"/>
        <w:szCs w:val="16"/>
      </w:rPr>
      <w:t xml:space="preserve">Page 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begin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instrText xml:space="preserve"> PAGE </w:instrTex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separate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t>1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end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t xml:space="preserve"> of 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begin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instrText xml:space="preserve"> NUMPAGES </w:instrTex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separate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t>1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re Baskerville" w:hAnsi="Libre Baskerville" w:eastAsia="Libre Baskerville" w:cs="Libre Baskerville"/>
        <w:color w:val="888888"/>
        <w:sz w:val="16"/>
        <w:szCs w:val="16"/>
      </w:rPr>
      <w:t xml:space="preserve">Page 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begin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instrText xml:space="preserve"> PAGE </w:instrTex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separate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t>1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end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t xml:space="preserve"> of 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begin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instrText xml:space="preserve"> NUMPAGES </w:instrTex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separate"/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t>1</w:t>
    </w:r>
    <w:r>
      <w:rPr>
        <w:rFonts w:ascii="Libre Baskerville" w:hAnsi="Libre Baskerville" w:eastAsia="Libre Baskerville" w:cs="Libre Baskerville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Riya Agarwal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83" w:hanging="227"/>
      </w:pPr>
      <w:rPr>
        <w:rFonts w:ascii="Arial" w:hAnsi="Arial" w:cs="Arial" w:hint="default"/>
        <w:color w:val="7B2D2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re Baskerville" w:hAnsi="Libre Baskerville" w:eastAsia="Libre Baskerville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Libre Baskerville" w:hAnsi="Libre Baskerville" w:eastAsia="Libre Baskerville" w:cs="Tiro Devanagari Hindi"/>
      <w:color w:val="1C1C1C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ibre Baskerville" w:hAnsi="Libre Baskerville" w:eastAsia="Libre Baskerville" w:cs="Tiro Devanagari Hindi"/>
      <w:b w:val="0"/>
      <w:i w:val="0"/>
      <w:caps w:val="0"/>
      <w:smallCaps w:val="0"/>
      <w:color w:val="1C1C1C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Libre Baskerville" w:hAnsi="Libre Baskerville" w:eastAsia="Libre Baskerville" w:cs="Tiro Devanagari Hindi"/>
      <w:b/>
      <w:bCs/>
      <w:i w:val="0"/>
      <w:caps w:val="0"/>
      <w:smallCaps w:val="0"/>
      <w:color w:val="1C1C1C"/>
      <w:sz w:val="50"/>
      <w:szCs w:val="50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ibre Baskerville" w:hAnsi="Libre Baskerville" w:eastAsia="Libre Baskerville" w:cs="Tiro Devanagari Hindi"/>
      <w:b w:val="0"/>
      <w:i w:val="0"/>
      <w:caps w:val="0"/>
      <w:smallCaps w:val="0"/>
      <w:color w:val="1C1C1C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ibre Baskerville" w:hAnsi="Libre Baskerville" w:eastAsia="Libre Baskerville" w:cs="Tiro Devanagari Hindi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ibre Baskerville" w:hAnsi="Libre Baskerville" w:eastAsia="Libre Baskerville" w:cs="Tiro Devanagari Hindi"/>
      <w:b/>
      <w:bCs/>
      <w:i w:val="0"/>
      <w:caps w:val="0"/>
      <w:smallCaps/>
      <w:color w:val="7B2D26"/>
      <w:spacing w:val="20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ibre Baskerville" w:hAnsi="Libre Baskerville" w:eastAsia="Libre Baskerville" w:cs="Tiro Devanagari Hindi"/>
      <w:b w:val="0"/>
      <w:i w:val="0"/>
      <w:caps w:val="0"/>
      <w:smallCaps w:val="0"/>
      <w:color w:val="1C1C1C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ibre Baskerville" w:hAnsi="Libre Baskerville" w:eastAsia="Libre Baskerville" w:cs="Tiro Devanagari Hindi"/>
      <w:b/>
      <w:bCs/>
      <w:i w:val="0"/>
      <w:caps w:val="0"/>
      <w:smallCaps w:val="0"/>
      <w:color w:val="1C1C1C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ibre Baskerville" w:hAnsi="Libre Baskerville" w:eastAsia="Libre Baskerville" w:cs="Tiro Devanagari Hindi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ibre Baskerville" w:hAnsi="Libre Baskerville" w:eastAsia="Libre Baskerville" w:cs="Tiro Devanagari Hindi"/>
      <w:b w:val="0"/>
      <w:i w:val="0"/>
      <w:caps w:val="0"/>
      <w:smallCaps w:val="0"/>
      <w:color w:val="1C1C1C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ibre Baskerville" w:hAnsi="Libre Baskerville" w:eastAsia="Libre Baskerville" w:cs="Tiro Devanagari Hindi"/>
      <w:b w:val="0"/>
      <w:i w:val="0"/>
      <w:caps w:val="0"/>
      <w:smallCaps w:val="0"/>
      <w:color w:val="1C1C1C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Baskerville Small Caps — Fresher (B.Tech.)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