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spacing w:after="160"/>
      </w:pPr>
      <w:r>
        <w:rPr>
          <w:color w:val="B8860B"/>
          <w:sz w:val="27"/>
          <w:szCs w:val="27"/>
        </w:rPr>
        <w:t>॥ श्री गणेशाय नमः ॥</w:t>
      </w:r>
    </w:p>
    <w:p>
      <w:pPr>
        <w:pStyle w:val="Contact"/>
        <w:spacing w:after="120"/>
      </w:pPr>
      <w:r>
        <w:rPr>
          <w:b/>
          <w:color w:val="B8860B"/>
          <w:sz w:val="24"/>
          <w:szCs w:val="24"/>
          <w:bCs/>
        </w:rPr>
        <w:t>B I O D A T A</w:t>
      </w:r>
    </w:p>
    <w:p>
      <w:pPr>
        <w:pStyle w:val="Name"/>
      </w:pPr>
      <w:r>
        <w:t>Ananya Sharma</w:t>
      </w:r>
    </w:p>
    <w:p>
      <w:pPr>
        <w:pStyle w:val="Contact"/>
        <w:spacing w:after="80"/>
      </w:pPr>
      <w:r>
        <w:rPr>
          <w:rFonts w:ascii="Segoe UI Symbol" w:hAnsi="Segoe UI Symbol" w:eastAsia="Segoe UI Symbol" w:cs="Segoe UI Symbol"/>
          <w:color w:val="B8860B"/>
          <w:sz w:val="33"/>
          <w:szCs w:val="33"/>
        </w:rPr>
        <w:t>❦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About Me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Summary"/>
      </w:pPr>
      <w:r>
        <w:t>A warm, family-oriented and ambitious software engineer who values honesty, kindness and growth. I enjoy music, travel and cooking for family, and I am looking for a caring, educated partner with similar values.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Personal Details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Full name</w:t>
      </w:r>
      <w:r>
        <w:tab/>
      </w:r>
      <w:r>
        <w:t>:  Ananya Sharma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18 February 1998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Time of birth</w:t>
      </w:r>
      <w:r>
        <w:tab/>
      </w:r>
      <w:r>
        <w:t>:  06:45 AM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Place of birth</w:t>
      </w:r>
      <w:r>
        <w:tab/>
      </w:r>
      <w:r>
        <w:t>:  Jaipur, Rajasthan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Height</w:t>
      </w:r>
      <w:r>
        <w:tab/>
      </w:r>
      <w:r>
        <w:t>:  5 ft 4 in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Complexion</w:t>
      </w:r>
      <w:r>
        <w:tab/>
      </w:r>
      <w:r>
        <w:t>:  Fair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Religion / Caste</w:t>
      </w:r>
      <w:r>
        <w:tab/>
      </w:r>
      <w:r>
        <w:t>:  Hindu, Brahmin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Gotra</w:t>
      </w:r>
      <w:r>
        <w:tab/>
      </w:r>
      <w:r>
        <w:t>:  Bharadwaj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Diet</w:t>
      </w:r>
      <w:r>
        <w:tab/>
      </w:r>
      <w:r>
        <w:t>:  Vegetarian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Marital status</w:t>
      </w:r>
      <w:r>
        <w:tab/>
      </w:r>
      <w:r>
        <w:t>:  Never married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Horoscope Details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Rashi (Moon sign)</w:t>
      </w:r>
      <w:r>
        <w:tab/>
      </w:r>
      <w:r>
        <w:t>:  Kumbh (Aquarius)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Nakshatra</w:t>
      </w:r>
      <w:r>
        <w:tab/>
      </w:r>
      <w:r>
        <w:t>:  Shatabhisha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Manglik</w:t>
      </w:r>
      <w:r>
        <w:tab/>
      </w:r>
      <w:r>
        <w:t>:  No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Kundali</w:t>
      </w:r>
      <w:r>
        <w:tab/>
      </w:r>
      <w:r>
        <w:t>:  Available on request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Educational Qualifications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EntryTitle"/>
        <w:tabs>
          <w:tab w:pos="8957" w:val="right"/>
        </w:tabs>
      </w:pPr>
      <w:r>
        <w:t>M.Tech., Computer Science</w:t>
      </w:r>
      <w:r>
        <w:tab/>
      </w:r>
      <w:r>
        <w:rPr>
          <w:b w:val="0"/>
          <w:i w:val="0"/>
          <w:color w:val="555555"/>
        </w:rPr>
        <w:t>2019 – 2021</w:t>
      </w:r>
    </w:p>
    <w:p>
      <w:pPr>
        <w:pStyle w:val="EntryMeta"/>
      </w:pPr>
      <w:r>
        <w:t>Westbridge Institute of Science</w:t>
      </w:r>
    </w:p>
    <w:p>
      <w:pPr>
        <w:pStyle w:val="BodyText"/>
      </w:pPr>
      <w:r>
        <w:t>CGPA 8.9 / 10</w:t>
      </w:r>
    </w:p>
    <w:p>
      <w:pPr>
        <w:pStyle w:val="EntryTitle"/>
        <w:tabs>
          <w:tab w:pos="8957" w:val="right"/>
        </w:tabs>
      </w:pPr>
      <w:r>
        <w:t>B.Tech., Information Technology</w:t>
      </w:r>
      <w:r>
        <w:tab/>
      </w:r>
      <w:r>
        <w:rPr>
          <w:b w:val="0"/>
          <w:i w:val="0"/>
          <w:color w:val="555555"/>
        </w:rPr>
        <w:t>2015 – 2019</w:t>
      </w:r>
    </w:p>
    <w:p>
      <w:pPr>
        <w:pStyle w:val="EntryMeta"/>
      </w:pPr>
      <w:r>
        <w:t>Malwa Institute of Technology</w:t>
      </w:r>
    </w:p>
    <w:p>
      <w:pPr>
        <w:pStyle w:val="BodyText"/>
      </w:pPr>
      <w:r>
        <w:t>First Class with Distinction</w:t>
      </w:r>
    </w:p>
    <w:p>
      <w:pPr>
        <w:pStyle w:val="EntryTitle"/>
        <w:tabs>
          <w:tab w:pos="8957" w:val="right"/>
        </w:tabs>
      </w:pPr>
      <w:r>
        <w:t>Class XII (CBSE)</w:t>
      </w:r>
      <w:r>
        <w:tab/>
      </w:r>
      <w:r>
        <w:rPr>
          <w:b w:val="0"/>
          <w:i w:val="0"/>
          <w:color w:val="555555"/>
        </w:rPr>
        <w:t>2015</w:t>
      </w:r>
    </w:p>
    <w:p>
      <w:pPr>
        <w:pStyle w:val="EntryMeta"/>
      </w:pPr>
      <w:r>
        <w:t>Sunrise Public School, Jaipur</w:t>
      </w:r>
    </w:p>
    <w:p>
      <w:pPr>
        <w:pStyle w:val="BodyText"/>
      </w:pPr>
      <w:r>
        <w:t>93%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Profession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EntryTitle"/>
        <w:tabs>
          <w:tab w:pos="8957" w:val="right"/>
        </w:tabs>
      </w:pPr>
      <w:r>
        <w:t>Senior Software Engineer</w:t>
      </w:r>
      <w:r>
        <w:tab/>
      </w:r>
      <w:r>
        <w:rPr>
          <w:b w:val="0"/>
          <w:i w:val="0"/>
          <w:color w:val="555555"/>
        </w:rPr>
        <w:t>2023 – Present</w:t>
      </w:r>
    </w:p>
    <w:p>
      <w:pPr>
        <w:pStyle w:val="EntryMeta"/>
      </w:pPr>
      <w:r>
        <w:t>Northwind Analytics, Bengaluru</w:t>
      </w:r>
    </w:p>
    <w:p>
      <w:pPr>
        <w:pStyle w:val="ResumeBullet"/>
      </w:pPr>
      <w:r>
        <w:t>Leads a team of 4 building data products; annual package ₹28 lakh.</w:t>
      </w:r>
    </w:p>
    <w:p>
      <w:pPr>
        <w:pStyle w:val="EntryTitle"/>
        <w:tabs>
          <w:tab w:pos="8957" w:val="right"/>
        </w:tabs>
      </w:pPr>
      <w:r>
        <w:t>Software Engineer</w:t>
      </w:r>
      <w:r>
        <w:tab/>
      </w:r>
      <w:r>
        <w:rPr>
          <w:b w:val="0"/>
          <w:i w:val="0"/>
          <w:color w:val="555555"/>
        </w:rPr>
        <w:t>2021 – 2023</w:t>
      </w:r>
    </w:p>
    <w:p>
      <w:pPr>
        <w:pStyle w:val="EntryMeta"/>
      </w:pPr>
      <w:r>
        <w:t>Bluepeak Systems, Pune</w:t>
      </w:r>
    </w:p>
    <w:p>
      <w:pPr>
        <w:pStyle w:val="ResumeBullet"/>
      </w:pPr>
      <w:r>
        <w:t>Worked on cloud billing systems.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Family Details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Father</w:t>
      </w:r>
      <w:r>
        <w:tab/>
      </w:r>
      <w:r>
        <w:t>:  Shri Ramesh Chandra Sharma — Retired Bank Manager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Mother</w:t>
      </w:r>
      <w:r>
        <w:tab/>
      </w:r>
      <w:r>
        <w:t>:  Smt. Kavita Sharma — Senior Teacher, Govt. Sr. Sec. School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Brother</w:t>
      </w:r>
      <w:r>
        <w:tab/>
      </w:r>
      <w:r>
        <w:t>:  Rohit Sharma (elder) — Chartered Accountant, married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Sister-in-law</w:t>
      </w:r>
      <w:r>
        <w:tab/>
      </w:r>
      <w:r>
        <w:t>:  Neha Sharma — Architect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Family type</w:t>
      </w:r>
      <w:r>
        <w:tab/>
      </w:r>
      <w:r>
        <w:t>:  Nuclear family, liberal values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Native place</w:t>
      </w:r>
      <w:r>
        <w:tab/>
      </w:r>
      <w:r>
        <w:t>:  Ajmer, Rajasthan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Residence</w:t>
      </w:r>
      <w:r>
        <w:tab/>
      </w:r>
      <w:r>
        <w:t>:  Own house, Malviya Nagar, Jaipur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Interests &amp; Hobbies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BodyText"/>
      </w:pPr>
      <w:r>
        <w:t>Classical music (Hindustani vocal, 6 years of training), trekking, baking, reading fiction, volunteering at an animal shelter.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Partner Preferences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Summary"/>
      </w:pPr>
      <w:r>
        <w:t>Well-educated, well-settled professional (age 26–31, height 5 ft 8 in and above) from a respectable family; vegetarian preferred; kind, respectful and supportive of a working partner. Location: Bengaluru, Pune or Jaipur preferred.</w:t>
      </w:r>
    </w:p>
    <w:p>
      <w:pPr>
        <w:pStyle w:val="SectionHeading"/>
      </w:pPr>
      <w:r>
        <w:rPr>
          <w:rFonts w:ascii="Segoe UI Symbol" w:hAnsi="Segoe UI Symbol" w:eastAsia="Segoe UI Symbol" w:cs="Segoe UI Symbol"/>
          <w:color w:val="B8860B"/>
        </w:rPr>
        <w:t xml:space="preserve">❖   </w:t>
      </w:r>
      <w:r>
        <w:t>Contact Details</w:t>
      </w:r>
      <w:r>
        <w:rPr>
          <w:rFonts w:ascii="Segoe UI Symbol" w:hAnsi="Segoe UI Symbol" w:eastAsia="Segoe UI Symbol" w:cs="Segoe UI Symbol"/>
          <w:color w:val="B8860B"/>
        </w:rPr>
        <w:t xml:space="preserve">   ❖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Contact person</w:t>
      </w:r>
      <w:r>
        <w:tab/>
      </w:r>
      <w:r>
        <w:t>:  Shri Ramesh Chandra Sharma (Father)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Mobile</w:t>
      </w:r>
      <w:r>
        <w:tab/>
      </w:r>
      <w:r>
        <w:t>:  +91 94140 12345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Email</w:t>
      </w:r>
      <w:r>
        <w:tab/>
      </w:r>
      <w:r>
        <w:t>:  sharma.family@email.com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Address</w:t>
      </w:r>
      <w:r>
        <w:tab/>
      </w:r>
      <w:r>
        <w:t>:  22, Shanti Path, Malviya Nagar, Jaipur – 302017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61" w:right="1474" w:bottom="1247" w:left="1474" w:header="510" w:footer="510" w:gutter="0"/>
      <w:pgBorders w:offsetFrom="page">
        <w:top w:val="double" w:sz="12" w:space="18" w:color="B8860B"/>
        <w:left w:val="double" w:sz="12" w:space="18" w:color="B8860B"/>
        <w:bottom w:val="double" w:sz="12" w:space="18" w:color="B8860B"/>
        <w:right w:val="double" w:sz="12" w:space="18" w:color="B8860B"/>
      </w:pgBorders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rmorant Garamond" w:hAnsi="Cormorant Garamond" w:eastAsia="Cormorant Garamond" w:cs="Cormorant Garamond"/>
        <w:color w:val="888888"/>
        <w:sz w:val="16"/>
        <w:szCs w:val="16"/>
      </w:rPr>
      <w:t xml:space="preserve">Page 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begin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instrText xml:space="preserve"> PAGE </w:instrTex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separate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>1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end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 xml:space="preserve"> of 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begin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instrText xml:space="preserve"> NUMPAGES </w:instrTex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separate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>1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rmorant Garamond" w:hAnsi="Cormorant Garamond" w:eastAsia="Cormorant Garamond" w:cs="Cormorant Garamond"/>
        <w:color w:val="888888"/>
        <w:sz w:val="16"/>
        <w:szCs w:val="16"/>
      </w:rPr>
      <w:t xml:space="preserve">Page 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begin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instrText xml:space="preserve"> PAGE </w:instrTex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separate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>1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end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 xml:space="preserve"> of 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begin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instrText xml:space="preserve"> NUMPAGES </w:instrTex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separate"/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t>1</w:t>
    </w:r>
    <w:r>
      <w:rPr>
        <w:rFonts w:ascii="Cormorant Garamond" w:hAnsi="Cormorant Garamond" w:eastAsia="Cormorant Garamond" w:cs="Cormorant Garamond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8957" w:val="right"/>
      </w:tabs>
      <w:jc w:val="left"/>
    </w:pPr>
    <w:r>
      <w:rPr>
        <w:color w:val="777777"/>
        <w:sz w:val="17"/>
        <w:szCs w:val="17"/>
      </w:rPr>
      <w:t>Ananya Sharma — Biodata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❖"/>
      <w:lvlJc w:val="left"/>
      <w:pPr>
        <w:ind w:left="283" w:hanging="227"/>
      </w:pPr>
      <w:rPr>
        <w:rFonts w:ascii="Segoe UI Symbol" w:hAnsi="Segoe UI Symbol" w:cs="Segoe UI Symbol" w:hint="default"/>
        <w:color w:val="8B1A1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morant Garamond" w:hAnsi="Cormorant Garamond" w:eastAsia="Cormorant Garamond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ormorant Garamond" w:hAnsi="Cormorant Garamond" w:eastAsia="Cormorant Garamond" w:cs="Tiro Devanagari Hindi"/>
      <w:color w:val="2B1B17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2B1B17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8B1A1A"/>
      <w:spacing w:val="20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Cormorant Garamond" w:hAnsi="Cormorant Garamond" w:eastAsia="Cormorant Garamond" w:cs="Tiro Devanagari Hindi"/>
      <w:b w:val="0"/>
      <w:i/>
      <w:caps w:val="0"/>
      <w:smallCaps w:val="0"/>
      <w:color w:val="8B1A1A"/>
      <w:sz w:val="27"/>
      <w:szCs w:val="27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555555"/>
      <w:sz w:val="23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Cormorant Garamond" w:hAnsi="Cormorant Garamond" w:eastAsia="Cormorant Garamond" w:cs="Tiro Devanagari Hindi"/>
      <w:b/>
      <w:bCs/>
      <w:i w:val="0"/>
      <w:caps/>
      <w:smallCaps w:val="0"/>
      <w:color w:val="8B1A1A"/>
      <w:spacing w:val="60"/>
      <w:sz w:val="28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  <w:jc w:val="center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2B1B17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ormorant Garamond" w:hAnsi="Cormorant Garamond" w:eastAsia="Cormorant Garamond" w:cs="Tiro Devanagari Hindi"/>
      <w:b/>
      <w:bCs/>
      <w:i w:val="0"/>
      <w:caps w:val="0"/>
      <w:smallCaps w:val="0"/>
      <w:color w:val="2B1B17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ormorant Garamond" w:hAnsi="Cormorant Garamond" w:eastAsia="Cormorant Garamond" w:cs="Tiro Devanagari Hindi"/>
      <w:b w:val="0"/>
      <w:i/>
      <w:caps w:val="0"/>
      <w:smallCaps w:val="0"/>
      <w:color w:val="444444"/>
      <w:sz w:val="25"/>
      <w:szCs w:val="25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2B1B17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ormorant Garamond" w:hAnsi="Cormorant Garamond" w:eastAsia="Cormorant Garamond" w:cs="Tiro Devanagari Hindi"/>
      <w:b w:val="0"/>
      <w:i w:val="0"/>
      <w:caps w:val="0"/>
      <w:smallCaps w:val="0"/>
      <w:color w:val="2B1B17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Shubh Vivah Maroon — Marriage Biodata (Bride) — Biodata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